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1f2f4463a57ed96e012157915c5dbf0edd667f"/>
    <w:p>
      <w:pPr>
        <w:pStyle w:val="Heading1"/>
      </w:pPr>
      <w:r>
        <w:rPr>
          <w:b/>
          <w:bCs/>
        </w:rPr>
        <w:t xml:space="preserve">Divergent</w:t>
      </w:r>
      <w:r>
        <w:br/>
      </w:r>
      <w:r>
        <w:rPr>
          <w:i/>
          <w:iCs/>
        </w:rPr>
        <w:t xml:space="preserve">Veronica Roth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Today is the day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aptitude</w:t>
      </w:r>
      <w:r>
        <w:rPr>
          <w:b/>
          <w:bCs/>
        </w:rPr>
        <w:t xml:space="preserve"> </w:t>
      </w:r>
      <w:r>
        <w:rPr>
          <w:b/>
          <w:bCs/>
        </w:rPr>
        <w:t xml:space="preserve">test that will show me which of the five factions I belong in.</w:t>
      </w:r>
      <w:r>
        <w:br/>
      </w:r>
      <w:r>
        <w:t xml:space="preserve">    (a) natural ability</w:t>
      </w:r>
      <w:r>
        <w:br/>
      </w:r>
      <w:r>
        <w:t xml:space="preserve">    (b) level of interest</w:t>
      </w:r>
      <w:r>
        <w:br/>
      </w:r>
      <w:r>
        <w:t xml:space="preserve">    (c)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tomorrow, at the Choosing Ceremony, I will decide 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faction</w:t>
      </w:r>
      <w:r>
        <w:rPr>
          <w:b/>
          <w:bCs/>
        </w:rPr>
        <w:t xml:space="preserve">; I will decide the rest of my life; I will decide to stay with my family or abandon them.</w:t>
      </w:r>
      <w:r>
        <w:br/>
      </w:r>
      <w:r>
        <w:t xml:space="preserve">    (a) area of advanced study</w:t>
      </w:r>
      <w:r>
        <w:br/>
      </w:r>
      <w:r>
        <w:t xml:space="preserve">    (b) sub-group of people</w:t>
      </w:r>
      <w:r>
        <w:br/>
      </w:r>
      <w:r>
        <w:t xml:space="preserve">    (c) professional career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must hide that beauty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Abnegation</w:t>
      </w:r>
      <w:r>
        <w:rPr>
          <w:b/>
          <w:bCs/>
        </w:rPr>
        <w:t xml:space="preserve">.</w:t>
      </w:r>
      <w:r>
        <w:br/>
      </w:r>
      <w:r>
        <w:t xml:space="preserve">    (a) in this novel, the group of people who most prize deep scholarly knowledge</w:t>
      </w:r>
      <w:r>
        <w:br/>
      </w:r>
      <w:r>
        <w:t xml:space="preserve">    (b) in this novel, the group of people that practice self-denial</w:t>
      </w:r>
      <w:r>
        <w:br/>
      </w:r>
      <w:r>
        <w:t xml:space="preserve">    (c) in this novel, the group of people who most prize bravery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front of it is a large metal sculpture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Dauntless</w:t>
      </w:r>
      <w:r>
        <w:rPr>
          <w:b/>
          <w:bCs/>
        </w:rPr>
        <w:t xml:space="preserve"> </w:t>
      </w:r>
      <w:r>
        <w:rPr>
          <w:b/>
          <w:bCs/>
        </w:rPr>
        <w:t xml:space="preserve">climb after school, daring each other to go higher and higher.</w:t>
      </w:r>
      <w:r>
        <w:br/>
      </w:r>
      <w:r>
        <w:t xml:space="preserve">    (a) in this novel, the group of people who most highly value honesty and directness</w:t>
      </w:r>
      <w:r>
        <w:br/>
      </w:r>
      <w:r>
        <w:t xml:space="preserve">    (b) in this novel, the group of people who most prize deep scholarly knowledge</w:t>
      </w:r>
      <w:r>
        <w:br/>
      </w:r>
      <w:r>
        <w:t xml:space="preserve">    (c) in this novel, the group of people who most prize bravery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another set of tables,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Erudite</w:t>
      </w:r>
      <w:r>
        <w:rPr>
          <w:b/>
          <w:bCs/>
        </w:rPr>
        <w:t xml:space="preserve"> </w:t>
      </w:r>
      <w:r>
        <w:rPr>
          <w:b/>
          <w:bCs/>
        </w:rPr>
        <w:t xml:space="preserve">chatter over books and newspapers, in constant pursuit of knowledge.</w:t>
      </w:r>
      <w:r>
        <w:br/>
      </w:r>
      <w:r>
        <w:t xml:space="preserve">    (a) in this novel, the group of people who most prize bravery</w:t>
      </w:r>
      <w:r>
        <w:br/>
      </w:r>
      <w:r>
        <w:t xml:space="preserve">    (b) in this novel, the group of people who most prize deep scholarly knowledge</w:t>
      </w:r>
      <w:r>
        <w:br/>
      </w:r>
      <w:r>
        <w:t xml:space="preserve">    (c) in this novel, the group of people that practice self-denial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group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Amity</w:t>
      </w:r>
      <w:r>
        <w:rPr>
          <w:b/>
          <w:bCs/>
        </w:rPr>
        <w:t xml:space="preserve"> </w:t>
      </w:r>
      <w:r>
        <w:rPr>
          <w:b/>
          <w:bCs/>
        </w:rPr>
        <w:t xml:space="preserve">girls in yellow and red sit in a circle on the cafeteria floor, playing some kind of hand-slapping game involving a rhyming song.</w:t>
      </w:r>
      <w:r>
        <w:br/>
      </w:r>
      <w:r>
        <w:t xml:space="preserve">    (a) in this novel, the group of people who most prize deep scholarly knowledge</w:t>
      </w:r>
      <w:r>
        <w:br/>
      </w:r>
      <w:r>
        <w:t xml:space="preserve">    (b) in this novel, the group of people that practice self-denial</w:t>
      </w:r>
      <w:r>
        <w:br/>
      </w:r>
      <w:r>
        <w:t xml:space="preserve">    (c) in this novel, the group of people to whom it is most important to be friendly and live in peace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your insistence upon dishonesty ruled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Candor</w:t>
      </w:r>
      <w:r>
        <w:rPr>
          <w:b/>
          <w:bCs/>
        </w:rPr>
        <w:t xml:space="preserve">.</w:t>
      </w:r>
      <w:r>
        <w:br/>
      </w:r>
      <w:r>
        <w:t xml:space="preserve">    (a) in this novel, the group of people that practice self-denial</w:t>
      </w:r>
      <w:r>
        <w:br/>
      </w:r>
      <w:r>
        <w:t xml:space="preserve">    (b) in this novel, the group of people who most prize deep scholarly knowledge</w:t>
      </w:r>
      <w:r>
        <w:br/>
      </w:r>
      <w:r>
        <w:t xml:space="preserve">    (c) in this novel, the group of people who most highly value honesty and directness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my mother warned me about, the danger of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Divergent</w:t>
      </w:r>
      <w:r>
        <w:rPr>
          <w:b/>
          <w:bCs/>
        </w:rPr>
        <w:t xml:space="preserve">.</w:t>
      </w:r>
      <w:r>
        <w:br/>
      </w:r>
      <w:r>
        <w:t xml:space="preserve">    (a) stubborn</w:t>
      </w:r>
      <w:r>
        <w:br/>
      </w:r>
      <w:r>
        <w:t xml:space="preserve">    (b) different</w:t>
      </w:r>
      <w:r>
        <w:br/>
      </w:r>
      <w:r>
        <w:t xml:space="preserve">    (c) 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parents love each other, but they rarely show affection like this in front of us. They taught us that physical contact is powerful, so I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wary</w:t>
      </w:r>
      <w:r>
        <w:rPr>
          <w:b/>
          <w:bCs/>
        </w:rPr>
        <w:t xml:space="preserve"> </w:t>
      </w:r>
      <w:r>
        <w:rPr>
          <w:b/>
          <w:bCs/>
        </w:rPr>
        <w:t xml:space="preserve">of it since I was young.</w:t>
      </w:r>
      <w:r>
        <w:br/>
      </w:r>
      <w:r>
        <w:t xml:space="preserve">    (a) curious</w:t>
      </w:r>
      <w:r>
        <w:br/>
      </w:r>
      <w:r>
        <w:t xml:space="preserve">    (b) cautious</w:t>
      </w:r>
      <w:r>
        <w:br/>
      </w:r>
      <w:r>
        <w:t xml:space="preserve">    (c) eager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not called members yet; our decisions today will make 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initiates</w:t>
      </w:r>
      <w:r>
        <w:rPr>
          <w:b/>
          <w:bCs/>
        </w:rPr>
        <w:t xml:space="preserve">,</w:t>
      </w:r>
      <w:r>
        <w:br/>
      </w:r>
      <w:r>
        <w:t xml:space="preserve">    (a) potential new members</w:t>
      </w:r>
      <w:r>
        <w:br/>
      </w:r>
      <w:r>
        <w:t xml:space="preserve">    (b) potential new officers</w:t>
      </w:r>
      <w:r>
        <w:br/>
      </w:r>
      <w:r>
        <w:t xml:space="preserve">    (c) potential new reviewers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we will become members if we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initiation</w:t>
      </w:r>
      <w:r>
        <w:rPr>
          <w:b/>
          <w:bCs/>
        </w:rPr>
        <w:t xml:space="preserve">.</w:t>
      </w:r>
      <w:r>
        <w:br/>
      </w:r>
      <w:r>
        <w:t xml:space="preserve">    (a) the process of re-paying a long-term loan</w:t>
      </w:r>
      <w:r>
        <w:br/>
      </w:r>
      <w:r>
        <w:t xml:space="preserve">    (b) the process of being accepted into an organization</w:t>
      </w:r>
      <w:r>
        <w:br/>
      </w:r>
      <w:r>
        <w:t xml:space="preserve">    (c) the process of filing a formal application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Decades ago our ancestors realized that it is not political ideology, religious belief, race, or nationalism that is to blame for a warring world. Rather,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that it was the fault of human personality—of humankind's inclination toward evil, in whatever form that is.</w:t>
      </w:r>
      <w:r>
        <w:br/>
      </w:r>
      <w:r>
        <w:t xml:space="preserve">    (a) insisted stubbornly</w:t>
      </w:r>
      <w:r>
        <w:br/>
      </w:r>
      <w:r>
        <w:t xml:space="preserve">    (b) decided (after investigation)</w:t>
      </w:r>
      <w:r>
        <w:br/>
      </w:r>
      <w:r>
        <w:t xml:space="preserve">    (c) mistakenly believed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than that, I want to remember why I came here, and why I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to stay here that I would jump off a building for it, even before I knew what being Dauntless was.</w:t>
      </w:r>
      <w:r>
        <w:br/>
      </w:r>
      <w:r>
        <w:t xml:space="preserve">    (a) understanding of how</w:t>
      </w:r>
      <w:r>
        <w:br/>
      </w:r>
      <w:r>
        <w:t xml:space="preserve">    (b) firm in purpose</w:t>
      </w:r>
      <w:r>
        <w:br/>
      </w:r>
      <w:r>
        <w:t xml:space="preserve">    (c) self-confident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will be your final test,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determines</w:t>
      </w:r>
      <w:r>
        <w:rPr>
          <w:b/>
          <w:bCs/>
        </w:rPr>
        <w:t xml:space="preserve"> </w:t>
      </w:r>
      <w:r>
        <w:rPr>
          <w:b/>
          <w:bCs/>
        </w:rPr>
        <w:t xml:space="preserve">your ranking for stage three.</w:t>
      </w:r>
      <w:r>
        <w:br/>
      </w:r>
      <w:r>
        <w:t xml:space="preserve">    (a) ignores</w:t>
      </w:r>
      <w:r>
        <w:br/>
      </w:r>
      <w:r>
        <w:t xml:space="preserve">    (b) delays</w:t>
      </w:r>
      <w:r>
        <w:br/>
      </w:r>
      <w:r>
        <w:t xml:space="preserve">    (c) controls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are only permitted to leave the compound when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by a Dauntless," Eric adds.</w:t>
      </w:r>
      <w:r>
        <w:br/>
      </w:r>
      <w:r>
        <w:t xml:space="preserve">    (a) called</w:t>
      </w:r>
      <w:r>
        <w:br/>
      </w:r>
      <w:r>
        <w:t xml:space="preserve">    (b) ordered</w:t>
      </w:r>
      <w:r>
        <w:br/>
      </w:r>
      <w:r>
        <w:t xml:space="preserve">    (c) escorted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shake my head. Courageous? Courageous would have been admitting weakness and leaving Dauntless, no matter what shame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explained</w:t>
      </w:r>
      <w:r>
        <w:br/>
      </w:r>
      <w:r>
        <w:t xml:space="preserve">    (b) led to</w:t>
      </w:r>
      <w:r>
        <w:br/>
      </w:r>
      <w:r>
        <w:t xml:space="preserve">    (c) went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Peter tries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</w:t>
      </w:r>
      <w:r>
        <w:rPr>
          <w:b/>
          <w:bCs/>
        </w:rPr>
        <w:t xml:space="preserve"> </w:t>
      </w:r>
      <w:r>
        <w:rPr>
          <w:b/>
          <w:bCs/>
        </w:rPr>
        <w:t xml:space="preserve">me, she will defend me.</w:t>
      </w:r>
      <w:r>
        <w:br/>
      </w:r>
      <w:r>
        <w:t xml:space="preserve">    (a) intentionally ignore</w:t>
      </w:r>
      <w:r>
        <w:br/>
      </w:r>
      <w:r>
        <w:t xml:space="preserve">    (b) intentionally upset</w:t>
      </w:r>
      <w:r>
        <w:br/>
      </w:r>
      <w:r>
        <w:t xml:space="preserve">    (c) intentionally mislead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Christina catches my eye,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beckons</w:t>
      </w:r>
      <w:r>
        <w:rPr>
          <w:b/>
          <w:bCs/>
        </w:rPr>
        <w:t xml:space="preserve"> </w:t>
      </w:r>
      <w:r>
        <w:rPr>
          <w:b/>
          <w:bCs/>
        </w:rPr>
        <w:t xml:space="preserve">to me, smiling, so my mother and I cross the Pit floor.</w:t>
      </w:r>
      <w:r>
        <w:br/>
      </w:r>
      <w:r>
        <w:t xml:space="preserve">    (a) calls</w:t>
      </w:r>
      <w:r>
        <w:br/>
      </w:r>
      <w:r>
        <w:t xml:space="preserve">    (b) looks</w:t>
      </w:r>
      <w:r>
        <w:br/>
      </w:r>
      <w:r>
        <w:t xml:space="preserve">    (c) waves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feel Tobias brushing my hair back before the first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simulation</w:t>
      </w:r>
      <w:r>
        <w:rPr>
          <w:b/>
          <w:bCs/>
        </w:rPr>
        <w:t xml:space="preserve">. I hear him telling me to be brave. I hear my mother telling me to be brave. … I am brave.</w:t>
      </w:r>
      <w:r>
        <w:br/>
      </w:r>
      <w:r>
        <w:t xml:space="preserve">    (a) difficult experience</w:t>
      </w:r>
      <w:r>
        <w:br/>
      </w:r>
      <w:r>
        <w:t xml:space="preserve">    (b) frightening experience</w:t>
      </w:r>
      <w:r>
        <w:br/>
      </w:r>
      <w:r>
        <w:t xml:space="preserve">    (c) pretend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not know what life will be like, separated from a faction—it feels disengaged, like a leaf divided from the tree that gives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sustenance</w:t>
      </w:r>
      <w:r>
        <w:rPr>
          <w:b/>
          <w:bCs/>
        </w:rPr>
        <w:t xml:space="preserve">.</w:t>
      </w:r>
      <w:r>
        <w:br/>
      </w:r>
      <w:r>
        <w:t xml:space="preserve">    (a) needed feedback</w:t>
      </w:r>
      <w:r>
        <w:br/>
      </w:r>
      <w:r>
        <w:t xml:space="preserve">    (b) essential support</w:t>
      </w:r>
      <w:r>
        <w:br/>
      </w:r>
      <w:r>
        <w:t xml:space="preserve">    (c) strong comfort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2026-07-31T18:41:46Z</dcterms:created>
  <dcterms:modified xsi:type="dcterms:W3CDTF">2026-07-31T18:41:46Z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