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911f00c07bffad87028da79665c7efecd46544"/>
    <w:p>
      <w:pPr>
        <w:pStyle w:val="Heading1"/>
      </w:pPr>
      <w:r>
        <w:rPr>
          <w:b/>
          <w:bCs/>
        </w:rPr>
        <w:t xml:space="preserve">Declaration of Sentiments</w:t>
      </w:r>
      <w:r>
        <w:br/>
      </w:r>
      <w:r>
        <w:rPr>
          <w:i/>
          <w:iCs/>
        </w:rPr>
        <w:t xml:space="preserve">Elizabeth Cady Stanton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When in the course of human events, it becomes necessary for one portion of the family of man to assume among the people of the earth a position different from that which they have hither to occupied, but one to which the laws of nature and of nature's God entitle them, a decent respect to the opinions of mankind requires that they should declare the causes that</w:t>
      </w:r>
      <w:r>
        <w:rPr>
          <w:b/>
          <w:bCs/>
        </w:rPr>
        <w:t xml:space="preserve"> </w:t>
      </w:r>
      <w:r>
        <w:rPr>
          <w:b/>
          <w:bCs/>
          <w:u w:val="single"/>
        </w:rPr>
        <w:t xml:space="preserve">impel</w:t>
      </w:r>
      <w:r>
        <w:rPr>
          <w:b/>
          <w:bCs/>
        </w:rPr>
        <w:t xml:space="preserve"> </w:t>
      </w:r>
      <w:r>
        <w:rPr>
          <w:b/>
          <w:bCs/>
        </w:rPr>
        <w:t xml:space="preserve">them to such a course, We hold these truths to be self-evident: that all men and women are created equal;</w:t>
      </w:r>
      <w:r>
        <w:br/>
      </w:r>
      <w:r>
        <w:t xml:space="preserve">    (a) cancel or annul a formal ruling or contract</w:t>
      </w:r>
      <w:r>
        <w:br/>
      </w:r>
      <w:r>
        <w:t xml:space="preserve">    (b) to make someone feel they must do something</w:t>
      </w:r>
      <w:r>
        <w:br/>
      </w:r>
      <w:r>
        <w:t xml:space="preserve">    (c) keep busy thinking about or doing something</w:t>
      </w:r>
    </w:p>
    <w:p>
      <w:pPr>
        <w:pStyle w:val="Compact"/>
        <w:numPr>
          <w:ilvl w:val="0"/>
          <w:numId w:val="1001"/>
        </w:numPr>
      </w:pPr>
      <w:r>
        <w:rPr>
          <w:b/>
          <w:bCs/>
        </w:rPr>
        <w:t xml:space="preserve">that to secure these rights governments are instituted,</w:t>
      </w:r>
      <w:r>
        <w:rPr>
          <w:b/>
          <w:bCs/>
        </w:rPr>
        <w:t xml:space="preserve"> </w:t>
      </w:r>
      <w:r>
        <w:rPr>
          <w:b/>
          <w:bCs/>
          <w:u w:val="single"/>
        </w:rPr>
        <w:t xml:space="preserve">deriving</w:t>
      </w:r>
      <w:r>
        <w:rPr>
          <w:b/>
          <w:bCs/>
        </w:rPr>
        <w:t xml:space="preserve"> </w:t>
      </w:r>
      <w:r>
        <w:rPr>
          <w:b/>
          <w:bCs/>
        </w:rPr>
        <w:t xml:space="preserve">their just powers from the consent of the governed.</w:t>
      </w:r>
      <w:r>
        <w:br/>
      </w:r>
      <w:r>
        <w:t xml:space="preserve">    (a) copying</w:t>
      </w:r>
      <w:r>
        <w:br/>
      </w:r>
      <w:r>
        <w:t xml:space="preserve">    (b) getting</w:t>
      </w:r>
      <w:r>
        <w:br/>
      </w:r>
      <w:r>
        <w:t xml:space="preserve">    (c) drawing</w:t>
      </w:r>
    </w:p>
    <w:p>
      <w:pPr>
        <w:pStyle w:val="Compact"/>
        <w:numPr>
          <w:ilvl w:val="0"/>
          <w:numId w:val="1001"/>
        </w:numPr>
      </w:pPr>
      <w:r>
        <w:rPr>
          <w:b/>
          <w:bCs/>
          <w:u w:val="single"/>
        </w:rPr>
        <w:t xml:space="preserve">Prudence</w:t>
      </w:r>
      <w:r>
        <w:rPr>
          <w:b/>
          <w:bCs/>
        </w:rPr>
        <w:t xml:space="preserve"> </w:t>
      </w:r>
      <w:r>
        <w:rPr>
          <w:b/>
          <w:bCs/>
        </w:rPr>
        <w:t xml:space="preserve">indeed, will dictate that governments long established should not be changed for light and transient causes; and accordingly all experience hath shown that mankind are more disposed to suffer, while evils are sufferable, than to right themselves by abolishing the forms to which they were accustomed.</w:t>
      </w:r>
      <w:r>
        <w:br/>
      </w:r>
      <w:r>
        <w:t xml:space="preserve">    (a) surrounding conditions</w:t>
      </w:r>
      <w:r>
        <w:br/>
      </w:r>
      <w:r>
        <w:t xml:space="preserve">    (b) good sense and caution</w:t>
      </w:r>
      <w:r>
        <w:br/>
      </w:r>
      <w:r>
        <w:t xml:space="preserve">    (c) not easily set on fire</w:t>
      </w:r>
    </w:p>
    <w:p>
      <w:pPr>
        <w:pStyle w:val="Compact"/>
        <w:numPr>
          <w:ilvl w:val="0"/>
          <w:numId w:val="1001"/>
        </w:numPr>
      </w:pPr>
      <w:r>
        <w:rPr>
          <w:b/>
          <w:bCs/>
        </w:rPr>
        <w:t xml:space="preserve">Prudence indeed, will dictate that governments long established should not be changed for light and transient causes; and accordingly all experience hath shown that mankind are more disposed to suffer, while evils are sufferable, than to right themselves by</w:t>
      </w:r>
      <w:r>
        <w:rPr>
          <w:b/>
          <w:bCs/>
        </w:rPr>
        <w:t xml:space="preserve"> </w:t>
      </w:r>
      <w:r>
        <w:rPr>
          <w:b/>
          <w:bCs/>
          <w:u w:val="single"/>
        </w:rPr>
        <w:t xml:space="preserve">abolishing</w:t>
      </w:r>
      <w:r>
        <w:rPr>
          <w:b/>
          <w:bCs/>
        </w:rPr>
        <w:t xml:space="preserve"> </w:t>
      </w:r>
      <w:r>
        <w:rPr>
          <w:b/>
          <w:bCs/>
        </w:rPr>
        <w:t xml:space="preserve">the forms to which they were accustomed.</w:t>
      </w:r>
      <w:r>
        <w:br/>
      </w:r>
      <w:r>
        <w:t xml:space="preserve">    (a) disagreeing</w:t>
      </w:r>
      <w:r>
        <w:br/>
      </w:r>
      <w:r>
        <w:t xml:space="preserve">    (b) translating</w:t>
      </w:r>
      <w:r>
        <w:br/>
      </w:r>
      <w:r>
        <w:t xml:space="preserve">    (c) eliminating (doing away with)</w:t>
      </w:r>
    </w:p>
    <w:p>
      <w:pPr>
        <w:pStyle w:val="Compact"/>
        <w:numPr>
          <w:ilvl w:val="0"/>
          <w:numId w:val="1001"/>
        </w:numPr>
      </w:pPr>
      <w:r>
        <w:rPr>
          <w:b/>
          <w:bCs/>
        </w:rPr>
        <w:t xml:space="preserve">But when a long train of abuses and usurpations, pursuing invariably the same object</w:t>
      </w:r>
      <w:r>
        <w:rPr>
          <w:b/>
          <w:bCs/>
        </w:rPr>
        <w:t xml:space="preserve"> </w:t>
      </w:r>
      <w:r>
        <w:rPr>
          <w:b/>
          <w:bCs/>
          <w:u w:val="single"/>
        </w:rPr>
        <w:t xml:space="preserve">evinces</w:t>
      </w:r>
      <w:r>
        <w:rPr>
          <w:b/>
          <w:bCs/>
        </w:rPr>
        <w:t xml:space="preserve"> </w:t>
      </w:r>
      <w:r>
        <w:rPr>
          <w:b/>
          <w:bCs/>
        </w:rPr>
        <w:t xml:space="preserve">a design to reduce them under absolute despotism, it is their duty to throw off such government, and to provide new guards for their future security.</w:t>
      </w:r>
      <w:r>
        <w:br/>
      </w:r>
      <w:r>
        <w:t xml:space="preserve">    (a) shows</w:t>
      </w:r>
      <w:r>
        <w:br/>
      </w:r>
      <w:r>
        <w:t xml:space="preserve">    (b) quits</w:t>
      </w:r>
      <w:r>
        <w:br/>
      </w:r>
      <w:r>
        <w:t xml:space="preserve">    (c) draws</w:t>
      </w:r>
    </w:p>
    <w:p>
      <w:pPr>
        <w:pStyle w:val="Compact"/>
        <w:numPr>
          <w:ilvl w:val="0"/>
          <w:numId w:val="1001"/>
        </w:numPr>
      </w:pPr>
      <w:r>
        <w:rPr>
          <w:b/>
          <w:bCs/>
        </w:rPr>
        <w:t xml:space="preserve">Such has been the patient sufferance of the women under this government and such is now the necessity which</w:t>
      </w:r>
      <w:r>
        <w:rPr>
          <w:b/>
          <w:bCs/>
        </w:rPr>
        <w:t xml:space="preserve"> </w:t>
      </w:r>
      <w:r>
        <w:rPr>
          <w:b/>
          <w:bCs/>
          <w:u w:val="single"/>
        </w:rPr>
        <w:t xml:space="preserve">constrains</w:t>
      </w:r>
      <w:r>
        <w:rPr>
          <w:b/>
          <w:bCs/>
        </w:rPr>
        <w:t xml:space="preserve"> </w:t>
      </w:r>
      <w:r>
        <w:rPr>
          <w:b/>
          <w:bCs/>
        </w:rPr>
        <w:t xml:space="preserve">them to demand the equal station to which they are entitled.</w:t>
      </w:r>
      <w:r>
        <w:br/>
      </w:r>
      <w:r>
        <w:t xml:space="preserve">    (a) disagrees</w:t>
      </w:r>
      <w:r>
        <w:br/>
      </w:r>
      <w:r>
        <w:t xml:space="preserve">    (b) subtracts</w:t>
      </w:r>
      <w:r>
        <w:br/>
      </w:r>
      <w:r>
        <w:t xml:space="preserve">    (c) restricts</w:t>
      </w:r>
    </w:p>
    <w:p>
      <w:pPr>
        <w:pStyle w:val="Compact"/>
        <w:numPr>
          <w:ilvl w:val="0"/>
          <w:numId w:val="1001"/>
        </w:numPr>
      </w:pPr>
      <w:r>
        <w:rPr>
          <w:b/>
          <w:bCs/>
        </w:rPr>
        <w:t xml:space="preserve">The history of mankind is a history of repeated injuries and</w:t>
      </w:r>
      <w:r>
        <w:rPr>
          <w:b/>
          <w:bCs/>
        </w:rPr>
        <w:t xml:space="preserve"> </w:t>
      </w:r>
      <w:r>
        <w:rPr>
          <w:b/>
          <w:bCs/>
          <w:u w:val="single"/>
        </w:rPr>
        <w:t xml:space="preserve">usurpations</w:t>
      </w:r>
      <w:r>
        <w:rPr>
          <w:b/>
          <w:bCs/>
        </w:rPr>
        <w:t xml:space="preserve"> </w:t>
      </w:r>
      <w:r>
        <w:rPr>
          <w:b/>
          <w:bCs/>
        </w:rPr>
        <w:t xml:space="preserve">on the part of man toward woman, having in direct object the establishment of an absolute tyranny over her.</w:t>
      </w:r>
      <w:r>
        <w:br/>
      </w:r>
      <w:r>
        <w:t xml:space="preserve">    (a) acts of seizing or taking control without authority</w:t>
      </w:r>
      <w:r>
        <w:br/>
      </w:r>
      <w:r>
        <w:t xml:space="preserve">    (b) people who expose wrongdoing within an organization</w:t>
      </w:r>
      <w:r>
        <w:br/>
      </w:r>
      <w:r>
        <w:t xml:space="preserve">    (c) experts in the branch of geology that studies rocks</w:t>
      </w:r>
    </w:p>
    <w:p>
      <w:pPr>
        <w:pStyle w:val="Compact"/>
        <w:numPr>
          <w:ilvl w:val="0"/>
          <w:numId w:val="1001"/>
        </w:numPr>
      </w:pPr>
      <w:r>
        <w:rPr>
          <w:b/>
          <w:bCs/>
        </w:rPr>
        <w:t xml:space="preserve">The history of mankind is a history of repeated injuries and usurpations on the part of man toward woman, having in direct object the establishment of an absolute</w:t>
      </w:r>
      <w:r>
        <w:rPr>
          <w:b/>
          <w:bCs/>
        </w:rPr>
        <w:t xml:space="preserve"> </w:t>
      </w:r>
      <w:r>
        <w:rPr>
          <w:b/>
          <w:bCs/>
          <w:u w:val="single"/>
        </w:rPr>
        <w:t xml:space="preserve">tyranny</w:t>
      </w:r>
      <w:r>
        <w:rPr>
          <w:b/>
          <w:bCs/>
        </w:rPr>
        <w:t xml:space="preserve"> </w:t>
      </w:r>
      <w:r>
        <w:rPr>
          <w:b/>
          <w:bCs/>
        </w:rPr>
        <w:t xml:space="preserve">over her.</w:t>
      </w:r>
      <w:r>
        <w:br/>
      </w:r>
      <w:r>
        <w:t xml:space="preserve">    (a) long eventful journey</w:t>
      </w:r>
      <w:r>
        <w:br/>
      </w:r>
      <w:r>
        <w:t xml:space="preserve">    (b) harsh and unjust rule</w:t>
      </w:r>
      <w:r>
        <w:br/>
      </w:r>
      <w:r>
        <w:t xml:space="preserve">    (c) a nerve or brain cell</w:t>
      </w:r>
    </w:p>
    <w:p>
      <w:pPr>
        <w:pStyle w:val="Compact"/>
        <w:numPr>
          <w:ilvl w:val="0"/>
          <w:numId w:val="1001"/>
        </w:numPr>
      </w:pPr>
      <w:r>
        <w:rPr>
          <w:b/>
          <w:bCs/>
        </w:rPr>
        <w:t xml:space="preserve">He has</w:t>
      </w:r>
      <w:r>
        <w:rPr>
          <w:b/>
          <w:bCs/>
        </w:rPr>
        <w:t xml:space="preserve"> </w:t>
      </w:r>
      <w:r>
        <w:rPr>
          <w:b/>
          <w:bCs/>
          <w:u w:val="single"/>
        </w:rPr>
        <w:t xml:space="preserve">compelled</w:t>
      </w:r>
      <w:r>
        <w:rPr>
          <w:b/>
          <w:bCs/>
        </w:rPr>
        <w:t xml:space="preserve"> </w:t>
      </w:r>
      <w:r>
        <w:rPr>
          <w:b/>
          <w:bCs/>
        </w:rPr>
        <w:t xml:space="preserve">her to submit to laws, in the formation of which she had no voice.</w:t>
      </w:r>
      <w:r>
        <w:br/>
      </w:r>
      <w:r>
        <w:t xml:space="preserve">    (a) forced; or (more rarely) convinced</w:t>
      </w:r>
      <w:r>
        <w:br/>
      </w:r>
      <w:r>
        <w:t xml:space="preserve">    (b) fruit cooked with sugar (like jam)</w:t>
      </w:r>
      <w:r>
        <w:br/>
      </w:r>
      <w:r>
        <w:t xml:space="preserve">    (c) didn't trust or have confidence in</w:t>
      </w:r>
    </w:p>
    <w:p>
      <w:pPr>
        <w:pStyle w:val="Compact"/>
        <w:numPr>
          <w:ilvl w:val="0"/>
          <w:numId w:val="1001"/>
        </w:numPr>
      </w:pPr>
      <w:r>
        <w:rPr>
          <w:b/>
          <w:bCs/>
        </w:rPr>
        <w:t xml:space="preserve">Having</w:t>
      </w:r>
      <w:r>
        <w:rPr>
          <w:b/>
          <w:bCs/>
        </w:rPr>
        <w:t xml:space="preserve"> </w:t>
      </w:r>
      <w:r>
        <w:rPr>
          <w:b/>
          <w:bCs/>
          <w:u w:val="single"/>
        </w:rPr>
        <w:t xml:space="preserve">deprived</w:t>
      </w:r>
      <w:r>
        <w:rPr>
          <w:b/>
          <w:bCs/>
        </w:rPr>
        <w:t xml:space="preserve"> </w:t>
      </w:r>
      <w:r>
        <w:rPr>
          <w:b/>
          <w:bCs/>
        </w:rPr>
        <w:t xml:space="preserve">her of this first right of a citizen, the elective franchise, thereby leaving her without representation in the halls of legislation, he has oppressed her on all sides.</w:t>
      </w:r>
      <w:r>
        <w:br/>
      </w:r>
      <w:r>
        <w:t xml:space="preserve">    (a) referring to any rocky mountains</w:t>
      </w:r>
      <w:r>
        <w:br/>
      </w:r>
      <w:r>
        <w:t xml:space="preserve">    (b) lacking things most people enjoy</w:t>
      </w:r>
      <w:r>
        <w:br/>
      </w:r>
      <w:r>
        <w:t xml:space="preserve">    (c) of the Netherlands or its people</w:t>
      </w:r>
    </w:p>
    <w:p>
      <w:pPr>
        <w:pStyle w:val="Compact"/>
        <w:numPr>
          <w:ilvl w:val="0"/>
          <w:numId w:val="1001"/>
        </w:numPr>
      </w:pPr>
      <w:r>
        <w:rPr>
          <w:b/>
          <w:bCs/>
        </w:rPr>
        <w:t xml:space="preserve">He has made her, morally, an irresponsible being, as she can commit many crimes with</w:t>
      </w:r>
      <w:r>
        <w:rPr>
          <w:b/>
          <w:bCs/>
        </w:rPr>
        <w:t xml:space="preserve"> </w:t>
      </w:r>
      <w:r>
        <w:rPr>
          <w:b/>
          <w:bCs/>
          <w:u w:val="single"/>
        </w:rPr>
        <w:t xml:space="preserve">impunity</w:t>
      </w:r>
      <w:r>
        <w:rPr>
          <w:b/>
          <w:bCs/>
        </w:rPr>
        <w:t xml:space="preserve">, provided they be done in the presence of her husband.</w:t>
      </w:r>
      <w:r>
        <w:br/>
      </w:r>
      <w:r>
        <w:t xml:space="preserve">    (a) exemption or freedom from punishment or loss</w:t>
      </w:r>
      <w:r>
        <w:br/>
      </w:r>
      <w:r>
        <w:t xml:space="preserve">    (b) Nazi organization for children aged 10 to 18</w:t>
      </w:r>
      <w:r>
        <w:br/>
      </w:r>
      <w:r>
        <w:t xml:space="preserve">    (c) found a condition or substance to be present</w:t>
      </w:r>
    </w:p>
    <w:p>
      <w:pPr>
        <w:pStyle w:val="Compact"/>
        <w:numPr>
          <w:ilvl w:val="0"/>
          <w:numId w:val="1001"/>
        </w:numPr>
      </w:pPr>
      <w:r>
        <w:rPr>
          <w:b/>
          <w:bCs/>
        </w:rPr>
        <w:t xml:space="preserve">In the covenant of marriage, she is compelled to promise obedience to her husband, he becoming, to all intents and purposes, her master — the law giving him power to deprive her of her liberty and to administer</w:t>
      </w:r>
      <w:r>
        <w:rPr>
          <w:b/>
          <w:bCs/>
        </w:rPr>
        <w:t xml:space="preserve"> </w:t>
      </w:r>
      <w:r>
        <w:rPr>
          <w:b/>
          <w:bCs/>
          <w:u w:val="single"/>
        </w:rPr>
        <w:t xml:space="preserve">chastisement</w:t>
      </w:r>
      <w:r>
        <w:rPr>
          <w:b/>
          <w:bCs/>
        </w:rPr>
        <w:t xml:space="preserve">.</w:t>
      </w:r>
      <w:r>
        <w:br/>
      </w:r>
      <w:r>
        <w:t xml:space="preserve">    (a) long eventful journey</w:t>
      </w:r>
      <w:r>
        <w:br/>
      </w:r>
      <w:r>
        <w:t xml:space="preserve">    (b) a nerve or brain cell</w:t>
      </w:r>
      <w:r>
        <w:br/>
      </w:r>
      <w:r>
        <w:t xml:space="preserve">    (c) to scold or criticize</w:t>
      </w:r>
    </w:p>
    <w:p>
      <w:pPr>
        <w:pStyle w:val="Compact"/>
        <w:numPr>
          <w:ilvl w:val="0"/>
          <w:numId w:val="1001"/>
        </w:numPr>
      </w:pPr>
      <w:r>
        <w:rPr>
          <w:b/>
          <w:bCs/>
        </w:rPr>
        <w:t xml:space="preserve">He has so framed the laws of divorce, as to what shall be the proper causes, and in case of separation, to whom the guardianship of the children shall be given, as to be wholly regardless of the happiness of women — the law, in all cases, going upon a false</w:t>
      </w:r>
      <w:r>
        <w:rPr>
          <w:b/>
          <w:bCs/>
        </w:rPr>
        <w:t xml:space="preserve"> </w:t>
      </w:r>
      <w:r>
        <w:rPr>
          <w:b/>
          <w:bCs/>
          <w:u w:val="single"/>
        </w:rPr>
        <w:t xml:space="preserve">supposition</w:t>
      </w:r>
      <w:r>
        <w:rPr>
          <w:b/>
          <w:bCs/>
        </w:rPr>
        <w:t xml:space="preserve"> </w:t>
      </w:r>
      <w:r>
        <w:rPr>
          <w:b/>
          <w:bCs/>
        </w:rPr>
        <w:t xml:space="preserve">of the supremacy of man and giving all power into his hands.</w:t>
      </w:r>
      <w:r>
        <w:br/>
      </w:r>
      <w:r>
        <w:t xml:space="preserve">    (a) nerve cells running from the base of the skull to the lower back and enclosed by vertebrae in adults</w:t>
      </w:r>
      <w:r>
        <w:br/>
      </w:r>
      <w:r>
        <w:t xml:space="preserve">    (b) a powerful stimulant drug that increases activity in the brain and nervous system -- often addictive</w:t>
      </w:r>
      <w:r>
        <w:br/>
      </w:r>
      <w:r>
        <w:t xml:space="preserve">    (c) something supposed (rather than something known to be so) -- such as a disputed belief or assumption</w:t>
      </w:r>
    </w:p>
    <w:p>
      <w:pPr>
        <w:pStyle w:val="Compact"/>
        <w:numPr>
          <w:ilvl w:val="0"/>
          <w:numId w:val="1001"/>
        </w:numPr>
      </w:pPr>
      <w:r>
        <w:rPr>
          <w:b/>
          <w:bCs/>
        </w:rPr>
        <w:t xml:space="preserve">As a teacher of</w:t>
      </w:r>
      <w:r>
        <w:rPr>
          <w:b/>
          <w:bCs/>
        </w:rPr>
        <w:t xml:space="preserve"> </w:t>
      </w:r>
      <w:r>
        <w:rPr>
          <w:b/>
          <w:bCs/>
          <w:u w:val="single"/>
        </w:rPr>
        <w:t xml:space="preserve">theology</w:t>
      </w:r>
      <w:r>
        <w:rPr>
          <w:b/>
          <w:bCs/>
        </w:rPr>
        <w:t xml:space="preserve">, medicine, or law, she is not known.</w:t>
      </w:r>
      <w:r>
        <w:br/>
      </w:r>
      <w:r>
        <w:t xml:space="preserve">    (a) the study of religion; or a particular system or school of religious beliefs</w:t>
      </w:r>
      <w:r>
        <w:br/>
      </w:r>
      <w:r>
        <w:t xml:space="preserve">    (b) microorganisms (living creatures so small it takes a microscope to see them)</w:t>
      </w:r>
      <w:r>
        <w:br/>
      </w:r>
      <w:r>
        <w:t xml:space="preserve">    (c) the smallest part of any material that cannot be broken up by chemical means</w:t>
      </w:r>
    </w:p>
    <w:p>
      <w:pPr>
        <w:pStyle w:val="Compact"/>
        <w:numPr>
          <w:ilvl w:val="0"/>
          <w:numId w:val="1001"/>
        </w:numPr>
      </w:pPr>
      <w:r>
        <w:rPr>
          <w:b/>
          <w:bCs/>
        </w:rPr>
        <w:t xml:space="preserve">He allows her in Church, as well as State, but a</w:t>
      </w:r>
      <w:r>
        <w:rPr>
          <w:b/>
          <w:bCs/>
        </w:rPr>
        <w:t xml:space="preserve"> </w:t>
      </w:r>
      <w:r>
        <w:rPr>
          <w:b/>
          <w:bCs/>
          <w:u w:val="single"/>
        </w:rPr>
        <w:t xml:space="preserve">subordinate</w:t>
      </w:r>
      <w:r>
        <w:rPr>
          <w:b/>
          <w:bCs/>
        </w:rPr>
        <w:t xml:space="preserve"> </w:t>
      </w:r>
      <w:r>
        <w:rPr>
          <w:b/>
          <w:bCs/>
        </w:rPr>
        <w:t xml:space="preserve">position, claiming Apostolic authority for her exclusion from the ministry, and, with some exceptions, from any public participation in the affairs of the Church.</w:t>
      </w:r>
      <w:r>
        <w:br/>
      </w:r>
      <w:r>
        <w:t xml:space="preserve">    (a) treat as a particular type that is considered bad</w:t>
      </w:r>
      <w:r>
        <w:br/>
      </w:r>
      <w:r>
        <w:t xml:space="preserve">    (b) prepare food in a way that keeps it from spoiling</w:t>
      </w:r>
      <w:r>
        <w:br/>
      </w:r>
      <w:r>
        <w:t xml:space="preserve">    (c) less important or subservient; or to rank as such</w:t>
      </w:r>
    </w:p>
    <w:p>
      <w:pPr>
        <w:pStyle w:val="Compact"/>
        <w:numPr>
          <w:ilvl w:val="0"/>
          <w:numId w:val="1001"/>
        </w:numPr>
      </w:pPr>
      <w:r>
        <w:rPr>
          <w:b/>
          <w:bCs/>
        </w:rPr>
        <w:t xml:space="preserve">He has endeavored, in every way that he could, to destroy her confidence in her own powers, to lessen her self-respect, and to make her willing to lead a dependent and</w:t>
      </w:r>
      <w:r>
        <w:rPr>
          <w:b/>
          <w:bCs/>
        </w:rPr>
        <w:t xml:space="preserve"> </w:t>
      </w:r>
      <w:r>
        <w:rPr>
          <w:b/>
          <w:bCs/>
          <w:u w:val="single"/>
        </w:rPr>
        <w:t xml:space="preserve">abject</w:t>
      </w:r>
      <w:r>
        <w:rPr>
          <w:b/>
          <w:bCs/>
        </w:rPr>
        <w:t xml:space="preserve"> </w:t>
      </w:r>
      <w:r>
        <w:rPr>
          <w:b/>
          <w:bCs/>
        </w:rPr>
        <w:t xml:space="preserve">life.</w:t>
      </w:r>
      <w:r>
        <w:br/>
      </w:r>
      <w:r>
        <w:t xml:space="preserve">    (a) outside</w:t>
      </w:r>
      <w:r>
        <w:br/>
      </w:r>
      <w:r>
        <w:t xml:space="preserve">    (b) extreme</w:t>
      </w:r>
      <w:r>
        <w:br/>
      </w:r>
      <w:r>
        <w:t xml:space="preserve">    (c) certain</w:t>
      </w:r>
    </w:p>
    <w:p>
      <w:pPr>
        <w:pStyle w:val="Compact"/>
        <w:numPr>
          <w:ilvl w:val="0"/>
          <w:numId w:val="1001"/>
        </w:numPr>
      </w:pPr>
      <w:r>
        <w:rPr>
          <w:b/>
          <w:bCs/>
        </w:rPr>
        <w:t xml:space="preserve">Now in view of this entire disfranchisement of one-half the people of this country, their social and religious degradation — in view of the unjust laws above mentioned, and because women do feel themselves</w:t>
      </w:r>
      <w:r>
        <w:rPr>
          <w:b/>
          <w:bCs/>
        </w:rPr>
        <w:t xml:space="preserve"> </w:t>
      </w:r>
      <w:r>
        <w:rPr>
          <w:b/>
          <w:bCs/>
          <w:u w:val="single"/>
        </w:rPr>
        <w:t xml:space="preserve">aggrieved</w:t>
      </w:r>
      <w:r>
        <w:rPr>
          <w:b/>
          <w:bCs/>
        </w:rPr>
        <w:t xml:space="preserve">, oppressed, and fraudulently deprived of their most sacred rights, we insist that they have immediate admission to all the rights and privileges which belong to them as citizens of the United States.</w:t>
      </w:r>
      <w:r>
        <w:br/>
      </w:r>
      <w:r>
        <w:t xml:space="preserve">    (a) felt harmed by unfair treatment</w:t>
      </w:r>
      <w:r>
        <w:br/>
      </w:r>
      <w:r>
        <w:t xml:space="preserve">    (b) learned, discovered, or decided</w:t>
      </w:r>
      <w:r>
        <w:br/>
      </w:r>
      <w:r>
        <w:t xml:space="preserve">    (c) selected (on a computer screen)</w:t>
      </w:r>
    </w:p>
    <w:p>
      <w:pPr>
        <w:pStyle w:val="Compact"/>
        <w:numPr>
          <w:ilvl w:val="0"/>
          <w:numId w:val="1001"/>
        </w:numPr>
      </w:pPr>
      <w:r>
        <w:rPr>
          <w:b/>
          <w:bCs/>
        </w:rPr>
        <w:t xml:space="preserve">Now in view of this entire disfranchisement of one-half the people of this country, their social and religious degradation — in view of the unjust laws above mentioned, and because women do feel themselves aggrieved, oppressed, and</w:t>
      </w:r>
      <w:r>
        <w:rPr>
          <w:b/>
          <w:bCs/>
        </w:rPr>
        <w:t xml:space="preserve"> </w:t>
      </w:r>
      <w:r>
        <w:rPr>
          <w:b/>
          <w:bCs/>
          <w:u w:val="single"/>
        </w:rPr>
        <w:t xml:space="preserve">fraudulently</w:t>
      </w:r>
      <w:r>
        <w:rPr>
          <w:b/>
          <w:bCs/>
        </w:rPr>
        <w:t xml:space="preserve"> </w:t>
      </w:r>
      <w:r>
        <w:rPr>
          <w:b/>
          <w:bCs/>
        </w:rPr>
        <w:t xml:space="preserve">deprived of their most sacred rights, we insist that they have immediate admission to all the rights and privileges which belong to them as citizens of the United States.</w:t>
      </w:r>
      <w:r>
        <w:br/>
      </w:r>
      <w:r>
        <w:t xml:space="preserve">    (a) in a manner that is likely to change</w:t>
      </w:r>
      <w:r>
        <w:br/>
      </w:r>
      <w:r>
        <w:t xml:space="preserve">    (b) in a manner that does not find fault</w:t>
      </w:r>
      <w:r>
        <w:br/>
      </w:r>
      <w:r>
        <w:t xml:space="preserve">    (c) done in a manner intended to deceive</w:t>
      </w:r>
    </w:p>
    <w:p>
      <w:pPr>
        <w:pStyle w:val="Compact"/>
        <w:numPr>
          <w:ilvl w:val="0"/>
          <w:numId w:val="1001"/>
        </w:numPr>
      </w:pPr>
      <w:r>
        <w:rPr>
          <w:b/>
          <w:bCs/>
        </w:rPr>
        <w:t xml:space="preserve">In entering upon the great work before us, we anticipate no small amount of misconception, misrepresentation, and</w:t>
      </w:r>
      <w:r>
        <w:rPr>
          <w:b/>
          <w:bCs/>
        </w:rPr>
        <w:t xml:space="preserve"> </w:t>
      </w:r>
      <w:r>
        <w:rPr>
          <w:b/>
          <w:bCs/>
          <w:u w:val="single"/>
        </w:rPr>
        <w:t xml:space="preserve">ridicule</w:t>
      </w:r>
      <w:r>
        <w:rPr>
          <w:b/>
          <w:bCs/>
        </w:rPr>
        <w:t xml:space="preserve">; but we shall use every instrumentality without our power to effect our object.</w:t>
      </w:r>
      <w:r>
        <w:br/>
      </w:r>
      <w:r>
        <w:t xml:space="preserve">    (a) provide investment funds for something -- such as a business</w:t>
      </w:r>
      <w:r>
        <w:br/>
      </w:r>
      <w:r>
        <w:t xml:space="preserve">    (b) mock (make fun of); or the language or behavior that does so</w:t>
      </w:r>
      <w:r>
        <w:br/>
      </w:r>
      <w:r>
        <w:t xml:space="preserve">    (c) ignore someone's wishes or cause inconvenience or discomfort</w:t>
      </w:r>
    </w:p>
    <w:p>
      <w:pPr>
        <w:pStyle w:val="Compact"/>
        <w:numPr>
          <w:ilvl w:val="0"/>
          <w:numId w:val="1001"/>
        </w:numPr>
      </w:pPr>
      <w:r>
        <w:rPr>
          <w:b/>
          <w:bCs/>
        </w:rPr>
        <w:t xml:space="preserve">We shall employ agents, circulate tracts, petition the State and National legislatures, and</w:t>
      </w:r>
      <w:r>
        <w:rPr>
          <w:b/>
          <w:bCs/>
        </w:rPr>
        <w:t xml:space="preserve"> </w:t>
      </w:r>
      <w:r>
        <w:rPr>
          <w:b/>
          <w:bCs/>
          <w:u w:val="single"/>
        </w:rPr>
        <w:t xml:space="preserve">endeavor</w:t>
      </w:r>
      <w:r>
        <w:rPr>
          <w:b/>
          <w:bCs/>
        </w:rPr>
        <w:t xml:space="preserve"> </w:t>
      </w:r>
      <w:r>
        <w:rPr>
          <w:b/>
          <w:bCs/>
        </w:rPr>
        <w:t xml:space="preserve">to enlist the pulpit and the press on our behalf.</w:t>
      </w:r>
      <w:r>
        <w:br/>
      </w:r>
      <w:r>
        <w:t xml:space="preserve">    (a) to attempt; or a project or activity attempted</w:t>
      </w:r>
      <w:r>
        <w:br/>
      </w:r>
      <w:r>
        <w:t xml:space="preserve">    (b) a slight amount; or to contain a slight amount</w:t>
      </w:r>
      <w:r>
        <w:br/>
      </w:r>
      <w:r>
        <w:t xml:space="preserve">    (c) to write or exchange written letters or emails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2026-07-31T18:55:31Z</dcterms:created>
  <dcterms:modified xsi:type="dcterms:W3CDTF">2026-07-31T18:55:31Z</dcterms:modified>
</cp:coreProperties>
</file>

<file path=docProps/custom.xml><?xml version="1.0" encoding="utf-8"?>
<Properties xmlns="http://schemas.openxmlformats.org/officeDocument/2006/custom-properties" xmlns:vt="http://schemas.openxmlformats.org/officeDocument/2006/docPropsVTypes"/>
</file>