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10162d2a68c8ca508dad3cb2ba33811893b805"/>
    <w:p>
      <w:pPr>
        <w:pStyle w:val="Heading1"/>
      </w:pPr>
      <w:r>
        <w:rPr>
          <w:b/>
          <w:bCs/>
        </w:rPr>
        <w:t xml:space="preserve">Death of a Traveling Salesman</w:t>
      </w:r>
      <w:r>
        <w:br/>
      </w:r>
      <w:r>
        <w:rPr>
          <w:i/>
          <w:iCs/>
        </w:rPr>
        <w:t xml:space="preserve">Eudora Welty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And he himself-he was a man who always wore rather wide-brimmed black hats, and in the wavy hotel mirrors had looked something like a bullfighter, as he paused for that</w:t>
      </w:r>
      <w:r>
        <w:rPr>
          <w:b/>
          <w:bCs/>
        </w:rPr>
        <w:t xml:space="preserve"> </w:t>
      </w:r>
      <w:r>
        <w:rPr>
          <w:b/>
          <w:bCs/>
          <w:u w:val="single"/>
        </w:rPr>
        <w:t xml:space="preserve">inevitable</w:t>
      </w:r>
      <w:r>
        <w:rPr>
          <w:b/>
          <w:bCs/>
        </w:rPr>
        <w:t xml:space="preserve"> </w:t>
      </w:r>
      <w:r>
        <w:rPr>
          <w:b/>
          <w:bCs/>
        </w:rPr>
        <w:t xml:space="preserve">instant on the landing, walking downstairs to supper.... He leaned out of the car again, and once more the sun pushed at his head.</w:t>
      </w:r>
      <w:r>
        <w:br/>
      </w:r>
      <w:r>
        <w:t xml:space="preserve">    (a) certain to happen</w:t>
      </w:r>
      <w:r>
        <w:br/>
      </w:r>
      <w:r>
        <w:t xml:space="preserve">    (b) size or dimension</w:t>
      </w:r>
      <w:r>
        <w:br/>
      </w:r>
      <w:r>
        <w:t xml:space="preserve">    (c) circular movement</w:t>
      </w:r>
    </w:p>
    <w:p>
      <w:pPr>
        <w:pStyle w:val="Compact"/>
        <w:numPr>
          <w:ilvl w:val="0"/>
          <w:numId w:val="1001"/>
        </w:numPr>
      </w:pPr>
      <w:r>
        <w:rPr>
          <w:b/>
          <w:bCs/>
        </w:rPr>
        <w:t xml:space="preserve">He drove through a heap of dead oak leaves, his wheels stirring their weightless sides to make a silvery</w:t>
      </w:r>
      <w:r>
        <w:rPr>
          <w:b/>
          <w:bCs/>
        </w:rPr>
        <w:t xml:space="preserve"> </w:t>
      </w:r>
      <w:r>
        <w:rPr>
          <w:b/>
          <w:bCs/>
          <w:u w:val="single"/>
        </w:rPr>
        <w:t xml:space="preserve">melancholy</w:t>
      </w:r>
      <w:r>
        <w:rPr>
          <w:b/>
          <w:bCs/>
        </w:rPr>
        <w:t xml:space="preserve"> </w:t>
      </w:r>
      <w:r>
        <w:rPr>
          <w:b/>
          <w:bCs/>
        </w:rPr>
        <w:t xml:space="preserve">whistle as the car passed through their bed.</w:t>
      </w:r>
      <w:r>
        <w:br/>
      </w:r>
      <w:r>
        <w:t xml:space="preserve">    (a) about (but not exactly)</w:t>
      </w:r>
      <w:r>
        <w:br/>
      </w:r>
      <w:r>
        <w:t xml:space="preserve">    (b) relating to the outside</w:t>
      </w:r>
      <w:r>
        <w:br/>
      </w:r>
      <w:r>
        <w:t xml:space="preserve">    (c) a sad feeling or manner</w:t>
      </w:r>
    </w:p>
    <w:p>
      <w:pPr>
        <w:pStyle w:val="Compact"/>
        <w:numPr>
          <w:ilvl w:val="0"/>
          <w:numId w:val="1001"/>
        </w:numPr>
      </w:pPr>
      <w:r>
        <w:rPr>
          <w:b/>
          <w:bCs/>
        </w:rPr>
        <w:t xml:space="preserve">Then he saw that he was on the edge of a</w:t>
      </w:r>
      <w:r>
        <w:rPr>
          <w:b/>
          <w:bCs/>
        </w:rPr>
        <w:t xml:space="preserve"> </w:t>
      </w:r>
      <w:r>
        <w:rPr>
          <w:b/>
          <w:bCs/>
          <w:u w:val="single"/>
        </w:rPr>
        <w:t xml:space="preserve">ravine</w:t>
      </w:r>
      <w:r>
        <w:rPr>
          <w:b/>
          <w:bCs/>
        </w:rPr>
        <w:t xml:space="preserve"> </w:t>
      </w:r>
      <w:r>
        <w:rPr>
          <w:b/>
          <w:bCs/>
        </w:rPr>
        <w:t xml:space="preserve">that fell away, a red erosion, and that this was indeed the road's end.</w:t>
      </w:r>
      <w:r>
        <w:br/>
      </w:r>
      <w:r>
        <w:t xml:space="preserve">    (a) another battle with the same foe</w:t>
      </w:r>
      <w:r>
        <w:br/>
      </w:r>
      <w:r>
        <w:t xml:space="preserve">    (b) describing someone as antisocial</w:t>
      </w:r>
      <w:r>
        <w:br/>
      </w:r>
      <w:r>
        <w:t xml:space="preserve">    (c) deep, narrow, steep-sided valley</w:t>
      </w:r>
    </w:p>
    <w:p>
      <w:pPr>
        <w:pStyle w:val="Compact"/>
        <w:numPr>
          <w:ilvl w:val="0"/>
          <w:numId w:val="1001"/>
        </w:numPr>
      </w:pPr>
      <w:r>
        <w:rPr>
          <w:b/>
          <w:bCs/>
        </w:rPr>
        <w:t xml:space="preserve">It shot up with great power, almost</w:t>
      </w:r>
      <w:r>
        <w:rPr>
          <w:b/>
          <w:bCs/>
        </w:rPr>
        <w:t xml:space="preserve"> </w:t>
      </w:r>
      <w:r>
        <w:rPr>
          <w:b/>
          <w:bCs/>
          <w:u w:val="single"/>
        </w:rPr>
        <w:t xml:space="preserve">elation</w:t>
      </w:r>
      <w:r>
        <w:rPr>
          <w:b/>
          <w:bCs/>
        </w:rPr>
        <w:t xml:space="preserve">, and fell gently, like acrobats into nets.</w:t>
      </w:r>
      <w:r>
        <w:br/>
      </w:r>
      <w:r>
        <w:t xml:space="preserve">    (a) relating to where attention is concentrated</w:t>
      </w:r>
      <w:r>
        <w:br/>
      </w:r>
      <w:r>
        <w:t xml:space="preserve">    (b) the act of taking something on as one's own</w:t>
      </w:r>
      <w:r>
        <w:br/>
      </w:r>
      <w:r>
        <w:t xml:space="preserve">    (c) intense feeling of happiness and excitement</w:t>
      </w:r>
    </w:p>
    <w:p>
      <w:pPr>
        <w:pStyle w:val="Compact"/>
        <w:numPr>
          <w:ilvl w:val="0"/>
          <w:numId w:val="1001"/>
        </w:numPr>
      </w:pPr>
      <w:r>
        <w:rPr>
          <w:b/>
          <w:bCs/>
        </w:rPr>
        <w:t xml:space="preserve">It began to pound</w:t>
      </w:r>
      <w:r>
        <w:rPr>
          <w:b/>
          <w:bCs/>
        </w:rPr>
        <w:t xml:space="preserve"> </w:t>
      </w:r>
      <w:r>
        <w:rPr>
          <w:b/>
          <w:bCs/>
          <w:u w:val="single"/>
        </w:rPr>
        <w:t xml:space="preserve">profoundly</w:t>
      </w:r>
      <w:r>
        <w:rPr>
          <w:b/>
          <w:bCs/>
        </w:rPr>
        <w:t xml:space="preserve">,</w:t>
      </w:r>
      <w:r>
        <w:br/>
      </w:r>
      <w:r>
        <w:t xml:space="preserve">    (a) in a manner that is loving, but not sexual</w:t>
      </w:r>
      <w:r>
        <w:br/>
      </w:r>
      <w:r>
        <w:t xml:space="preserve">    (b) intensely</w:t>
      </w:r>
      <w:r>
        <w:br/>
      </w:r>
      <w:r>
        <w:t xml:space="preserve">    (c) in a manner that is not aware of something</w:t>
      </w:r>
    </w:p>
    <w:p>
      <w:pPr>
        <w:pStyle w:val="Compact"/>
        <w:numPr>
          <w:ilvl w:val="0"/>
          <w:numId w:val="1001"/>
        </w:numPr>
      </w:pPr>
      <w:r>
        <w:rPr>
          <w:b/>
          <w:bCs/>
        </w:rPr>
        <w:t xml:space="preserve">It began to pound profoundly, then waited</w:t>
      </w:r>
      <w:r>
        <w:rPr>
          <w:b/>
          <w:bCs/>
        </w:rPr>
        <w:t xml:space="preserve"> </w:t>
      </w:r>
      <w:r>
        <w:rPr>
          <w:b/>
          <w:bCs/>
          <w:u w:val="single"/>
        </w:rPr>
        <w:t xml:space="preserve">irresponsibly</w:t>
      </w:r>
      <w:r>
        <w:rPr>
          <w:b/>
          <w:bCs/>
        </w:rPr>
        <w:t xml:space="preserve">, hitting in some sort of inward mockery first at his ribs, then against his eyes, then under his shoulder blades, and against the roof of his mouth when he tried to say, "Good afternoon, madam."</w:t>
      </w:r>
      <w:r>
        <w:br/>
      </w:r>
      <w:r>
        <w:t xml:space="preserve">    (a) in a manner that does not find fault</w:t>
      </w:r>
      <w:r>
        <w:br/>
      </w:r>
      <w:r>
        <w:t xml:space="preserve">    (b) in a manner that is likely to change</w:t>
      </w:r>
      <w:r>
        <w:br/>
      </w:r>
      <w:r>
        <w:t xml:space="preserve">    (c) a lack of concern about consequences</w:t>
      </w:r>
    </w:p>
    <w:p>
      <w:pPr>
        <w:pStyle w:val="Compact"/>
        <w:numPr>
          <w:ilvl w:val="0"/>
          <w:numId w:val="1001"/>
        </w:numPr>
      </w:pPr>
      <w:r>
        <w:rPr>
          <w:b/>
          <w:bCs/>
        </w:rPr>
        <w:t xml:space="preserve">Stock-still in his confusion, he dropped his bags, which seemed to drift in slow bulks gracefully through the air and to cushion themselves on the gray</w:t>
      </w:r>
      <w:r>
        <w:rPr>
          <w:b/>
          <w:bCs/>
        </w:rPr>
        <w:t xml:space="preserve"> </w:t>
      </w:r>
      <w:r>
        <w:rPr>
          <w:b/>
          <w:bCs/>
          <w:u w:val="single"/>
        </w:rPr>
        <w:t xml:space="preserve">prostrate</w:t>
      </w:r>
      <w:r>
        <w:rPr>
          <w:b/>
          <w:bCs/>
        </w:rPr>
        <w:t xml:space="preserve"> </w:t>
      </w:r>
      <w:r>
        <w:rPr>
          <w:b/>
          <w:bCs/>
        </w:rPr>
        <w:t xml:space="preserve">grass near the doorstep.</w:t>
      </w:r>
      <w:r>
        <w:br/>
      </w:r>
      <w:r>
        <w:t xml:space="preserve">    (a) an overwhelming amount; or to overwhelm -- especially said of water</w:t>
      </w:r>
      <w:r>
        <w:br/>
      </w:r>
      <w:r>
        <w:t xml:space="preserve">    (b) lying down - typically face downward on the ground as in submission</w:t>
      </w:r>
      <w:r>
        <w:br/>
      </w:r>
      <w:r>
        <w:t xml:space="preserve">    (c) spend time with; or someone with whom a person spends a lot of time</w:t>
      </w:r>
    </w:p>
    <w:p>
      <w:pPr>
        <w:pStyle w:val="Compact"/>
        <w:numPr>
          <w:ilvl w:val="0"/>
          <w:numId w:val="1001"/>
        </w:numPr>
      </w:pPr>
      <w:r>
        <w:rPr>
          <w:b/>
          <w:bCs/>
        </w:rPr>
        <w:t xml:space="preserve">When she never said a word, and</w:t>
      </w:r>
      <w:r>
        <w:rPr>
          <w:b/>
          <w:bCs/>
        </w:rPr>
        <w:t xml:space="preserve"> </w:t>
      </w:r>
      <w:r>
        <w:rPr>
          <w:b/>
          <w:bCs/>
          <w:u w:val="single"/>
        </w:rPr>
        <w:t xml:space="preserve">sustained</w:t>
      </w:r>
      <w:r>
        <w:rPr>
          <w:b/>
          <w:bCs/>
        </w:rPr>
        <w:t xml:space="preserve"> </w:t>
      </w:r>
      <w:r>
        <w:rPr>
          <w:b/>
          <w:bCs/>
        </w:rPr>
        <w:t xml:space="preserve">her quiet pose of holding the lamp, he was convinced of the strength in her body.</w:t>
      </w:r>
      <w:r>
        <w:br/>
      </w:r>
      <w:r>
        <w:t xml:space="preserve">    (a) influenced or effected</w:t>
      </w:r>
      <w:r>
        <w:br/>
      </w:r>
      <w:r>
        <w:t xml:space="preserve">    (b) continued</w:t>
      </w:r>
      <w:r>
        <w:br/>
      </w:r>
      <w:r>
        <w:t xml:space="preserve">    (c) consistent or the same</w:t>
      </w:r>
    </w:p>
    <w:p>
      <w:pPr>
        <w:pStyle w:val="Compact"/>
        <w:numPr>
          <w:ilvl w:val="0"/>
          <w:numId w:val="1001"/>
        </w:numPr>
      </w:pPr>
      <w:r>
        <w:rPr>
          <w:b/>
          <w:bCs/>
        </w:rPr>
        <w:t xml:space="preserve">...In a flare of touchiness and</w:t>
      </w:r>
      <w:r>
        <w:rPr>
          <w:b/>
          <w:bCs/>
        </w:rPr>
        <w:t xml:space="preserve"> </w:t>
      </w:r>
      <w:r>
        <w:rPr>
          <w:b/>
          <w:bCs/>
          <w:u w:val="single"/>
        </w:rPr>
        <w:t xml:space="preserve">anxiety</w:t>
      </w:r>
      <w:r>
        <w:rPr>
          <w:b/>
          <w:bCs/>
        </w:rPr>
        <w:t xml:space="preserve">, Bowman wished to avoid even mention of unknown men and their unknown farms.</w:t>
      </w:r>
      <w:r>
        <w:br/>
      </w:r>
      <w:r>
        <w:t xml:space="preserve">    (a) nervousness or worry</w:t>
      </w:r>
      <w:r>
        <w:br/>
      </w:r>
      <w:r>
        <w:t xml:space="preserve">    (b) narrow water passage</w:t>
      </w:r>
      <w:r>
        <w:br/>
      </w:r>
      <w:r>
        <w:t xml:space="preserve">    (c) basic rule or belief</w:t>
      </w:r>
    </w:p>
    <w:p>
      <w:pPr>
        <w:pStyle w:val="Compact"/>
        <w:numPr>
          <w:ilvl w:val="0"/>
          <w:numId w:val="1001"/>
        </w:numPr>
      </w:pPr>
      <w:r>
        <w:rPr>
          <w:b/>
          <w:bCs/>
        </w:rPr>
        <w:t xml:space="preserve">What prompted her to stay there across the room, silently</w:t>
      </w:r>
      <w:r>
        <w:rPr>
          <w:b/>
          <w:bCs/>
        </w:rPr>
        <w:t xml:space="preserve"> </w:t>
      </w:r>
      <w:r>
        <w:rPr>
          <w:b/>
          <w:bCs/>
          <w:u w:val="single"/>
        </w:rPr>
        <w:t xml:space="preserve">bestowing</w:t>
      </w:r>
      <w:r>
        <w:rPr>
          <w:b/>
          <w:bCs/>
        </w:rPr>
        <w:t xml:space="preserve"> </w:t>
      </w:r>
      <w:r>
        <w:rPr>
          <w:b/>
          <w:bCs/>
        </w:rPr>
        <w:t xml:space="preserve">her presence upon him?</w:t>
      </w:r>
      <w:r>
        <w:br/>
      </w:r>
      <w:r>
        <w:t xml:space="preserve">    (a) paying</w:t>
      </w:r>
      <w:r>
        <w:br/>
      </w:r>
      <w:r>
        <w:t xml:space="preserve">    (b) ruling</w:t>
      </w:r>
      <w:r>
        <w:br/>
      </w:r>
      <w:r>
        <w:t xml:space="preserve">    (c) giving</w:t>
      </w:r>
    </w:p>
    <w:p>
      <w:pPr>
        <w:pStyle w:val="Compact"/>
        <w:numPr>
          <w:ilvl w:val="0"/>
          <w:numId w:val="1001"/>
        </w:numPr>
      </w:pPr>
      <w:r>
        <w:rPr>
          <w:b/>
          <w:bCs/>
          <w:u w:val="single"/>
        </w:rPr>
        <w:t xml:space="preserve">Mischievously</w:t>
      </w:r>
      <w:r>
        <w:rPr>
          <w:b/>
          <w:bCs/>
        </w:rPr>
        <w:t xml:space="preserve">, at the suggestion of those sounds, Bowman's heart leapt again.</w:t>
      </w:r>
      <w:r>
        <w:br/>
      </w:r>
      <w:r>
        <w:t xml:space="preserve">    (a) in an excessively unhappy and unsociable manner</w:t>
      </w:r>
      <w:r>
        <w:br/>
      </w:r>
      <w:r>
        <w:t xml:space="preserve">    (b) in a manner that is not attractive or desirable</w:t>
      </w:r>
      <w:r>
        <w:br/>
      </w:r>
      <w:r>
        <w:t xml:space="preserve">    (c) in a manner that playfully causes minor trouble</w:t>
      </w:r>
    </w:p>
    <w:p>
      <w:pPr>
        <w:pStyle w:val="Compact"/>
        <w:numPr>
          <w:ilvl w:val="0"/>
          <w:numId w:val="1001"/>
        </w:numPr>
      </w:pPr>
      <w:r>
        <w:rPr>
          <w:b/>
          <w:bCs/>
        </w:rPr>
        <w:t xml:space="preserve">Bowman averted his head and saw the woman looking</w:t>
      </w:r>
      <w:r>
        <w:rPr>
          <w:b/>
          <w:bCs/>
        </w:rPr>
        <w:t xml:space="preserve"> </w:t>
      </w:r>
      <w:r>
        <w:rPr>
          <w:b/>
          <w:bCs/>
          <w:u w:val="single"/>
        </w:rPr>
        <w:t xml:space="preserve">serenely</w:t>
      </w:r>
      <w:r>
        <w:rPr>
          <w:b/>
          <w:bCs/>
        </w:rPr>
        <w:t xml:space="preserve"> </w:t>
      </w:r>
      <w:r>
        <w:rPr>
          <w:b/>
          <w:bCs/>
        </w:rPr>
        <w:t xml:space="preserve">back at the mule, with only satisfaction in her face.</w:t>
      </w:r>
      <w:r>
        <w:br/>
      </w:r>
      <w:r>
        <w:t xml:space="preserve">    (a) in a manner that is calm and untroubled</w:t>
      </w:r>
      <w:r>
        <w:br/>
      </w:r>
      <w:r>
        <w:t xml:space="preserve">    (b) in a pessimistic or disagreeable manner</w:t>
      </w:r>
      <w:r>
        <w:br/>
      </w:r>
      <w:r>
        <w:t xml:space="preserve">    (c) enthusiastically or with great interest</w:t>
      </w:r>
    </w:p>
    <w:p>
      <w:pPr>
        <w:pStyle w:val="Compact"/>
        <w:numPr>
          <w:ilvl w:val="0"/>
          <w:numId w:val="1001"/>
        </w:numPr>
      </w:pPr>
      <w:r>
        <w:rPr>
          <w:b/>
          <w:bCs/>
        </w:rPr>
        <w:t xml:space="preserve">He stared at the woman while the frantic</w:t>
      </w:r>
      <w:r>
        <w:rPr>
          <w:b/>
          <w:bCs/>
        </w:rPr>
        <w:t xml:space="preserve"> </w:t>
      </w:r>
      <w:r>
        <w:rPr>
          <w:b/>
          <w:bCs/>
          <w:u w:val="single"/>
        </w:rPr>
        <w:t xml:space="preserve">nimbleness</w:t>
      </w:r>
      <w:r>
        <w:rPr>
          <w:b/>
          <w:bCs/>
        </w:rPr>
        <w:t xml:space="preserve"> </w:t>
      </w:r>
      <w:r>
        <w:rPr>
          <w:b/>
          <w:bCs/>
        </w:rPr>
        <w:t xml:space="preserve">of his feeling made his head sway.</w:t>
      </w:r>
      <w:r>
        <w:br/>
      </w:r>
      <w:r>
        <w:t xml:space="preserve">    (a) quickness and agility</w:t>
      </w:r>
      <w:r>
        <w:br/>
      </w:r>
      <w:r>
        <w:t xml:space="preserve">    (b) not easily identified</w:t>
      </w:r>
      <w:r>
        <w:br/>
      </w:r>
      <w:r>
        <w:t xml:space="preserve">    (c) able to be translated</w:t>
      </w:r>
    </w:p>
    <w:p>
      <w:pPr>
        <w:pStyle w:val="Compact"/>
        <w:numPr>
          <w:ilvl w:val="0"/>
          <w:numId w:val="1001"/>
        </w:numPr>
      </w:pPr>
      <w:r>
        <w:rPr>
          <w:b/>
          <w:bCs/>
        </w:rPr>
        <w:t xml:space="preserve">But instead of getting up, he listened.... His breathing restrained, his eyes powerless in the growing dark, he listened uneasily for a warning sound, forgetting in</w:t>
      </w:r>
      <w:r>
        <w:rPr>
          <w:b/>
          <w:bCs/>
        </w:rPr>
        <w:t xml:space="preserve"> </w:t>
      </w:r>
      <w:r>
        <w:rPr>
          <w:b/>
          <w:bCs/>
          <w:u w:val="single"/>
        </w:rPr>
        <w:t xml:space="preserve">wariness</w:t>
      </w:r>
      <w:r>
        <w:rPr>
          <w:b/>
          <w:bCs/>
        </w:rPr>
        <w:t xml:space="preserve"> </w:t>
      </w:r>
      <w:r>
        <w:rPr>
          <w:b/>
          <w:bCs/>
        </w:rPr>
        <w:t xml:space="preserve">what it would be.</w:t>
      </w:r>
      <w:r>
        <w:br/>
      </w:r>
      <w:r>
        <w:t xml:space="preserve">    (a) not straightforward</w:t>
      </w:r>
      <w:r>
        <w:br/>
      </w:r>
      <w:r>
        <w:t xml:space="preserve">    (b) not done on purpose</w:t>
      </w:r>
      <w:r>
        <w:br/>
      </w:r>
      <w:r>
        <w:t xml:space="preserve">    (c) caution or distrust</w:t>
      </w:r>
    </w:p>
    <w:p>
      <w:pPr>
        <w:pStyle w:val="Compact"/>
        <w:numPr>
          <w:ilvl w:val="0"/>
          <w:numId w:val="1001"/>
        </w:numPr>
      </w:pPr>
      <w:r>
        <w:rPr>
          <w:b/>
          <w:bCs/>
        </w:rPr>
        <w:t xml:space="preserve">Before long he heard something-soft,</w:t>
      </w:r>
      <w:r>
        <w:rPr>
          <w:b/>
          <w:bCs/>
        </w:rPr>
        <w:t xml:space="preserve"> </w:t>
      </w:r>
      <w:r>
        <w:rPr>
          <w:b/>
          <w:bCs/>
          <w:u w:val="single"/>
        </w:rPr>
        <w:t xml:space="preserve">continuous</w:t>
      </w:r>
      <w:r>
        <w:rPr>
          <w:b/>
          <w:bCs/>
        </w:rPr>
        <w:t xml:space="preserve">, insinuating.</w:t>
      </w:r>
      <w:r>
        <w:br/>
      </w:r>
      <w:r>
        <w:t xml:space="preserve">    (a) pertaining to the working together of different religious groups</w:t>
      </w:r>
      <w:r>
        <w:br/>
      </w:r>
      <w:r>
        <w:t xml:space="preserve">    (b) continuing in time or space without interruption or irregularity</w:t>
      </w:r>
      <w:r>
        <w:br/>
      </w:r>
      <w:r>
        <w:t xml:space="preserve">    (c) the state of being capable of thought, self-reflection, and will</w:t>
      </w:r>
    </w:p>
    <w:p>
      <w:pPr>
        <w:pStyle w:val="Compact"/>
        <w:numPr>
          <w:ilvl w:val="0"/>
          <w:numId w:val="1001"/>
        </w:numPr>
      </w:pPr>
      <w:r>
        <w:rPr>
          <w:b/>
          <w:bCs/>
        </w:rPr>
        <w:t xml:space="preserve">I'll sleep in the dark, he thought, in his</w:t>
      </w:r>
      <w:r>
        <w:rPr>
          <w:b/>
          <w:bCs/>
        </w:rPr>
        <w:t xml:space="preserve"> </w:t>
      </w:r>
      <w:r>
        <w:rPr>
          <w:b/>
          <w:bCs/>
          <w:u w:val="single"/>
        </w:rPr>
        <w:t xml:space="preserve">bewilderment</w:t>
      </w:r>
      <w:r>
        <w:rPr>
          <w:b/>
          <w:bCs/>
        </w:rPr>
        <w:t xml:space="preserve"> </w:t>
      </w:r>
      <w:r>
        <w:rPr>
          <w:b/>
          <w:bCs/>
        </w:rPr>
        <w:t xml:space="preserve">pitying himself.</w:t>
      </w:r>
      <w:r>
        <w:br/>
      </w:r>
      <w:r>
        <w:t xml:space="preserve">    (a) a feeling of extreme confusion</w:t>
      </w:r>
      <w:r>
        <w:br/>
      </w:r>
      <w:r>
        <w:t xml:space="preserve">    (b) a change; or a changed version</w:t>
      </w:r>
      <w:r>
        <w:br/>
      </w:r>
      <w:r>
        <w:t xml:space="preserve">    (c) a type of small portable radio</w:t>
      </w:r>
    </w:p>
    <w:p>
      <w:pPr>
        <w:pStyle w:val="Compact"/>
        <w:numPr>
          <w:ilvl w:val="0"/>
          <w:numId w:val="1001"/>
        </w:numPr>
      </w:pPr>
      <w:r>
        <w:rPr>
          <w:b/>
          <w:bCs/>
        </w:rPr>
        <w:t xml:space="preserve">He felt strangely helpless and</w:t>
      </w:r>
      <w:r>
        <w:rPr>
          <w:b/>
          <w:bCs/>
        </w:rPr>
        <w:t xml:space="preserve"> </w:t>
      </w:r>
      <w:r>
        <w:rPr>
          <w:b/>
          <w:bCs/>
          <w:u w:val="single"/>
        </w:rPr>
        <w:t xml:space="preserve">resentful</w:t>
      </w:r>
      <w:r>
        <w:rPr>
          <w:b/>
          <w:bCs/>
        </w:rPr>
        <w:t xml:space="preserve">.</w:t>
      </w:r>
      <w:r>
        <w:br/>
      </w:r>
      <w:r>
        <w:t xml:space="preserve">    (a) unable to be thought through (typically because too much is unknown)</w:t>
      </w:r>
      <w:r>
        <w:br/>
      </w:r>
      <w:r>
        <w:t xml:space="preserve">    (b) relating to expert judgement of what is good and bad about something</w:t>
      </w:r>
      <w:r>
        <w:br/>
      </w:r>
      <w:r>
        <w:t xml:space="preserve">    (c) full of anger or unhappiness at having to accept something not liked</w:t>
      </w:r>
    </w:p>
    <w:p>
      <w:pPr>
        <w:pStyle w:val="Compact"/>
        <w:numPr>
          <w:ilvl w:val="0"/>
          <w:numId w:val="1001"/>
        </w:numPr>
      </w:pPr>
      <w:r>
        <w:rPr>
          <w:b/>
          <w:bCs/>
        </w:rPr>
        <w:t xml:space="preserve">He made a</w:t>
      </w:r>
      <w:r>
        <w:rPr>
          <w:b/>
          <w:bCs/>
        </w:rPr>
        <w:t xml:space="preserve"> </w:t>
      </w:r>
      <w:r>
        <w:rPr>
          <w:b/>
          <w:bCs/>
          <w:u w:val="single"/>
        </w:rPr>
        <w:t xml:space="preserve">grave</w:t>
      </w:r>
      <w:r>
        <w:rPr>
          <w:b/>
          <w:bCs/>
        </w:rPr>
        <w:t xml:space="preserve"> </w:t>
      </w:r>
      <w:r>
        <w:rPr>
          <w:b/>
          <w:bCs/>
        </w:rPr>
        <w:t xml:space="preserve">answer.</w:t>
      </w:r>
      <w:r>
        <w:br/>
      </w:r>
      <w:r>
        <w:t xml:space="preserve">    (a) not representative</w:t>
      </w:r>
      <w:r>
        <w:br/>
      </w:r>
      <w:r>
        <w:t xml:space="preserve">    (b) impossible to find</w:t>
      </w:r>
      <w:r>
        <w:br/>
      </w:r>
      <w:r>
        <w:t xml:space="preserve">    (c) serious and solemn</w:t>
      </w:r>
    </w:p>
    <w:p>
      <w:pPr>
        <w:pStyle w:val="Compact"/>
        <w:numPr>
          <w:ilvl w:val="0"/>
          <w:numId w:val="1001"/>
        </w:numPr>
      </w:pPr>
      <w:r>
        <w:rPr>
          <w:b/>
          <w:bCs/>
        </w:rPr>
        <w:t xml:space="preserve">Somehow he felt unable to be</w:t>
      </w:r>
      <w:r>
        <w:rPr>
          <w:b/>
          <w:bCs/>
        </w:rPr>
        <w:t xml:space="preserve"> </w:t>
      </w:r>
      <w:r>
        <w:rPr>
          <w:b/>
          <w:bCs/>
          <w:u w:val="single"/>
        </w:rPr>
        <w:t xml:space="preserve">indignant</w:t>
      </w:r>
      <w:r>
        <w:rPr>
          <w:b/>
          <w:bCs/>
        </w:rPr>
        <w:t xml:space="preserve"> </w:t>
      </w:r>
      <w:r>
        <w:rPr>
          <w:b/>
          <w:bCs/>
        </w:rPr>
        <w:t xml:space="preserve">or protest, although some sort of joke had certainly been played upon him.</w:t>
      </w:r>
      <w:r>
        <w:br/>
      </w:r>
      <w:r>
        <w:t xml:space="preserve">    (a) angered or annoyed at something unjust or wrong</w:t>
      </w:r>
      <w:r>
        <w:br/>
      </w:r>
      <w:r>
        <w:t xml:space="preserve">    (b) accepted of something undesired as unavoidable</w:t>
      </w:r>
      <w:r>
        <w:br/>
      </w:r>
      <w:r>
        <w:t xml:space="preserve">    (c) surprised as something unexpected</w:t>
      </w:r>
    </w:p>
    <w:p>
      <w:pPr>
        <w:pStyle w:val="Compact"/>
        <w:numPr>
          <w:ilvl w:val="0"/>
          <w:numId w:val="1001"/>
        </w:numPr>
      </w:pPr>
      <w:r>
        <w:rPr>
          <w:b/>
          <w:bCs/>
        </w:rPr>
        <w:t xml:space="preserve">On some impulse he put all the money from his billfold under its fluted glass base, almost</w:t>
      </w:r>
      <w:r>
        <w:rPr>
          <w:b/>
          <w:bCs/>
        </w:rPr>
        <w:t xml:space="preserve"> </w:t>
      </w:r>
      <w:r>
        <w:rPr>
          <w:b/>
          <w:bCs/>
          <w:u w:val="single"/>
        </w:rPr>
        <w:t xml:space="preserve">ostentatiously</w:t>
      </w:r>
      <w:r>
        <w:rPr>
          <w:b/>
          <w:bCs/>
        </w:rPr>
        <w:t xml:space="preserve">.</w:t>
      </w:r>
      <w:r>
        <w:br/>
      </w:r>
      <w:r>
        <w:t xml:space="preserve">    (a) not in a manner that is able to be promised or guaranteed</w:t>
      </w:r>
      <w:r>
        <w:br/>
      </w:r>
      <w:r>
        <w:t xml:space="preserve">    (b) in a manner intended to attract notice and impress others</w:t>
      </w:r>
      <w:r>
        <w:br/>
      </w:r>
      <w:r>
        <w:t xml:space="preserve">    (c) in a manner that is supposed (rather than known to be so)</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2026-07-31T17:54:34Z</dcterms:created>
  <dcterms:modified xsi:type="dcterms:W3CDTF">2026-07-31T17:54:34Z</dcterms:modified>
</cp:coreProperties>
</file>

<file path=docProps/custom.xml><?xml version="1.0" encoding="utf-8"?>
<Properties xmlns="http://schemas.openxmlformats.org/officeDocument/2006/custom-properties" xmlns:vt="http://schemas.openxmlformats.org/officeDocument/2006/docPropsVTypes"/>
</file>