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8c0c36ba6cfe8fb7da10e764680d620ad4c0fe"/>
    <w:p>
      <w:pPr>
        <w:pStyle w:val="Heading1"/>
      </w:pPr>
      <w:r>
        <w:rPr>
          <w:b/>
          <w:bCs/>
        </w:rPr>
        <w:t xml:space="preserve">Death of a Salesman</w:t>
      </w:r>
      <w:r>
        <w:br/>
      </w:r>
      <w:r>
        <w:rPr>
          <w:i/>
          <w:iCs/>
        </w:rPr>
        <w:t xml:space="preserve">Arthur Miller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accommodate</w:t>
      </w:r>
      <w:r>
        <w:rPr>
          <w:b/>
          <w:bCs/>
        </w:rPr>
        <w:t xml:space="preserve"> </w:t>
      </w:r>
      <w:r>
        <w:rPr>
          <w:b/>
          <w:bCs/>
        </w:rPr>
        <w:t xml:space="preserve">various interests to get a majority.</w:t>
      </w:r>
      <w:r>
        <w:br/>
      </w:r>
      <w:r>
        <w:t xml:space="preserve">    (a) force</w:t>
      </w:r>
      <w:r>
        <w:br/>
      </w:r>
      <w:r>
        <w:t xml:space="preserve">    (b) understand</w:t>
      </w:r>
      <w:r>
        <w:br/>
      </w:r>
      <w:r>
        <w:t xml:space="preserve">    (c) adjust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gloomy (sad)</w:t>
      </w:r>
      <w:r>
        <w:br/>
      </w:r>
      <w:r>
        <w:t xml:space="preserve">    (b) calm and thoughtful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 mother is careful about how she eats because 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anemic</w:t>
      </w:r>
      <w:r>
        <w:rPr>
          <w:b/>
          <w:bCs/>
        </w:rPr>
        <w:t xml:space="preserve">.</w:t>
      </w:r>
      <w:r>
        <w:br/>
      </w:r>
      <w:r>
        <w:t xml:space="preserve">    (a) with too much cholesterol</w:t>
      </w:r>
      <w:r>
        <w:br/>
      </w:r>
      <w:r>
        <w:t xml:space="preserve">    (b) with blood pressure too high</w:t>
      </w:r>
      <w:r>
        <w:br/>
      </w:r>
      <w:r>
        <w:t xml:space="preserve">    (c) with too few red blood cells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candid</w:t>
      </w:r>
      <w:r>
        <w:rPr>
          <w:b/>
          <w:bCs/>
        </w:rPr>
        <w:t xml:space="preserve"> </w:t>
      </w:r>
      <w:r>
        <w:rPr>
          <w:b/>
          <w:bCs/>
        </w:rPr>
        <w:t xml:space="preserve">opinion is that their team is much better than ours, but an upset isn't impossible.</w:t>
      </w:r>
      <w:r>
        <w:br/>
      </w:r>
      <w:r>
        <w:t xml:space="preserve">    (a) tactful</w:t>
      </w:r>
      <w:r>
        <w:br/>
      </w:r>
      <w:r>
        <w:t xml:space="preserve">    (b) expert</w:t>
      </w:r>
      <w:r>
        <w:br/>
      </w:r>
      <w:r>
        <w:t xml:space="preserve">    (c) honest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expand upon</w:t>
      </w:r>
      <w:r>
        <w:br/>
      </w:r>
      <w:r>
        <w:t xml:space="preserve">    (b) reinforce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 live in Los Angeles yet, but I joined the organization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corresponding</w:t>
      </w:r>
      <w:r>
        <w:rPr>
          <w:b/>
          <w:bCs/>
        </w:rPr>
        <w:t xml:space="preserve"> </w:t>
      </w:r>
      <w:r>
        <w:rPr>
          <w:b/>
          <w:bCs/>
        </w:rPr>
        <w:t xml:space="preserve">member.</w:t>
      </w:r>
      <w:r>
        <w:br/>
      </w:r>
      <w:r>
        <w:t xml:space="preserve">    (a) done from afar</w:t>
      </w:r>
      <w:r>
        <w:br/>
      </w:r>
      <w:r>
        <w:t xml:space="preserve">    (b) founding</w:t>
      </w:r>
      <w:r>
        <w:br/>
      </w:r>
      <w:r>
        <w:t xml:space="preserve">    (c) visiting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frivolous attitude</w:t>
      </w:r>
      <w:r>
        <w:br/>
      </w:r>
      <w:r>
        <w:t xml:space="preserve">    (b) falseness</w:t>
      </w:r>
      <w:r>
        <w:br/>
      </w:r>
      <w:r>
        <w:t xml:space="preserve">    (c) seriousness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goal is good, but the plan doesn't seem 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feasible</w:t>
      </w:r>
      <w:r>
        <w:rPr>
          <w:b/>
          <w:bCs/>
        </w:rPr>
        <w:t xml:space="preserve">.</w:t>
      </w:r>
      <w:r>
        <w:br/>
      </w:r>
      <w:r>
        <w:t xml:space="preserve">    (a) practical</w:t>
      </w:r>
      <w:r>
        <w:br/>
      </w:r>
      <w:r>
        <w:t xml:space="preserve">    (b) impressive</w:t>
      </w:r>
      <w:r>
        <w:br/>
      </w:r>
      <w:r>
        <w:t xml:space="preserve">    (c) profitable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first,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incredulous</w:t>
      </w:r>
      <w:r>
        <w:rPr>
          <w:b/>
          <w:bCs/>
        </w:rPr>
        <w:t xml:space="preserve">--thinking the report was in error.</w:t>
      </w:r>
      <w:r>
        <w:br/>
      </w:r>
      <w:r>
        <w:t xml:space="preserve">    (a) confused</w:t>
      </w:r>
      <w:r>
        <w:br/>
      </w:r>
      <w:r>
        <w:t xml:space="preserve">    (b) worried</w:t>
      </w:r>
      <w:r>
        <w:br/>
      </w:r>
      <w:r>
        <w:t xml:space="preserve">    (c) without 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indignant</w:t>
      </w:r>
      <w:r>
        <w:rPr>
          <w:b/>
          <w:bCs/>
        </w:rPr>
        <w:t xml:space="preserve">, but she agreed to be searched when they accused her of shoplifting.</w:t>
      </w:r>
      <w:r>
        <w:br/>
      </w:r>
      <w:r>
        <w:t xml:space="preserve">    (a) defensive about being suspected</w:t>
      </w:r>
      <w:r>
        <w:br/>
      </w:r>
      <w:r>
        <w:t xml:space="preserve">    (b) annoyed at something unjust</w:t>
      </w:r>
      <w:r>
        <w:br/>
      </w:r>
      <w:r>
        <w:t xml:space="preserve">    (c) surprised at the unexpected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showed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initiative</w:t>
      </w:r>
      <w:r>
        <w:rPr>
          <w:b/>
          <w:bCs/>
        </w:rPr>
        <w:t xml:space="preserve"> </w:t>
      </w:r>
      <w:r>
        <w:rPr>
          <w:b/>
          <w:bCs/>
        </w:rPr>
        <w:t xml:space="preserve">by organizing the project without being asked.</w:t>
      </w:r>
      <w:r>
        <w:br/>
      </w:r>
      <w:r>
        <w:t xml:space="preserve">    (a) reluctant obedience</w:t>
      </w:r>
      <w:r>
        <w:br/>
      </w:r>
      <w:r>
        <w:t xml:space="preserve">    (b) self-starting drive</w:t>
      </w:r>
      <w:r>
        <w:br/>
      </w:r>
      <w:r>
        <w:t xml:space="preserve">    (c) lengthy hesitation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site has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mortgage</w:t>
      </w:r>
      <w:r>
        <w:rPr>
          <w:b/>
          <w:bCs/>
        </w:rPr>
        <w:t xml:space="preserve"> </w:t>
      </w:r>
      <w:r>
        <w:rPr>
          <w:b/>
          <w:bCs/>
        </w:rPr>
        <w:t xml:space="preserve">payment calculator that calculates the loan payment based on the interest rate and length of the loan.</w:t>
      </w:r>
      <w:r>
        <w:br/>
      </w:r>
      <w:r>
        <w:t xml:space="preserve">    (a) unsecured loan</w:t>
      </w:r>
      <w:r>
        <w:br/>
      </w:r>
      <w:r>
        <w:t xml:space="preserve">    (b) credit card loan</w:t>
      </w:r>
      <w:r>
        <w:br/>
      </w:r>
      <w:r>
        <w:t xml:space="preserve">    (c) real estate loan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clouds looking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ominous</w:t>
      </w:r>
      <w:r>
        <w:rPr>
          <w:b/>
          <w:bCs/>
        </w:rPr>
        <w:t xml:space="preserve">, I'm afraid there will be a bad storm.</w:t>
      </w:r>
      <w:r>
        <w:br/>
      </w:r>
      <w:r>
        <w:t xml:space="preserve">    (a) huge</w:t>
      </w:r>
      <w:r>
        <w:br/>
      </w:r>
      <w:r>
        <w:t xml:space="preserve">    (b) fast-moving</w:t>
      </w:r>
      <w:r>
        <w:br/>
      </w:r>
      <w:r>
        <w:t xml:space="preserve">    (c) threatening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some stroke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providence</w:t>
      </w:r>
      <w:r>
        <w:rPr>
          <w:b/>
          <w:bCs/>
        </w:rPr>
        <w:t xml:space="preserve">, the rain stopped just as the wedding began.</w:t>
      </w:r>
      <w:r>
        <w:br/>
      </w:r>
      <w:r>
        <w:t xml:space="preserve">    (a) stubborn bad luck</w:t>
      </w:r>
      <w:r>
        <w:br/>
      </w:r>
      <w:r>
        <w:t xml:space="preserve">    (b) fortunate divine timing</w:t>
      </w:r>
      <w:r>
        <w:br/>
      </w:r>
      <w:r>
        <w:t xml:space="preserve">    (c) careful human planning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While the young king was ill, his uncle served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regent</w:t>
      </w:r>
      <w:r>
        <w:rPr>
          <w:b/>
          <w:bCs/>
        </w:rPr>
        <w:t xml:space="preserve"> </w:t>
      </w:r>
      <w:r>
        <w:rPr>
          <w:b/>
          <w:bCs/>
        </w:rPr>
        <w:t xml:space="preserve">to rule the kingdom.</w:t>
      </w:r>
      <w:r>
        <w:br/>
      </w:r>
      <w:r>
        <w:t xml:space="preserve">    (a) temporary substitute ruler</w:t>
      </w:r>
      <w:r>
        <w:br/>
      </w:r>
      <w:r>
        <w:t xml:space="preserve">    (b) elected prime minister</w:t>
      </w:r>
      <w:r>
        <w:br/>
      </w:r>
      <w:r>
        <w:t xml:space="preserve">    (c) royal court advisor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testing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a good attitude.</w:t>
      </w:r>
      <w:r>
        <w:br/>
      </w:r>
      <w:r>
        <w:t xml:space="preserve">    (a) determination</w:t>
      </w:r>
      <w:r>
        <w:br/>
      </w:r>
      <w:r>
        <w:t xml:space="preserve">    (b) ability</w:t>
      </w:r>
      <w:r>
        <w:br/>
      </w:r>
      <w:r>
        <w:t xml:space="preserve">    (c) optimism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computer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revolution</w:t>
      </w:r>
      <w:r>
        <w:rPr>
          <w:b/>
          <w:bCs/>
        </w:rPr>
        <w:t xml:space="preserve"> </w:t>
      </w:r>
      <w:r>
        <w:rPr>
          <w:b/>
          <w:bCs/>
        </w:rPr>
        <w:t xml:space="preserve">disrupted the job market.</w:t>
      </w:r>
      <w:r>
        <w:br/>
      </w:r>
      <w:r>
        <w:t xml:space="preserve">    (a) dramatic change</w:t>
      </w:r>
      <w:r>
        <w:br/>
      </w:r>
      <w:r>
        <w:t xml:space="preserve">    (b) war</w:t>
      </w:r>
      <w:r>
        <w:br/>
      </w:r>
      <w:r>
        <w:t xml:space="preserve">    (c) circular movement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was the period when she painted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colors.</w:t>
      </w:r>
      <w:r>
        <w:br/>
      </w:r>
      <w:r>
        <w:t xml:space="preserve">    (a) varied shades of orange</w:t>
      </w:r>
      <w:r>
        <w:br/>
      </w:r>
      <w:r>
        <w:t xml:space="preserve">    (b) especially bright</w:t>
      </w:r>
      <w:r>
        <w:br/>
      </w:r>
      <w:r>
        <w:t xml:space="preserve">    (c) lacking brightness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feeling something between normal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trepidation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excessive test anxiety.</w:t>
      </w:r>
      <w:r>
        <w:br/>
      </w:r>
      <w:r>
        <w:t xml:space="preserve">    (a) sleepiness</w:t>
      </w:r>
      <w:r>
        <w:br/>
      </w:r>
      <w:r>
        <w:t xml:space="preserve">    (b) confidence</w:t>
      </w:r>
      <w:r>
        <w:br/>
      </w:r>
      <w:r>
        <w:t xml:space="preserve">    (c) nervousness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scandal,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to public pressure and resigned her position.</w:t>
      </w:r>
      <w:r>
        <w:br/>
      </w:r>
      <w:r>
        <w:t xml:space="preserve">    (a) produced</w:t>
      </w:r>
      <w:r>
        <w:br/>
      </w:r>
      <w:r>
        <w:t xml:space="preserve">    (b) gave in</w:t>
      </w:r>
      <w:r>
        <w:br/>
      </w:r>
      <w:r>
        <w:t xml:space="preserve">    (c) added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2026-07-31T14:21:48Z</dcterms:created>
  <dcterms:modified xsi:type="dcterms:W3CDTF">2026-07-31T14:21:48Z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