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eed5dda5d8b0e285e878cc36c18ae42b18998e"/>
    <w:p>
      <w:pPr>
        <w:pStyle w:val="Heading1"/>
      </w:pPr>
      <w:r>
        <w:rPr>
          <w:b/>
          <w:bCs/>
        </w:rPr>
        <w:t xml:space="preserve">Death of a Salesman</w:t>
      </w:r>
      <w:r>
        <w:br/>
      </w:r>
      <w:r>
        <w:rPr>
          <w:i/>
          <w:iCs/>
        </w:rPr>
        <w:t xml:space="preserve">Arthur Miller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LINDA [hearing WILLY outside the bedroom, calls with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trepidation</w:t>
      </w:r>
      <w:r>
        <w:rPr>
          <w:b/>
          <w:bCs/>
        </w:rPr>
        <w:t xml:space="preserve">]:</w:t>
      </w:r>
      <w:r>
        <w:br/>
      </w:r>
      <w:r>
        <w:t xml:space="preserve">    (a) a last name</w:t>
      </w:r>
      <w:r>
        <w:br/>
      </w:r>
      <w:r>
        <w:t xml:space="preserve">    (b) nervousness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You're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accommodating</w:t>
      </w:r>
      <w:r>
        <w:rPr>
          <w:b/>
          <w:bCs/>
        </w:rPr>
        <w:t xml:space="preserve">, dear.</w:t>
      </w:r>
      <w:r>
        <w:br/>
      </w:r>
      <w:r>
        <w:t xml:space="preserve">    (a) helpful</w:t>
      </w:r>
      <w:r>
        <w:br/>
      </w:r>
      <w:r>
        <w:t xml:space="preserve">    (b) heating beyond the temperature where state normally changes</w:t>
      </w:r>
      <w:r>
        <w:br/>
      </w:r>
      <w:r>
        <w:t xml:space="preserve">    (c) making one's home in; or living in; or staying (in a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WILLY [with pity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]: I'll see him in the morning; I'll have a nice talk with him. I'll get him a job selling.</w:t>
      </w:r>
      <w:r>
        <w:br/>
      </w:r>
      <w:r>
        <w:t xml:space="preserve">    (a) difficult situation</w:t>
      </w:r>
      <w:r>
        <w:br/>
      </w:r>
      <w:r>
        <w:t xml:space="preserve">    (b) wrongly translating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am I always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contradicted</w:t>
      </w:r>
      <w:r>
        <w:rPr>
          <w:b/>
          <w:bCs/>
        </w:rPr>
        <w:t xml:space="preserve">?</w:t>
      </w:r>
      <w:r>
        <w:br/>
      </w:r>
      <w:r>
        <w:t xml:space="preserve">    (a) satisfied</w:t>
      </w:r>
      <w:r>
        <w:br/>
      </w:r>
      <w:r>
        <w:t xml:space="preserve">    (b) disagreed</w:t>
      </w:r>
      <w:r>
        <w:br/>
      </w:r>
      <w:r>
        <w:t xml:space="preserve">    (c) separated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BIFF [with rising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]:</w:t>
      </w:r>
      <w:r>
        <w:br/>
      </w:r>
      <w:r>
        <w:t xml:space="preserve">    (a) anxiety or upset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Coach'll probably congratulate you on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initiative</w:t>
      </w:r>
      <w:r>
        <w:rPr>
          <w:b/>
          <w:bCs/>
        </w:rPr>
        <w:t xml:space="preserve">!</w:t>
      </w:r>
      <w:r>
        <w:br/>
      </w:r>
      <w:r>
        <w:t xml:space="preserve">    (a) determining what should be done and doing it without instruction</w:t>
      </w:r>
      <w:r>
        <w:br/>
      </w:r>
      <w:r>
        <w:t xml:space="preserve">    (b) the state of not being relevant (not related to the subject being considered, or not important enough to want to consider)</w:t>
      </w:r>
      <w:r>
        <w:br/>
      </w:r>
      <w:r>
        <w:t xml:space="preserve">    (c) someone who is not civilized or not moral  OR  an offensive term for a person who does not believe in a preferred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WILLY: Well, I got on the road, and I went north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Providence</w:t>
      </w:r>
      <w:r>
        <w:rPr>
          <w:b/>
          <w:bCs/>
        </w:rPr>
        <w:t xml:space="preserve">.</w:t>
      </w:r>
      <w:r>
        <w:br/>
      </w:r>
      <w:r>
        <w:t xml:space="preserve">    (a) resulting from God's intervention or plan; or lucky</w:t>
      </w:r>
      <w:r>
        <w:br/>
      </w:r>
      <w:r>
        <w:t xml:space="preserve">    (b) a particular way of seeing or thinking about things</w:t>
      </w:r>
      <w:r>
        <w:br/>
      </w:r>
      <w:r>
        <w:t xml:space="preserve">    (c) collection of star systems held together by gravity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Boston—Boston is the cradle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Revolution</w:t>
      </w:r>
      <w:r>
        <w:rPr>
          <w:b/>
          <w:bCs/>
        </w:rPr>
        <w:t xml:space="preserve">.</w:t>
      </w:r>
      <w:r>
        <w:br/>
      </w:r>
      <w:r>
        <w:t xml:space="preserve">    (a) the American war for independence from Great Britain</w:t>
      </w:r>
      <w:r>
        <w:br/>
      </w:r>
      <w:r>
        <w:t xml:space="preserve">    (b) in disagreement</w:t>
      </w:r>
      <w:r>
        <w:br/>
      </w:r>
      <w:r>
        <w:t xml:space="preserve">    (c) relative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younger than BIFF,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</w:t>
      </w:r>
      <w:r>
        <w:rPr>
          <w:b/>
          <w:bCs/>
        </w:rPr>
        <w:t xml:space="preserve"> </w:t>
      </w:r>
      <w:r>
        <w:rPr>
          <w:b/>
          <w:bCs/>
        </w:rPr>
        <w:t xml:space="preserve">and loyal, a worried boy.</w:t>
      </w:r>
      <w:r>
        <w:br/>
      </w:r>
      <w:r>
        <w:t xml:space="preserve">    (a) good or beneficial</w:t>
      </w:r>
      <w:r>
        <w:br/>
      </w:r>
      <w:r>
        <w:t xml:space="preserve">    (b) impossible to find</w:t>
      </w:r>
      <w:r>
        <w:br/>
      </w:r>
      <w:r>
        <w:t xml:space="preserve">    (c) sincere or excessively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What're you lookin'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anemic</w:t>
      </w:r>
      <w:r>
        <w:rPr>
          <w:b/>
          <w:bCs/>
        </w:rPr>
        <w:t xml:space="preserve"> </w:t>
      </w:r>
      <w:r>
        <w:rPr>
          <w:b/>
          <w:bCs/>
        </w:rPr>
        <w:t xml:space="preserve">about, Bernard?</w:t>
      </w:r>
      <w:r>
        <w:br/>
      </w:r>
      <w:r>
        <w:t xml:space="preserve">    (a) having the characteristic of or relating to bouncing back light/heat/sound...</w:t>
      </w:r>
      <w:r>
        <w:br/>
      </w:r>
      <w:r>
        <w:t xml:space="preserve">    (b) worn out (lacking vitality)</w:t>
      </w:r>
      <w:r>
        <w:br/>
      </w:r>
      <w:r>
        <w:t xml:space="preserve">    (c) the degree or quality of showing the wearing effects of overwork or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got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Regents</w:t>
      </w:r>
      <w:r>
        <w:rPr>
          <w:b/>
          <w:bCs/>
        </w:rPr>
        <w:t xml:space="preserve"> </w:t>
      </w:r>
      <w:r>
        <w:rPr>
          <w:b/>
          <w:bCs/>
        </w:rPr>
        <w:t xml:space="preserve">next week.</w:t>
      </w:r>
      <w:r>
        <w:br/>
      </w:r>
      <w:r>
        <w:t xml:space="preserve">    (a)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(b)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(c) someone appointed to a position of temporary or delegated authority -- such as a temporarily while the king or queen is too young, too sick, or away; or a member of a governing 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feasible</w:t>
      </w:r>
      <w:r>
        <w:rPr>
          <w:b/>
          <w:bCs/>
        </w:rPr>
        <w:t xml:space="preserve"> </w:t>
      </w:r>
      <w:r>
        <w:rPr>
          <w:b/>
          <w:bCs/>
        </w:rPr>
        <w:t xml:space="preserve">idea.</w:t>
      </w:r>
      <w:r>
        <w:br/>
      </w:r>
      <w:r>
        <w:t xml:space="preserve">    (a) not easily identified</w:t>
      </w:r>
      <w:r>
        <w:br/>
      </w:r>
      <w:r>
        <w:t xml:space="preserve">    (b) able to be translated</w:t>
      </w:r>
      <w:r>
        <w:br/>
      </w:r>
      <w:r>
        <w:t xml:space="preserve">    (c) possible or practical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that includes the last payment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.</w:t>
      </w:r>
      <w:r>
        <w:br/>
      </w:r>
      <w:r>
        <w:t xml:space="preserve">    (a) to concentrate, look at; or the act of concentration</w:t>
      </w:r>
      <w:r>
        <w:br/>
      </w:r>
      <w:r>
        <w:t xml:space="preserve">    (b) enter another's property without right or permission</w:t>
      </w:r>
      <w:r>
        <w:br/>
      </w:r>
      <w:r>
        <w:t xml:space="preserve">    (c) real estate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</w:t>
      </w:r>
      <w:r>
        <w:rPr>
          <w:b/>
          <w:bCs/>
          <w:u w:val="single"/>
        </w:rPr>
        <w:t xml:space="preserve">Incredulously</w:t>
      </w:r>
      <w:r>
        <w:rPr>
          <w:b/>
          <w:bCs/>
        </w:rPr>
        <w:t xml:space="preserve">] Don't you realize what today is?</w:t>
      </w:r>
      <w:r>
        <w:br/>
      </w:r>
      <w:r>
        <w:t xml:space="preserve">    (a) in a manner that influences reason or general desire to do something</w:t>
      </w:r>
      <w:r>
        <w:br/>
      </w:r>
      <w:r>
        <w:t xml:space="preserve">    (b) in a manner that intentionally angers, challenges, or upsets someone</w:t>
      </w:r>
      <w:r>
        <w:br/>
      </w:r>
      <w:r>
        <w:t xml:space="preserve">    (c) with disbelief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high school he took so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courses.</w:t>
      </w:r>
      <w:r>
        <w:br/>
      </w:r>
      <w:r>
        <w:t xml:space="preserve">    (a) small kitchens</w:t>
      </w:r>
      <w:r>
        <w:br/>
      </w:r>
      <w:r>
        <w:t xml:space="preserve">    (b) done from afar (by mailing letters, reports, etc.)</w:t>
      </w:r>
      <w:r>
        <w:br/>
      </w:r>
      <w:r>
        <w:t xml:space="preserve">    (c) leaps or jumps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Willy, do you want to talk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candidly</w:t>
      </w:r>
      <w:r>
        <w:rPr>
          <w:b/>
          <w:bCs/>
        </w:rPr>
        <w:t xml:space="preserve">?</w:t>
      </w:r>
      <w:r>
        <w:br/>
      </w:r>
      <w:r>
        <w:t xml:space="preserve">    (a) in a manner that challenges</w:t>
      </w:r>
      <w:r>
        <w:br/>
      </w:r>
      <w:r>
        <w:t xml:space="preserve">    (b) in a strongly biased manner</w:t>
      </w:r>
      <w:r>
        <w:br/>
      </w:r>
      <w:r>
        <w:t xml:space="preserve">    (c) with honesty and directness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rises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ominously</w:t>
      </w:r>
      <w:r>
        <w:rPr>
          <w:b/>
          <w:bCs/>
        </w:rPr>
        <w:t xml:space="preserve"> </w:t>
      </w:r>
      <w:r>
        <w:rPr>
          <w:b/>
          <w:bCs/>
        </w:rPr>
        <w:t xml:space="preserve">and quietly and moves toward HAPPY, who backs up into the kitchen, afraid.</w:t>
      </w:r>
      <w:r>
        <w:br/>
      </w:r>
      <w:r>
        <w:t xml:space="preserve">    (a) in a manner that tests someone or something for a period of time</w:t>
      </w:r>
      <w:r>
        <w:br/>
      </w:r>
      <w:r>
        <w:t xml:space="preserve">    (b) threatening or suggestive of evil or bad things to come</w:t>
      </w:r>
      <w:r>
        <w:br/>
      </w:r>
      <w:r>
        <w:t xml:space="preserve">    (c) in a manner that serves to help explain or demonstrate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BEN [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]: That's a point, William.</w:t>
      </w:r>
      <w:r>
        <w:br/>
      </w:r>
      <w:r>
        <w:t xml:space="preserve">    (a) placing trust (in someone) by talking about private things</w:t>
      </w:r>
      <w:r>
        <w:br/>
      </w:r>
      <w:r>
        <w:t xml:space="preserve">    (b) giving in</w:t>
      </w:r>
      <w:r>
        <w:br/>
      </w:r>
      <w:r>
        <w:t xml:space="preserve">    (c) showing, demonstrating, determining, or causing acceptance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] You can't see nothing out here!</w:t>
      </w:r>
      <w:r>
        <w:br/>
      </w:r>
      <w:r>
        <w:t xml:space="preserve">    (a) with surprise as something unexpected</w:t>
      </w:r>
      <w:r>
        <w:br/>
      </w:r>
      <w:r>
        <w:t xml:space="preserve">    (b) with acceptance of something undesired as unavoidable</w:t>
      </w:r>
      <w:r>
        <w:br/>
      </w:r>
      <w:r>
        <w:t xml:space="preserve">    (c) with anger or annoyance at something unjust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CHARLEY and BERNARD,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somberly</w:t>
      </w:r>
      <w:r>
        <w:rPr>
          <w:b/>
          <w:bCs/>
        </w:rPr>
        <w:t xml:space="preserve"> </w:t>
      </w:r>
      <w:r>
        <w:rPr>
          <w:b/>
          <w:bCs/>
        </w:rPr>
        <w:t xml:space="preserve">dressed, appear and knock on the kitchen door.</w:t>
      </w:r>
      <w:r>
        <w:br/>
      </w:r>
      <w:r>
        <w:t xml:space="preserve">    (a) in dark, cheerless colors</w:t>
      </w:r>
      <w:r>
        <w:br/>
      </w:r>
      <w:r>
        <w:t xml:space="preserve">    (b) completely or totally</w:t>
      </w:r>
      <w:r>
        <w:br/>
      </w:r>
      <w:r>
        <w:t xml:space="preserve">    (c) exactly or accurately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2026-07-31T14:21:49Z</dcterms:created>
  <dcterms:modified xsi:type="dcterms:W3CDTF">2026-07-31T14:21:49Z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