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5c724e5ebc1b8cf6eaa4917318a64ad61f8e19"/>
    <w:p>
      <w:pPr>
        <w:pStyle w:val="Heading1"/>
      </w:pPr>
      <w:r>
        <w:rPr>
          <w:b/>
          <w:bCs/>
        </w:rPr>
        <w:t xml:space="preserve">Death and the King's Horseman</w:t>
      </w:r>
      <w:r>
        <w:br/>
      </w:r>
      <w:r>
        <w:rPr>
          <w:i/>
          <w:iCs/>
        </w:rPr>
        <w:t xml:space="preserve">Wole Soyinka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Hear him Mutter spells to ward off penalties For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abomination</w:t>
      </w:r>
      <w:r>
        <w:rPr>
          <w:b/>
          <w:bCs/>
        </w:rPr>
        <w:t xml:space="preserve"> </w:t>
      </w:r>
      <w:r>
        <w:rPr>
          <w:b/>
          <w:bCs/>
        </w:rPr>
        <w:t xml:space="preserve">he did not intend.</w:t>
      </w:r>
      <w:r>
        <w:br/>
      </w:r>
      <w:r>
        <w:t xml:space="preserve">    (a) people who do not believe in the existence of god</w:t>
      </w:r>
      <w:r>
        <w:br/>
      </w:r>
      <w:r>
        <w:t xml:space="preserve">    (b) an impressive country house (or castle) in France</w:t>
      </w:r>
      <w:r>
        <w:br/>
      </w:r>
      <w:r>
        <w:t xml:space="preserve">    (c) something that is exceptionally bad or detestable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PRAISE-SINGER The gourd you bear is not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shirking</w:t>
      </w:r>
      <w:r>
        <w:rPr>
          <w:b/>
          <w:bCs/>
        </w:rPr>
        <w:t xml:space="preserve">.</w:t>
      </w:r>
      <w:r>
        <w:br/>
      </w:r>
      <w:r>
        <w:t xml:space="preserve">    (a) avoiding</w:t>
      </w:r>
      <w:r>
        <w:br/>
      </w:r>
      <w:r>
        <w:t xml:space="preserve">    (b) changing</w:t>
      </w:r>
      <w:r>
        <w:br/>
      </w:r>
      <w:r>
        <w:t xml:space="preserve">    (c)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let me tell you, women— I like this farewell that the world designed, Unless my eyes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</w:t>
      </w:r>
      <w:r>
        <w:rPr>
          <w:b/>
          <w:bCs/>
        </w:rPr>
        <w:t xml:space="preserve"> </w:t>
      </w:r>
      <w:r>
        <w:rPr>
          <w:b/>
          <w:bCs/>
        </w:rPr>
        <w:t xml:space="preserve">me, unless We are already parted, the world and I, And all that breeds desire is lodged Among our tireless ancestors.</w:t>
      </w:r>
      <w:r>
        <w:br/>
      </w:r>
      <w:r>
        <w:t xml:space="preserve">    (a) tell (a story)</w:t>
      </w:r>
      <w:r>
        <w:br/>
      </w:r>
      <w:r>
        <w:t xml:space="preserve">    (b) lie or mislead</w:t>
      </w:r>
      <w:r>
        <w:br/>
      </w:r>
      <w:r>
        <w:t xml:space="preserve">    (c) bad or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saw, I touched, I wooed, rarely was the answer No. The honour of my place,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veneration</w:t>
      </w:r>
      <w:r>
        <w:rPr>
          <w:b/>
          <w:bCs/>
        </w:rPr>
        <w:t xml:space="preserve"> </w:t>
      </w:r>
      <w:r>
        <w:rPr>
          <w:b/>
          <w:bCs/>
        </w:rPr>
        <w:t xml:space="preserve">I Received in the eye of man or woman Prospered my suit and Played havoc with my sleeping hours.</w:t>
      </w:r>
      <w:r>
        <w:br/>
      </w:r>
      <w:r>
        <w:t xml:space="preserve">    (a) feelings of respect and reverence</w:t>
      </w:r>
      <w:r>
        <w:br/>
      </w:r>
      <w:r>
        <w:t xml:space="preserve">    (b) interacts, interests, or attracts</w:t>
      </w:r>
      <w:r>
        <w:br/>
      </w:r>
      <w:r>
        <w:t xml:space="preserve">    (c) because of a basic rule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they tell me my eyes were a hawk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perpetual</w:t>
      </w:r>
      <w:r>
        <w:rPr>
          <w:b/>
          <w:bCs/>
        </w:rPr>
        <w:t xml:space="preserve"> </w:t>
      </w:r>
      <w:r>
        <w:rPr>
          <w:b/>
          <w:bCs/>
        </w:rPr>
        <w:t xml:space="preserve">hunger.</w:t>
      </w:r>
      <w:r>
        <w:br/>
      </w:r>
      <w:r>
        <w:t xml:space="preserve">    (a)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  <w:r>
        <w:br/>
      </w:r>
      <w:r>
        <w:t xml:space="preserve">    (b) about things beyond the physical world, such as existence, reality, or the soul</w:t>
      </w:r>
      <w:r>
        <w:br/>
      </w:r>
      <w:r>
        <w:t xml:space="preserve">    (c) continuing forever without change; or occurring so frequently it seems constant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Once they told him, Howu,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stallion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feed on the grass beneath him: he replied, true, but surely he can roll on it!</w:t>
      </w:r>
      <w:r>
        <w:br/>
      </w:r>
      <w:r>
        <w:t xml:space="preserve">    (a) of the philosophical &amp; religious system based on the teachings of Laozi (also spelled Taoist)</w:t>
      </w:r>
      <w:r>
        <w:br/>
      </w:r>
      <w:r>
        <w:t xml:space="preserve">    (b) a large, elongated gland located behind the stomach that secretes digestive enzymes and insulin</w:t>
      </w:r>
      <w:r>
        <w:br/>
      </w:r>
      <w:r>
        <w:t xml:space="preserve">    (c) a male horse that has not been castrated (gelded) -- especially one used for breeding purposes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PRAISE-SINGER Iyaloja, mother of multitudes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teeming</w:t>
      </w:r>
      <w:r>
        <w:rPr>
          <w:b/>
          <w:bCs/>
        </w:rPr>
        <w:t xml:space="preserve"> </w:t>
      </w:r>
      <w:r>
        <w:rPr>
          <w:b/>
          <w:bCs/>
        </w:rPr>
        <w:t xml:space="preserve">market of the world, how your wisdom transfigures you!</w:t>
      </w:r>
      <w:r>
        <w:br/>
      </w:r>
      <w:r>
        <w:t xml:space="preserve">    (a) filled (has many)</w:t>
      </w:r>
      <w:r>
        <w:br/>
      </w:r>
      <w:r>
        <w:t xml:space="preserve">    (b) empty (has none)</w:t>
      </w:r>
      <w:r>
        <w:br/>
      </w:r>
      <w:r>
        <w:t xml:space="preserve">    (c) slowly losing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those who stand at the gateway of the great change to whose cry we must pay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.</w:t>
      </w:r>
      <w:r>
        <w:br/>
      </w:r>
      <w:r>
        <w:t xml:space="preserve">    (a) pay close attention to; or do what is suggested</w:t>
      </w:r>
      <w:r>
        <w:br/>
      </w:r>
      <w:r>
        <w:t xml:space="preserve">    (b) a non-doctor who assisted a women in childbirth</w:t>
      </w:r>
      <w:r>
        <w:br/>
      </w:r>
      <w:r>
        <w:t xml:space="preserve">    (c) adjusted excessively or made up for excessively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peeps through, and observes the dancing couple, reacting with what is obviously a long-standing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bewilderment</w:t>
      </w:r>
      <w:r>
        <w:rPr>
          <w:b/>
          <w:bCs/>
        </w:rPr>
        <w:t xml:space="preserve">.</w:t>
      </w:r>
      <w:r>
        <w:br/>
      </w:r>
      <w:r>
        <w:t xml:space="preserve">    (a) a feeling of extreme confusion</w:t>
      </w:r>
      <w:r>
        <w:br/>
      </w:r>
      <w:r>
        <w:t xml:space="preserve">    (b) a change; or a changed version</w:t>
      </w:r>
      <w:r>
        <w:br/>
      </w:r>
      <w:r>
        <w:t xml:space="preserve">    (c) a type of small portable radio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JANE It isn't my preaching you have to worry about, it's the preaching of the missionaries who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preceded</w:t>
      </w:r>
      <w:r>
        <w:rPr>
          <w:b/>
          <w:bCs/>
        </w:rPr>
        <w:t xml:space="preserve"> </w:t>
      </w:r>
      <w:r>
        <w:rPr>
          <w:b/>
          <w:bCs/>
        </w:rPr>
        <w:t xml:space="preserve">you here.</w:t>
      </w:r>
      <w:r>
        <w:br/>
      </w:r>
      <w:r>
        <w:t xml:space="preserve">    (a) wrongly understood</w:t>
      </w:r>
      <w:r>
        <w:br/>
      </w:r>
      <w:r>
        <w:t xml:space="preserve">    (b) went or was before</w:t>
      </w:r>
      <w:r>
        <w:br/>
      </w:r>
      <w:r>
        <w:t xml:space="preserve">    (c) influenced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swelling,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agitated</w:t>
      </w:r>
      <w:r>
        <w:rPr>
          <w:b/>
          <w:bCs/>
        </w:rPr>
        <w:t xml:space="preserve"> </w:t>
      </w:r>
      <w:r>
        <w:rPr>
          <w:b/>
          <w:bCs/>
        </w:rPr>
        <w:t xml:space="preserve">hum of women's voices rises immediately in the background.</w:t>
      </w:r>
      <w:r>
        <w:br/>
      </w:r>
      <w:r>
        <w:t xml:space="preserve">    (a) not calm; or stirred up (often emotionally)</w:t>
      </w:r>
      <w:r>
        <w:br/>
      </w:r>
      <w:r>
        <w:t xml:space="preserve">    (b) concentrated, look at, or paid attention to</w:t>
      </w:r>
      <w:r>
        <w:br/>
      </w:r>
      <w:r>
        <w:t xml:space="preserve">    (c) thought carefully and made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Tell these women to stop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obstructing</w:t>
      </w:r>
      <w:r>
        <w:rPr>
          <w:b/>
          <w:bCs/>
        </w:rPr>
        <w:t xml:space="preserve"> </w:t>
      </w:r>
      <w:r>
        <w:rPr>
          <w:b/>
          <w:bCs/>
        </w:rPr>
        <w:t xml:space="preserve">me in the performance of my duty.</w:t>
      </w:r>
      <w:r>
        <w:br/>
      </w:r>
      <w:r>
        <w:t xml:space="preserve">    (a) blocking or interfering</w:t>
      </w:r>
      <w:r>
        <w:br/>
      </w:r>
      <w:r>
        <w:t xml:space="preserve">    (b) making or manufacturing</w:t>
      </w:r>
      <w:r>
        <w:br/>
      </w:r>
      <w:r>
        <w:t xml:space="preserve">    (c) attractive or desirable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the richest food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cloys</w:t>
      </w:r>
      <w:r>
        <w:rPr>
          <w:b/>
          <w:bCs/>
        </w:rPr>
        <w:t xml:space="preserve"> </w:t>
      </w:r>
      <w:r>
        <w:rPr>
          <w:b/>
          <w:bCs/>
        </w:rPr>
        <w:t xml:space="preserve">when eaten days on end; in the market, nothing ever cloys.</w:t>
      </w:r>
      <w:r>
        <w:br/>
      </w:r>
      <w:r>
        <w:t xml:space="preserve">    (a) treats something in an educated, intellectual way -- often excluding emotional or practical considerations</w:t>
      </w:r>
      <w:r>
        <w:br/>
      </w:r>
      <w:r>
        <w:t xml:space="preserve">    (b) overly sweet or sentimental in a way that becomes unpleasant or excessive -- on the tongue or in sentiment</w:t>
      </w:r>
      <w:r>
        <w:br/>
      </w:r>
      <w:r>
        <w:t xml:space="preserve">    (c) (of an injury) gets inflamed and creates pus  OR  (generally) gets worse -- especially through inattention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 night which falls before our eyes</w:t>
      </w:r>
      <w:r>
        <w:br/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deep, we do not miss our way.</w:t>
      </w:r>
      <w:r>
        <w:br/>
      </w:r>
      <w:r>
        <w:t xml:space="preserve">    (a) regardless of how</w:t>
      </w:r>
      <w:r>
        <w:br/>
      </w:r>
      <w:r>
        <w:t xml:space="preserve">    (b) people who are good at or spend much time studying, thinking, and reasoning</w:t>
      </w:r>
      <w:r>
        <w:br/>
      </w:r>
      <w:r>
        <w:t xml:space="preserve">    (c) aka analysis -- psychiatric treatment; or a theory of psychiatric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it doesn't really interest me.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therefore (for that reason)</w:t>
      </w:r>
      <w:r>
        <w:br/>
      </w:r>
      <w:r>
        <w:t xml:space="preserve">    (c)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OLUNDE [mildly] And that is the good cause for which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desecrate</w:t>
      </w:r>
      <w:r>
        <w:rPr>
          <w:b/>
          <w:bCs/>
        </w:rPr>
        <w:t xml:space="preserve"> </w:t>
      </w:r>
      <w:r>
        <w:rPr>
          <w:b/>
          <w:bCs/>
        </w:rPr>
        <w:t xml:space="preserve">an ancestral mask?</w:t>
      </w:r>
      <w:r>
        <w:br/>
      </w:r>
      <w:r>
        <w:t xml:space="preserve">    (a) violate the sacred nature of something</w:t>
      </w:r>
      <w:r>
        <w:br/>
      </w:r>
      <w:r>
        <w:t xml:space="preserve">    (b) appropriate in size, amount, or degree</w:t>
      </w:r>
      <w:r>
        <w:br/>
      </w:r>
      <w:r>
        <w:t xml:space="preserve">    (c) examine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No. I mean, is there no mourning in the home of the bereaved that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blasphemy</w:t>
      </w:r>
      <w:r>
        <w:rPr>
          <w:b/>
          <w:bCs/>
        </w:rPr>
        <w:t xml:space="preserve"> </w:t>
      </w:r>
      <w:r>
        <w:rPr>
          <w:b/>
          <w:bCs/>
        </w:rPr>
        <w:t xml:space="preserve">is permitted?</w:t>
      </w:r>
      <w:r>
        <w:br/>
      </w:r>
      <w:r>
        <w:t xml:space="preserve">    (a) found a condition or substance to be present</w:t>
      </w:r>
      <w:r>
        <w:br/>
      </w:r>
      <w:r>
        <w:t xml:space="preserve">    (b) disrespectful of something considered sacred</w:t>
      </w:r>
      <w:r>
        <w:br/>
      </w:r>
      <w:r>
        <w:t xml:space="preserve">    (c) Nazi organization for children aged 10 to 18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Did you think it all out before, this plan to push our world from its course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sever</w:t>
      </w:r>
      <w:r>
        <w:rPr>
          <w:b/>
          <w:bCs/>
        </w:rPr>
        <w:t xml:space="preserve"> </w:t>
      </w:r>
      <w:r>
        <w:rPr>
          <w:b/>
          <w:bCs/>
        </w:rPr>
        <w:t xml:space="preserve">the cord that links us to the great origin?</w:t>
      </w:r>
      <w:r>
        <w:br/>
      </w:r>
      <w:r>
        <w:t xml:space="preserve">    (a) to end or cut off completely -- either physically or in relationships</w:t>
      </w:r>
      <w:r>
        <w:br/>
      </w:r>
      <w:r>
        <w:t xml:space="preserve">    (b) a way of doing something; or a route that leads to a particular place</w:t>
      </w:r>
      <w:r>
        <w:br/>
      </w:r>
      <w:r>
        <w:t xml:space="preserve">    (c) change the direction of something or the purpose for which it is 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PILKINGS I wish to ask you to search the quiet of your heart and tell me—do you not find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contradictions</w:t>
      </w:r>
      <w:r>
        <w:rPr>
          <w:b/>
          <w:bCs/>
        </w:rPr>
        <w:t xml:space="preserve"> </w:t>
      </w:r>
      <w:r>
        <w:rPr>
          <w:b/>
          <w:bCs/>
        </w:rPr>
        <w:t xml:space="preserve">in the wisdom of your own race?</w:t>
      </w:r>
      <w:r>
        <w:br/>
      </w:r>
      <w:r>
        <w:t xml:space="preserve">    (a) acts of move something out of an interacting position; or acts of stopping</w:t>
      </w:r>
      <w:r>
        <w:br/>
      </w:r>
      <w:r>
        <w:t xml:space="preserve">    (b) things that disagree with themselves; or (more rarely) acts of disagreeing</w:t>
      </w:r>
      <w:r>
        <w:br/>
      </w:r>
      <w:r>
        <w:t xml:space="preserve">    (c) things about which one feels angry or unhappy due to having to accept them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needed you 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abyss</w:t>
      </w:r>
      <w:r>
        <w:rPr>
          <w:b/>
          <w:bCs/>
        </w:rPr>
        <w:t xml:space="preserve"> </w:t>
      </w:r>
      <w:r>
        <w:rPr>
          <w:b/>
          <w:bCs/>
        </w:rPr>
        <w:t xml:space="preserve">across which my body must be drawn, I filled it with earth and dropped my seed in it at the moment of preparedness for my crossing.</w:t>
      </w:r>
      <w:r>
        <w:br/>
      </w:r>
      <w:r>
        <w:t xml:space="preserve">    (a) removal and examination of tissues or liquids from the living body to determine the existence or cause of a disease</w:t>
      </w:r>
      <w:r>
        <w:br/>
      </w:r>
      <w:r>
        <w:t xml:space="preserve">    (b) a hole or dropoff so deep the bottom cannot be seen -- often used figuratively to imply a frightening bottomless pit</w:t>
      </w:r>
      <w:r>
        <w:br/>
      </w:r>
      <w:r>
        <w:t xml:space="preserve">    (c) of the American Indian civilization of Yucatan and Belize and Guatemala that reached its peak between AD 300 and 900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2026-07-31T18:43:26Z</dcterms:created>
  <dcterms:modified xsi:type="dcterms:W3CDTF">2026-07-31T18:43:26Z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