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a2e9bd69bf8ea49764a958a44122ee39bd38b84"/>
    <w:p>
      <w:pPr>
        <w:pStyle w:val="Heading1"/>
      </w:pPr>
      <w:r>
        <w:rPr>
          <w:b/>
          <w:bCs/>
        </w:rPr>
        <w:t xml:space="preserve">Death Comes for the Archbishop</w:t>
      </w:r>
      <w:r>
        <w:br/>
      </w:r>
      <w:r>
        <w:rPr>
          <w:i/>
          <w:iCs/>
        </w:rPr>
        <w:t xml:space="preserve">Willa Cather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Your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Eminence</w:t>
      </w:r>
      <w:r>
        <w:rPr>
          <w:b/>
          <w:bCs/>
        </w:rPr>
        <w:t xml:space="preserve">, I beg you to follow me.</w:t>
      </w:r>
      <w:r>
        <w:br/>
      </w:r>
      <w:r>
        <w:t xml:space="preserve">    (a) the act of finding fault and telling others; or a description of faults</w:t>
      </w:r>
      <w:r>
        <w:br/>
      </w:r>
      <w:r>
        <w:t xml:space="preserve">    (b) the process of thinking carefully and making a judgment about something</w:t>
      </w:r>
      <w:r>
        <w:br/>
      </w:r>
      <w:r>
        <w:t xml:space="preserve">    (c) famous, respected, or important within a particular field or profession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will be called upon for every sacrifice, quite possibly for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martyrdom</w:t>
      </w:r>
      <w:r>
        <w:rPr>
          <w:b/>
          <w:bCs/>
        </w:rPr>
        <w:t xml:space="preserve">.</w:t>
      </w:r>
      <w:r>
        <w:br/>
      </w:r>
      <w:r>
        <w:t xml:space="preserve">    (a) a formal statement of decision or opinion voted on by a group</w:t>
      </w:r>
      <w:r>
        <w:br/>
      </w:r>
      <w:r>
        <w:t xml:space="preserve">    (b) related to a religion founded in Persia in the 6th century BC</w:t>
      </w:r>
      <w:r>
        <w:br/>
      </w:r>
      <w:r>
        <w:t xml:space="preserve">    (c) the death or suffering of someone due to upholding principles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is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parish</w:t>
      </w:r>
      <w:r>
        <w:rPr>
          <w:b/>
          <w:bCs/>
        </w:rPr>
        <w:t xml:space="preserve"> </w:t>
      </w:r>
      <w:r>
        <w:rPr>
          <w:b/>
          <w:bCs/>
        </w:rPr>
        <w:t xml:space="preserve">priest, on the shores of Lake Ontario, in my diocese.</w:t>
      </w:r>
      <w:r>
        <w:br/>
      </w:r>
      <w:r>
        <w:t xml:space="preserve">    (a) a local church community</w:t>
      </w:r>
      <w:r>
        <w:br/>
      </w:r>
      <w:r>
        <w:br/>
      </w:r>
      <w:r>
        <w:t xml:space="preserve">or in some places including Louisiana:  a jurisdiction of government like a county</w:t>
      </w:r>
      <w:r>
        <w:br/>
      </w:r>
      <w:r>
        <w:t xml:space="preserve">    (b) an artists performance of another artist's work that expresses the performer's feelings or ideas about the work</w:t>
      </w:r>
      <w:r>
        <w:br/>
      </w:r>
      <w:r>
        <w:t xml:space="preserve">    (c) someone who abandoned their religion or separated from others with whom they used to share firmly held beliefs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came to us directly from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Seminary</w:t>
      </w:r>
      <w:r>
        <w:rPr>
          <w:b/>
          <w:bCs/>
        </w:rPr>
        <w:t xml:space="preserve">.</w:t>
      </w:r>
      <w:r>
        <w:br/>
      </w:r>
      <w:r>
        <w:t xml:space="preserve">    (a) a drug that calms or puts to sleep; or describing something as calming</w:t>
      </w:r>
      <w:r>
        <w:br/>
      </w:r>
      <w:r>
        <w:t xml:space="preserve">    (b) a school for training clerics -- usually ministers, priests, or rabbis</w:t>
      </w:r>
      <w:r>
        <w:br/>
      </w:r>
      <w:r>
        <w:t xml:space="preserve">    (c) the reason for doing something; or the level of desire to do something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Consequently</w:t>
      </w:r>
      <w:r>
        <w:rPr>
          <w:b/>
          <w:bCs/>
        </w:rPr>
        <w:t xml:space="preserve"> </w:t>
      </w:r>
      <w:r>
        <w:rPr>
          <w:b/>
          <w:bCs/>
        </w:rPr>
        <w:t xml:space="preserve">he slept late the next morning—did not awaken until six o'clock, when he heard the Angelus ringing.</w:t>
      </w:r>
      <w:r>
        <w:br/>
      </w:r>
      <w:r>
        <w:t xml:space="preserve">    (a) despite that (used to connect contrasting ideas)</w:t>
      </w:r>
      <w:r>
        <w:br/>
      </w:r>
      <w:r>
        <w:t xml:space="preserve">    (b) resultantly (as a result)</w:t>
      </w:r>
      <w:r>
        <w:br/>
      </w:r>
      <w:r>
        <w:t xml:space="preserve">    (c) even though -- used to connect contrasting ideas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himself was eager to have the Cathedral begun; but whether it was Midi Romanesque or Ohio German in style, seemed to him of little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consequence</w:t>
      </w:r>
      <w:r>
        <w:rPr>
          <w:b/>
          <w:bCs/>
        </w:rPr>
        <w:t xml:space="preserve">.</w:t>
      </w:r>
      <w:r>
        <w:br/>
      </w:r>
      <w:r>
        <w:t xml:space="preserve">    (a) translates</w:t>
      </w:r>
      <w:r>
        <w:br/>
      </w:r>
      <w:r>
        <w:t xml:space="preserve">    (b) importance</w:t>
      </w:r>
      <w:r>
        <w:br/>
      </w:r>
      <w:r>
        <w:t xml:space="preserve">    (c) sticks out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When he joined Father Vaillant at coffee, that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impetuous</w:t>
      </w:r>
      <w:r>
        <w:rPr>
          <w:b/>
          <w:bCs/>
        </w:rPr>
        <w:t xml:space="preserve"> </w:t>
      </w:r>
      <w:r>
        <w:rPr>
          <w:b/>
          <w:bCs/>
        </w:rPr>
        <w:t xml:space="preserve">man who could never keep a secret asked him anxiously whether he had heard anything.</w:t>
      </w:r>
      <w:r>
        <w:br/>
      </w:r>
      <w:r>
        <w:t xml:space="preserve">    (a) impulsive (acting suddenly without much thought)</w:t>
      </w:r>
      <w:r>
        <w:br/>
      </w:r>
      <w:r>
        <w:t xml:space="preserve">    (b) tending to have exceedingly unfavorable opinions</w:t>
      </w:r>
      <w:r>
        <w:br/>
      </w:r>
      <w:r>
        <w:t xml:space="preserve">    (c) most important; or person that is most important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Trying to make my bell out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infidel</w:t>
      </w:r>
      <w:r>
        <w:rPr>
          <w:b/>
          <w:bCs/>
        </w:rPr>
        <w:t xml:space="preserve">?</w:t>
      </w:r>
      <w:r>
        <w:br/>
      </w:r>
      <w:r>
        <w:t xml:space="preserve">    (a) the reason for doing something; or the level of desire to do something</w:t>
      </w:r>
      <w:r>
        <w:br/>
      </w:r>
      <w:r>
        <w:t xml:space="preserve">    (b) negative term for someone who does not believe in the "right" religion</w:t>
      </w:r>
      <w:r>
        <w:br/>
      </w:r>
      <w:r>
        <w:t xml:space="preserve">    (c) a drug that calms or puts to sleep; or describing something as calming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On Saturday, December 9th, in the year 1531, a poor neophyte of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monastery</w:t>
      </w:r>
      <w:r>
        <w:rPr>
          <w:b/>
          <w:bCs/>
        </w:rPr>
        <w:t xml:space="preserve"> </w:t>
      </w:r>
      <w:r>
        <w:rPr>
          <w:b/>
          <w:bCs/>
        </w:rPr>
        <w:t xml:space="preserve">of St. James was hurrying down Tapeyac hill to attend Mass in the City of Mexico.</w:t>
      </w:r>
      <w:r>
        <w:br/>
      </w:r>
      <w:r>
        <w:t xml:space="preserve">    (a) island (that is made of a coral reef)</w:t>
      </w:r>
      <w:r>
        <w:br/>
      </w:r>
      <w:r>
        <w:t xml:space="preserve">    (b) dense, rainy forest with many species</w:t>
      </w:r>
      <w:r>
        <w:br/>
      </w:r>
      <w:r>
        <w:t xml:space="preserve">    (c) the residence of a religious community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But bring their children to be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baptized</w:t>
      </w:r>
      <w:r>
        <w:rPr>
          <w:b/>
          <w:bCs/>
        </w:rPr>
        <w:t xml:space="preserve">, they would not.</w:t>
      </w:r>
      <w:r>
        <w:br/>
      </w:r>
      <w:r>
        <w:t xml:space="preserve">    (a) "spiritually renewed" in a Christian ceremony  OR  initiated or purified by a challenging experience</w:t>
      </w:r>
      <w:r>
        <w:br/>
      </w:r>
      <w:r>
        <w:t xml:space="preserve">    (b) expressed personal artistic ideas or feelings while performing (or performing to) someone else's work</w:t>
      </w:r>
      <w:r>
        <w:br/>
      </w:r>
      <w:r>
        <w:t xml:space="preserve">    (c) directed energy from a negative (unacceptable) impulse or urge into a positive or acceptable action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They all disappeared when Manuel Lujon walked out of the great house, hat in hand, smiling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hospitable</w:t>
      </w:r>
      <w:r>
        <w:rPr>
          <w:b/>
          <w:bCs/>
        </w:rPr>
        <w:t xml:space="preserve">.</w:t>
      </w:r>
      <w:r>
        <w:br/>
      </w:r>
      <w:r>
        <w:t xml:space="preserve">    (a) important</w:t>
      </w:r>
      <w:r>
        <w:br/>
      </w:r>
      <w:r>
        <w:t xml:space="preserve">    (b) disbelief</w:t>
      </w:r>
      <w:r>
        <w:br/>
      </w:r>
      <w:r>
        <w:t xml:space="preserve">    (c) welcoming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Under his closeclipped hair this repellent head showed a number of thick ridges, as if the skull joinings were overgrown by layers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superfluous</w:t>
      </w:r>
      <w:r>
        <w:rPr>
          <w:b/>
          <w:bCs/>
        </w:rPr>
        <w:t xml:space="preserve"> </w:t>
      </w:r>
      <w:r>
        <w:rPr>
          <w:b/>
          <w:bCs/>
        </w:rPr>
        <w:t xml:space="preserve">bone.</w:t>
      </w:r>
      <w:r>
        <w:br/>
      </w:r>
      <w:r>
        <w:t xml:space="preserve">    (a) the quality of being sensible and careful</w:t>
      </w:r>
      <w:r>
        <w:br/>
      </w:r>
      <w:r>
        <w:t xml:space="preserve">    (b) more than is needed, desired, or required</w:t>
      </w:r>
      <w:r>
        <w:br/>
      </w:r>
      <w:r>
        <w:t xml:space="preserve">    (c) without purpose, job, or natural activity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woman was known to St. Vrain,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moreover</w:t>
      </w:r>
      <w:r>
        <w:rPr>
          <w:b/>
          <w:bCs/>
        </w:rPr>
        <w:t xml:space="preserve">, who confirmed her statement that she was born Magdalena Valdez, at Los Ranchos de Taos, and that she was twenty-four years old.</w:t>
      </w:r>
      <w:r>
        <w:br/>
      </w:r>
      <w:r>
        <w:t xml:space="preserve">    (a) even though -- used to connect contrasting ideas</w:t>
      </w:r>
      <w:r>
        <w:br/>
      </w:r>
      <w:r>
        <w:t xml:space="preserve">    (b) despite that (used to connect contrasting ideas)</w:t>
      </w:r>
      <w:r>
        <w:br/>
      </w:r>
      <w:r>
        <w:t xml:space="preserve">    (c) in addition to what has just been said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As he rode up to the church, the old priest came out to meet him, and after his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salutation</w:t>
      </w:r>
      <w:r>
        <w:rPr>
          <w:b/>
          <w:bCs/>
        </w:rPr>
        <w:t xml:space="preserve"> </w:t>
      </w:r>
      <w:r>
        <w:rPr>
          <w:b/>
          <w:bCs/>
        </w:rPr>
        <w:t xml:space="preserve">stood looking at Father Latour, shading his failing eyes with his hand.</w:t>
      </w:r>
      <w:r>
        <w:br/>
      </w:r>
      <w:r>
        <w:t xml:space="preserve">    (a) a highly educated person interested in learning and exploring ideas -- sometimes while ignoring practical considerations</w:t>
      </w:r>
      <w:r>
        <w:br/>
      </w:r>
      <w:r>
        <w:t xml:space="preserve">    (b) a small hole or a series of small holes such as are used to make it easy to tear a piece of paper along a specific line</w:t>
      </w:r>
      <w:r>
        <w:br/>
      </w:r>
      <w:r>
        <w:t xml:space="preserve">    (c) a greeting -- such as</w:t>
      </w:r>
      <w:r>
        <w:t xml:space="preserve"> </w:t>
      </w:r>
      <w:r>
        <w:rPr>
          <w:i/>
          <w:iCs/>
        </w:rPr>
        <w:t xml:space="preserve">"Hi"</w:t>
      </w:r>
      <w:r>
        <w:t xml:space="preserve">, </w:t>
      </w:r>
      <w:r>
        <w:t xml:space="preserve"> </w:t>
      </w:r>
      <w:r>
        <w:rPr>
          <w:i/>
          <w:iCs/>
        </w:rPr>
        <w:t xml:space="preserve">"Dear John:"</w:t>
      </w:r>
      <w:r>
        <w:t xml:space="preserve">, or</w:t>
      </w:r>
      <w:r>
        <w:t xml:space="preserve"> </w:t>
      </w:r>
      <w:r>
        <w:rPr>
          <w:i/>
          <w:iCs/>
        </w:rPr>
        <w:t xml:space="preserve">"Ladies and Gentlemen"</w:t>
      </w:r>
      <w:r>
        <w:br/>
      </w:r>
      <w:r>
        <w:br/>
      </w:r>
      <w:r>
        <w:t xml:space="preserve">or:</w:t>
      </w:r>
      <w:r>
        <w:br/>
      </w:r>
      <w:r>
        <w:br/>
      </w:r>
      <w:r>
        <w:t xml:space="preserve">the act of greeting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Riding on, they presently drew rein under the Enchanted Mesa, and Jacinto told him that on this, too, there had once been a village, but the stairway which had been the only access to it was broken off by a great storm many centuries ago, and its people had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perished</w:t>
      </w:r>
      <w:r>
        <w:rPr>
          <w:b/>
          <w:bCs/>
        </w:rPr>
        <w:t xml:space="preserve"> </w:t>
      </w:r>
      <w:r>
        <w:rPr>
          <w:b/>
          <w:bCs/>
        </w:rPr>
        <w:t xml:space="preserve">up there from hunger.</w:t>
      </w:r>
      <w:r>
        <w:br/>
      </w:r>
      <w:r>
        <w:t xml:space="preserve">    (a) died, was destroyed, or ceased to exist</w:t>
      </w:r>
      <w:r>
        <w:br/>
      </w:r>
      <w:r>
        <w:t xml:space="preserve">    (b) examined in detail to better understand</w:t>
      </w:r>
      <w:r>
        <w:br/>
      </w:r>
      <w:r>
        <w:t xml:space="preserve">    (c) moved into position to work; or started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cultivated</w:t>
      </w:r>
      <w:r>
        <w:rPr>
          <w:b/>
          <w:bCs/>
        </w:rPr>
        <w:t xml:space="preserve"> </w:t>
      </w:r>
      <w:r>
        <w:rPr>
          <w:b/>
          <w:bCs/>
        </w:rPr>
        <w:t xml:space="preserve">his peach trees, and watched over his garden like a little kingdom, never allowing the native women to grow slack in the water-supply.</w:t>
      </w:r>
      <w:r>
        <w:br/>
      </w:r>
      <w:r>
        <w:t xml:space="preserve">    (a) not found guilty or forced into a bad situation</w:t>
      </w:r>
      <w:r>
        <w:br/>
      </w:r>
      <w:r>
        <w:t xml:space="preserve">    (b) a non-doctor who assisted a women in childbirth</w:t>
      </w:r>
      <w:r>
        <w:br/>
      </w:r>
      <w:r>
        <w:t xml:space="preserve">    (c) developed, grown, or prepared for growing crops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Celibacy may be all very well for the French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clergy</w:t>
      </w:r>
      <w:r>
        <w:rPr>
          <w:b/>
          <w:bCs/>
        </w:rPr>
        <w:t xml:space="preserve">, but not for ours.</w:t>
      </w:r>
      <w:r>
        <w:br/>
      </w:r>
      <w:r>
        <w:t xml:space="preserve">    (a) with disapproval or distrust; or directed to one side</w:t>
      </w:r>
      <w:r>
        <w:br/>
      </w:r>
      <w:r>
        <w:t xml:space="preserve">    (b) formal religious leaders (typically in Christianity)</w:t>
      </w:r>
      <w:r>
        <w:br/>
      </w:r>
      <w:r>
        <w:t xml:space="preserve">    (c) the position of being in charge of a group of monks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When he left Denver, he told his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congregation</w:t>
      </w:r>
      <w:r>
        <w:rPr>
          <w:b/>
          <w:bCs/>
        </w:rPr>
        <w:t xml:space="preserve"> </w:t>
      </w:r>
      <w:r>
        <w:rPr>
          <w:b/>
          <w:bCs/>
        </w:rPr>
        <w:t xml:space="preserve">there that he was going to the Mexicans to beg for money.</w:t>
      </w:r>
      <w:r>
        <w:br/>
      </w:r>
      <w:r>
        <w:t xml:space="preserve">    (a) people who worship together in the same building</w:t>
      </w:r>
      <w:r>
        <w:br/>
      </w:r>
      <w:r>
        <w:t xml:space="preserve">    (b) the act, process, or instance of telling a story</w:t>
      </w:r>
      <w:r>
        <w:br/>
      </w:r>
      <w:r>
        <w:t xml:space="preserve">    (c) a general feeling of not being as good as others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Bernard was handsome in person and of unusual mentality, had in himself the fineness to reverence all that was fine in his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venerable</w:t>
      </w:r>
      <w:r>
        <w:rPr>
          <w:b/>
          <w:bCs/>
        </w:rPr>
        <w:t xml:space="preserve"> </w:t>
      </w:r>
      <w:r>
        <w:rPr>
          <w:b/>
          <w:bCs/>
        </w:rPr>
        <w:t xml:space="preserve">Superior.</w:t>
      </w:r>
      <w:r>
        <w:br/>
      </w:r>
      <w:r>
        <w:t xml:space="preserve">    (a) respected (worthy of respect) -- typically because of age or position</w:t>
      </w:r>
      <w:r>
        <w:br/>
      </w:r>
      <w:r>
        <w:t xml:space="preserve">    (b) [of food] able to be prepared in a manner that keeps it from spoiling</w:t>
      </w:r>
      <w:r>
        <w:br/>
      </w:r>
      <w:r>
        <w:t xml:space="preserve">    (c) relating to understanding or explaining something in a particular way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While they were pacing up and down, arm-in-arm, they heard a hollow sound;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diligence</w:t>
      </w:r>
      <w:r>
        <w:rPr>
          <w:b/>
          <w:bCs/>
        </w:rPr>
        <w:t xml:space="preserve"> </w:t>
      </w:r>
      <w:r>
        <w:rPr>
          <w:b/>
          <w:bCs/>
        </w:rPr>
        <w:t xml:space="preserve">rumbling down the mountain gorge.</w:t>
      </w:r>
      <w:r>
        <w:br/>
      </w:r>
      <w:r>
        <w:t xml:space="preserve">    (a) restarted (a fire)</w:t>
      </w:r>
      <w:r>
        <w:br/>
      </w:r>
      <w:r>
        <w:t xml:space="preserve">    (b) hard work and care</w:t>
      </w:r>
      <w:r>
        <w:br/>
      </w:r>
      <w:r>
        <w:t xml:space="preserve">    (c) calm state of mind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2026-07-31T17:13:56Z</dcterms:created>
  <dcterms:modified xsi:type="dcterms:W3CDTF">2026-07-31T17:13:56Z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