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b9d4e6be39310174b4748676da1a2f12ab4f3b"/>
    <w:p>
      <w:pPr>
        <w:pStyle w:val="Heading1"/>
      </w:pPr>
      <w:r>
        <w:rPr>
          <w:b/>
          <w:bCs/>
        </w:rPr>
        <w:t xml:space="preserve">Death Comes for the Archbishop</w:t>
      </w:r>
      <w:r>
        <w:br/>
      </w:r>
      <w:r>
        <w:rPr>
          <w:i/>
          <w:iCs/>
        </w:rPr>
        <w:t xml:space="preserve">Willa Cather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 you can scarcely understand what it means that the United States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annexed</w:t>
      </w:r>
      <w:r>
        <w:rPr>
          <w:b/>
          <w:bCs/>
        </w:rPr>
        <w:t xml:space="preserve"> </w:t>
      </w:r>
      <w:r>
        <w:rPr>
          <w:b/>
          <w:bCs/>
        </w:rPr>
        <w:t xml:space="preserve">that enormous territory which was the cradle of the Faith in the New World.</w:t>
      </w:r>
      <w:r>
        <w:br/>
      </w:r>
      <w:r>
        <w:t xml:space="preserve">    (a) not controlled</w:t>
      </w:r>
      <w:r>
        <w:br/>
      </w:r>
      <w:r>
        <w:t xml:space="preserve">    (b) took territory</w:t>
      </w:r>
      <w:r>
        <w:br/>
      </w:r>
      <w:r>
        <w:t xml:space="preserve">    (c) told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all becoming restive under the monotonous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missionary.</w:t>
      </w:r>
      <w:r>
        <w:br/>
      </w:r>
      <w:r>
        <w:t xml:space="preserve">    (a) main character of Mark Twain's classic novel about Huck and Jim's journey down the Mississippi River to find freedom (1884)</w:t>
      </w:r>
      <w:r>
        <w:br/>
      </w:r>
      <w:r>
        <w:t xml:space="preserve">    (b) continuing or repeating behavior -- especially in spite of difficulties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continuing or prolonged existence of something</w:t>
      </w:r>
      <w:r>
        <w:br/>
      </w:r>
      <w:r>
        <w:t xml:space="preserve">    (c) a baseball pitcher who throws knuckleballs -- a pitch thrown with little spin (so that it moves in an unpredictable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noticed that scholars always manage to dig out something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belittling</w:t>
      </w:r>
      <w:r>
        <w:rPr>
          <w:b/>
          <w:bCs/>
        </w:rPr>
        <w:t xml:space="preserve">," he complained.</w:t>
      </w:r>
      <w:r>
        <w:br/>
      </w:r>
      <w:r>
        <w:t xml:space="preserve">    (a) considering (the affect on a result or outcome)</w:t>
      </w:r>
      <w:r>
        <w:br/>
      </w:r>
      <w:r>
        <w:t xml:space="preserve">    (b) controlling, preventing, or making less intense</w:t>
      </w:r>
      <w:r>
        <w:br/>
      </w:r>
      <w:r>
        <w:t xml:space="preserve">    (c) making someone or something seem less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regard it as the one absolutely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authenticated</w:t>
      </w:r>
      <w:r>
        <w:rPr>
          <w:b/>
          <w:bCs/>
        </w:rPr>
        <w:t xml:space="preserve"> </w:t>
      </w:r>
      <w:r>
        <w:rPr>
          <w:b/>
          <w:bCs/>
        </w:rPr>
        <w:t xml:space="preserve">appearance of the Blessed Virgin in the New World, and a witness of Her affection for Her Church on this continent.</w:t>
      </w:r>
      <w:r>
        <w:br/>
      </w:r>
      <w:r>
        <w:t xml:space="preserve">    (a) with an unadjusted lens so the image isn't clear</w:t>
      </w:r>
      <w:r>
        <w:br/>
      </w:r>
      <w:r>
        <w:t xml:space="preserve">    (b) controlled in advance (how something turned out)</w:t>
      </w:r>
      <w:r>
        <w:br/>
      </w:r>
      <w:r>
        <w:t xml:space="preserve">    (c) established that something is real or legitimate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of the Bishop's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reproof</w:t>
      </w:r>
      <w:r>
        <w:rPr>
          <w:b/>
          <w:bCs/>
        </w:rPr>
        <w:t xml:space="preserve"> </w:t>
      </w:r>
      <w:r>
        <w:rPr>
          <w:b/>
          <w:bCs/>
        </w:rPr>
        <w:t xml:space="preserve">he had fallen into doubt, and did not return to the spot where the Lady said She would await him.</w:t>
      </w:r>
      <w:r>
        <w:br/>
      </w:r>
      <w:r>
        <w:t xml:space="preserve">    (a) main road</w:t>
      </w:r>
      <w:r>
        <w:br/>
      </w:r>
      <w:r>
        <w:t xml:space="preserve">    (b) hard work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all, a Bishop was a Bishop, and a Vicar was a Vicar, and it was not to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that they worked like a pair of common parish priests.</w:t>
      </w:r>
      <w:r>
        <w:br/>
      </w:r>
      <w:r>
        <w:t xml:space="preserve">    (a) damage the reputation of</w:t>
      </w:r>
      <w:r>
        <w:br/>
      </w:r>
      <w:r>
        <w:t xml:space="preserve">    (b) struggle or disagreement</w:t>
      </w:r>
      <w:r>
        <w:br/>
      </w:r>
      <w:r>
        <w:t xml:space="preserve">    (c) include consideration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Then, with a look of horror beyond anything language could convey, she threw back her head and drew the edge of her palm quickly across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distended</w:t>
      </w:r>
      <w:r>
        <w:rPr>
          <w:b/>
          <w:bCs/>
        </w:rPr>
        <w:t xml:space="preserve"> </w:t>
      </w:r>
      <w:r>
        <w:rPr>
          <w:b/>
          <w:bCs/>
        </w:rPr>
        <w:t xml:space="preserve">throat—and vanished.</w:t>
      </w:r>
      <w:r>
        <w:br/>
      </w:r>
      <w:r>
        <w:t xml:space="preserve">    (a) excessively excited</w:t>
      </w:r>
      <w:r>
        <w:br/>
      </w:r>
      <w:r>
        <w:t xml:space="preserve">    (b) extended or swollen</w:t>
      </w:r>
      <w:r>
        <w:br/>
      </w:r>
      <w:r>
        <w:t xml:space="preserve">    (c) nervous or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enclosure was full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domesticated</w:t>
      </w:r>
      <w:r>
        <w:rPr>
          <w:b/>
          <w:bCs/>
        </w:rPr>
        <w:t xml:space="preserve"> </w:t>
      </w:r>
      <w:r>
        <w:rPr>
          <w:b/>
          <w:bCs/>
        </w:rPr>
        <w:t xml:space="preserve">cactus plants, of many varieties and great size (it seemed the Padre loved them), and among these hung wicker cages made of willow twigs, full of parrots.</w:t>
      </w:r>
      <w:r>
        <w:br/>
      </w:r>
      <w:r>
        <w:t xml:space="preserve">    (a) to make fit for service to humans or home life -- by breeding or taming</w:t>
      </w:r>
      <w:r>
        <w:br/>
      </w:r>
      <w:r>
        <w:t xml:space="preserve">    (b) not persuaded to want something (often sex or love) through temptation</w:t>
      </w:r>
      <w:r>
        <w:br/>
      </w:r>
      <w:r>
        <w:t xml:space="preserve">    (c) stuck out, attracted more attention than desired, or imposed on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relapsed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silence which was their usual form of intercourse.</w:t>
      </w:r>
      <w:r>
        <w:br/>
      </w:r>
      <w:r>
        <w:t xml:space="preserve">    (a) caused to happen or occurred as a consequence</w:t>
      </w:r>
      <w:r>
        <w:br/>
      </w:r>
      <w:r>
        <w:t xml:space="preserve">    (b) donated a portion of one's income to a church</w:t>
      </w:r>
      <w:r>
        <w:br/>
      </w:r>
      <w:r>
        <w:t xml:space="preserve">    (c) returned to an undesirable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Carnal</w:t>
      </w:r>
      <w:r>
        <w:rPr>
          <w:b/>
          <w:bCs/>
        </w:rPr>
        <w:t xml:space="preserve"> </w:t>
      </w:r>
      <w:r>
        <w:rPr>
          <w:b/>
          <w:bCs/>
        </w:rPr>
        <w:t xml:space="preserve">commerce with the Indian women would have been very easy indeed, and the Friar was at the hardy age of ripe manhood when such temptations are peculiarly sharp.</w:t>
      </w:r>
      <w:r>
        <w:br/>
      </w:r>
      <w:r>
        <w:t xml:space="preserve">    (a) sexual, or related to the body or physical desire (in contrast to spiritual desires or higher ideals)</w:t>
      </w:r>
      <w:r>
        <w:br/>
      </w:r>
      <w:r>
        <w:t xml:space="preserve">    (b) related to a scale where each step is a multiple of the prior step rather than a fixed addition to it</w:t>
      </w:r>
      <w:r>
        <w:br/>
      </w:r>
      <w:r>
        <w:t xml:space="preserve">    (c) related to the change of a light wave (or other wave) when it passes an opaque edge or narrow opening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first serving-boys were released to marry, and others succeeded them, who were even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minutely</w:t>
      </w:r>
      <w:r>
        <w:rPr>
          <w:b/>
          <w:bCs/>
        </w:rPr>
        <w:t xml:space="preserve"> </w:t>
      </w:r>
      <w:r>
        <w:rPr>
          <w:b/>
          <w:bCs/>
        </w:rPr>
        <w:t xml:space="preserve">trained.</w:t>
      </w:r>
      <w:r>
        <w:br/>
      </w:r>
      <w:r>
        <w:t xml:space="preserve">    (a) carefully</w:t>
      </w:r>
      <w:r>
        <w:br/>
      </w:r>
      <w:r>
        <w:t xml:space="preserve">    (b) in a manner that deserves praise</w:t>
      </w:r>
      <w:r>
        <w:br/>
      </w:r>
      <w:r>
        <w:t xml:space="preserve">    (c) in a manner that does not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execution was not followed by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sacrilege</w:t>
      </w:r>
      <w:r>
        <w:rPr>
          <w:b/>
          <w:bCs/>
        </w:rPr>
        <w:t xml:space="preserve"> </w:t>
      </w:r>
      <w:r>
        <w:rPr>
          <w:b/>
          <w:bCs/>
        </w:rPr>
        <w:t xml:space="preserve">to the church or defiling of holy vessels, but merely by a division of the Padre's stores and household goods.</w:t>
      </w:r>
      <w:r>
        <w:br/>
      </w:r>
      <w:r>
        <w:t xml:space="preserve">    (a) person, organization, or anything with a separate existence</w:t>
      </w:r>
      <w:r>
        <w:br/>
      </w:r>
      <w:r>
        <w:t xml:space="preserve">    (b) disrespect of something others consider important or sacred</w:t>
      </w:r>
      <w:r>
        <w:br/>
      </w:r>
      <w:r>
        <w:t xml:space="preserve">    (c) the process or result of learning, discovering, or deciding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flashed into his mind from time to time, and always with a shudder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repugnance</w:t>
      </w:r>
      <w:r>
        <w:rPr>
          <w:b/>
          <w:bCs/>
        </w:rPr>
        <w:t xml:space="preserve"> </w:t>
      </w:r>
      <w:r>
        <w:rPr>
          <w:b/>
          <w:bCs/>
        </w:rPr>
        <w:t xml:space="preserve">quite unjustified by anything he had experienced there.</w:t>
      </w:r>
      <w:r>
        <w:br/>
      </w:r>
      <w:r>
        <w:t xml:space="preserve">    (a) discouragement</w:t>
      </w:r>
      <w:r>
        <w:br/>
      </w:r>
      <w:r>
        <w:t xml:space="preserve">    (b) dissatisfaction</w:t>
      </w:r>
      <w:r>
        <w:br/>
      </w:r>
      <w:r>
        <w:t xml:space="preserve">    (c) strong disgust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Carson said that he was honest and truthful, a good friend to the Indians, and had at one time wanted to marry a Pecos girl, but his old mother, who was very proud of being "white," would not hear to it, and so he had remained a single man and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a place where conditions are kept as they were to protect wildlife</w:t>
      </w:r>
      <w:r>
        <w:br/>
      </w:r>
      <w:r>
        <w:t xml:space="preserve">    (b) someone withdrawn from society (living alone and avoiding contact)</w:t>
      </w:r>
      <w:r>
        <w:br/>
      </w:r>
      <w:r>
        <w:t xml:space="preserve">    (c) someone who believes that all knowledge is derived from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Father Latour remarked that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veneration</w:t>
      </w:r>
      <w:r>
        <w:rPr>
          <w:b/>
          <w:bCs/>
        </w:rPr>
        <w:t xml:space="preserve"> </w:t>
      </w:r>
      <w:r>
        <w:rPr>
          <w:b/>
          <w:bCs/>
        </w:rPr>
        <w:t xml:space="preserve">for old customs was a quality he liked in the Indians, and that it played a great part in his own religion.</w:t>
      </w:r>
      <w:r>
        <w:br/>
      </w:r>
      <w:r>
        <w:t xml:space="preserve">    (a) interacts, interests, or attracts</w:t>
      </w:r>
      <w:r>
        <w:br/>
      </w:r>
      <w:r>
        <w:t xml:space="preserve">    (b) because of a basic rule or belief</w:t>
      </w:r>
      <w:r>
        <w:br/>
      </w:r>
      <w:r>
        <w:t xml:space="preserve">    (c) feelings of respect and reverence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disorder was almost more than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taste could bear.</w:t>
      </w:r>
      <w:r>
        <w:br/>
      </w:r>
      <w:r>
        <w:t xml:space="preserve">    (a) not relevant (not related to the subject being considered, or not important enough to want to consider)</w:t>
      </w:r>
      <w:r>
        <w:br/>
      </w:r>
      <w:r>
        <w:t xml:space="preserve">    (b) giving careful attention to detail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concerned with cleanliness or matters of taste</w:t>
      </w:r>
      <w:r>
        <w:br/>
      </w:r>
      <w:r>
        <w:t xml:space="preserve">    (c) a person who works from within to destroy an established order; or relating to such destructive efforts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no, it was a bunch of woman's hair that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indolently</w:t>
      </w:r>
      <w:r>
        <w:rPr>
          <w:b/>
          <w:bCs/>
        </w:rPr>
        <w:t xml:space="preserve"> </w:t>
      </w:r>
      <w:r>
        <w:rPr>
          <w:b/>
          <w:bCs/>
        </w:rPr>
        <w:t xml:space="preserve">tossed into a corner when some slovenly female toilet was made in this room.</w:t>
      </w:r>
      <w:r>
        <w:br/>
      </w:r>
      <w:r>
        <w:t xml:space="preserve">    (a) lazily</w:t>
      </w:r>
      <w:r>
        <w:br/>
      </w:r>
      <w:r>
        <w:t xml:space="preserve">    (b) really</w:t>
      </w:r>
      <w:r>
        <w:br/>
      </w:r>
      <w:r>
        <w:t xml:space="preserve">    (c) mainly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no, it was a bunch of woman's hair that had been indolently tossed into a corner when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female toilet was made in this room.</w:t>
      </w:r>
      <w:r>
        <w:br/>
      </w:r>
      <w:r>
        <w:t xml:space="preserve">    (a) messy or dirty;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careless or casual</w:t>
      </w:r>
      <w:r>
        <w:br/>
      </w:r>
      <w:r>
        <w:t xml:space="preserve">    (b) the state or degree of being optimistic or agreeable</w:t>
      </w:r>
      <w:r>
        <w:br/>
      </w:r>
      <w:r>
        <w:t xml:space="preserve">    (c) the quality of being very bad (deserving no respect)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Olivares's wife, Doña Isabella, was a devout Catholic, and at their house the French priests were always welcome and were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entertained.</w:t>
      </w:r>
      <w:r>
        <w:br/>
      </w:r>
      <w:r>
        <w:t xml:space="preserve">    (a) in a friendly way</w:t>
      </w:r>
      <w:r>
        <w:br/>
      </w:r>
      <w:r>
        <w:t xml:space="preserve">    (b) in a pleasing way</w:t>
      </w:r>
      <w:r>
        <w:br/>
      </w:r>
      <w:r>
        <w:t xml:space="preserve">    (c) in a skillful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alkaline</w:t>
      </w:r>
      <w:r>
        <w:rPr>
          <w:b/>
          <w:bCs/>
        </w:rPr>
        <w:t xml:space="preserve"> </w:t>
      </w:r>
      <w:r>
        <w:rPr>
          <w:b/>
          <w:bCs/>
        </w:rPr>
        <w:t xml:space="preserve">country, and hundreds of Indians died from bad water.</w:t>
      </w:r>
      <w:r>
        <w:br/>
      </w:r>
      <w:r>
        <w:t xml:space="preserve">    (a) able to adjust readily to different conditions  OR  (less commonly) susceptible to being led or directed</w:t>
      </w:r>
      <w:r>
        <w:br/>
      </w:r>
      <w:r>
        <w:t xml:space="preserve">    (b) infectious disease characterized by inflammation of the tissues that surround the brain or spinal cord</w:t>
      </w:r>
      <w:r>
        <w:br/>
      </w:r>
      <w:r>
        <w:t xml:space="preserve">    (c) having a pH greater than 7 (this is the opposite of acidic); or having a greater pH than something else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2026-07-31T17:13:56Z</dcterms:created>
  <dcterms:modified xsi:type="dcterms:W3CDTF">2026-07-31T17:13:56Z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