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X177a0e37f598c201f0eb050118318155578bd78"/>
    <w:p>
      <w:pPr>
        <w:pStyle w:val="Heading1"/>
      </w:pPr>
      <w:r>
        <w:rPr>
          <w:b/>
          <w:bCs/>
        </w:rPr>
        <w:t xml:space="preserve">Dear John</w:t>
      </w:r>
      <w:r>
        <w:br/>
      </w:r>
      <w:r>
        <w:rPr>
          <w:i/>
          <w:iCs/>
        </w:rPr>
        <w:t xml:space="preserve">Nicholas Sparks</w:t>
      </w:r>
      <w:r>
        <w:br/>
      </w:r>
      <w:r>
        <w:rPr>
          <w:b/>
          <w:bCs/>
        </w:rPr>
        <w:t xml:space="preserve">Vocabulary in Context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fact that I was in peril frightened him, so I started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omitting</w:t>
      </w:r>
      <w:r>
        <w:rPr>
          <w:b/>
          <w:bCs/>
        </w:rPr>
        <w:t xml:space="preserve"> </w:t>
      </w:r>
      <w:r>
        <w:rPr>
          <w:b/>
          <w:bCs/>
        </w:rPr>
        <w:t xml:space="preserve">the scary stuff.</w:t>
      </w:r>
      <w:r>
        <w:br/>
      </w:r>
      <w:r>
        <w:t xml:space="preserve">    (a) commending or praising publicly</w:t>
      </w:r>
      <w:r>
        <w:br/>
      </w:r>
      <w:r>
        <w:t xml:space="preserve">    (b) to exclude or neglect something</w:t>
      </w:r>
      <w:r>
        <w:br/>
      </w:r>
      <w:r>
        <w:t xml:space="preserve">    (c) telling someone about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blonde proved me right. She took one glimpse at my surfboard and the beer in my hand and ignored me with a roll of her eyes. The brunette,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, surprised me.</w:t>
      </w:r>
      <w:r>
        <w:br/>
      </w:r>
      <w:r>
        <w:t xml:space="preserve">    (a) therefore (for that reason)</w:t>
      </w:r>
      <w:r>
        <w:br/>
      </w:r>
      <w:r>
        <w:t xml:space="preserve">    (b) in keeping with or in agreement with what was just stated</w:t>
      </w:r>
      <w:r>
        <w:br/>
      </w:r>
      <w:r>
        <w:t xml:space="preserve">    (c) though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Tim's on a leave of absence, and whenever he's in the hospital, they let me take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however</w:t>
      </w:r>
      <w:r>
        <w:rPr>
          <w:b/>
          <w:bCs/>
        </w:rPr>
        <w:t xml:space="preserve"> </w:t>
      </w:r>
      <w:r>
        <w:rPr>
          <w:b/>
          <w:bCs/>
        </w:rPr>
        <w:t xml:space="preserve">much time I need.</w:t>
      </w:r>
      <w:r>
        <w:br/>
      </w:r>
      <w:r>
        <w:t xml:space="preserve">    (a) aka analysis -- psychiatric treatment; or a theory of psychiatric treatment</w:t>
      </w:r>
      <w:r>
        <w:br/>
      </w:r>
      <w:r>
        <w:t xml:space="preserve">    (b) whatever amount of</w:t>
      </w:r>
      <w:r>
        <w:br/>
      </w:r>
      <w:r>
        <w:t xml:space="preserve">    (c) people who are good at or spend much time studying, thinking, and reasoning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Unsure, I opted for Dad's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and said nothing.</w:t>
      </w:r>
      <w:r>
        <w:br/>
      </w:r>
      <w:r>
        <w:t xml:space="preserve">    (a) change the direction of something or the purpose for which it is used</w:t>
      </w:r>
      <w:r>
        <w:br/>
      </w:r>
      <w:r>
        <w:t xml:space="preserve">    (b) technique (way of doing something)</w:t>
      </w:r>
      <w:r>
        <w:br/>
      </w:r>
      <w:r>
        <w:t xml:space="preserve">    (c) to stick out, attract more attention than desired, or impose on others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bedroom door was halfway closed, light spilled down the hallway, and I debated whether to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approach</w:t>
      </w:r>
      <w:r>
        <w:rPr>
          <w:b/>
          <w:bCs/>
        </w:rPr>
        <w:t xml:space="preserve"> </w:t>
      </w:r>
      <w:r>
        <w:rPr>
          <w:b/>
          <w:bCs/>
        </w:rPr>
        <w:t xml:space="preserve">or stay in the living room.</w:t>
      </w:r>
      <w:r>
        <w:br/>
      </w:r>
      <w:r>
        <w:t xml:space="preserve">    (a) mirror back (an image)</w:t>
      </w:r>
      <w:r>
        <w:br/>
      </w:r>
      <w:r>
        <w:t xml:space="preserve">    (b) create dramatic change</w:t>
      </w:r>
      <w:r>
        <w:br/>
      </w:r>
      <w:r>
        <w:t xml:space="preserve">    (c) get near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Passion is passion. It's the excitement between the tedious spaces, and it doesn't matter where it's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directed</w:t>
      </w:r>
      <w:r>
        <w:rPr>
          <w:b/>
          <w:bCs/>
        </w:rPr>
        <w:t xml:space="preserve">.</w:t>
      </w:r>
      <w:r>
        <w:br/>
      </w:r>
      <w:r>
        <w:t xml:space="preserve">    (a) focused</w:t>
      </w:r>
      <w:r>
        <w:br/>
      </w:r>
      <w:r>
        <w:t xml:space="preserve">    (b) helped make clear</w:t>
      </w:r>
      <w:r>
        <w:br/>
      </w:r>
      <w:r>
        <w:t xml:space="preserve">    (c) thought carefully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think I already knew what she was getting at, but for whatever reason, I wanted her to say it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directly</w:t>
      </w:r>
      <w:r>
        <w:rPr>
          <w:b/>
          <w:bCs/>
        </w:rPr>
        <w:t xml:space="preserve">.</w:t>
      </w:r>
      <w:r>
        <w:br/>
      </w:r>
      <w:r>
        <w:t xml:space="preserve">    (a) in an extremely negative manner -- often implying extreme hopelessness, misery, shame, or desperation</w:t>
      </w:r>
      <w:r>
        <w:br/>
      </w:r>
      <w:r>
        <w:t xml:space="preserve">    (b) in a straightforward manner (clearly without any ambiguity)</w:t>
      </w:r>
      <w:r>
        <w:br/>
      </w:r>
      <w:r>
        <w:t xml:space="preserve">    (c) in a manner that tries to obtain a result through gentle and careful effort -- often gently persuading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leaned back slightly, as if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evaluating</w:t>
      </w:r>
      <w:r>
        <w:rPr>
          <w:b/>
          <w:bCs/>
        </w:rPr>
        <w:t xml:space="preserve"> </w:t>
      </w:r>
      <w:r>
        <w:rPr>
          <w:b/>
          <w:bCs/>
        </w:rPr>
        <w:t xml:space="preserve">my expression.</w:t>
      </w:r>
      <w:r>
        <w:br/>
      </w:r>
      <w:r>
        <w:t xml:space="preserve">    (a) thinking carefully and making a judgment about</w:t>
      </w:r>
      <w:r>
        <w:br/>
      </w:r>
      <w:r>
        <w:t xml:space="preserve">    (b) returning to an undesirable previous condition</w:t>
      </w:r>
      <w:r>
        <w:br/>
      </w:r>
      <w:r>
        <w:t xml:space="preserve">    (c) moving back and forth; or being unsure or weak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Not loud, but a laugh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nonetheless</w:t>
      </w:r>
      <w:r>
        <w:rPr>
          <w:b/>
          <w:bCs/>
        </w:rPr>
        <w:t xml:space="preserve">.</w:t>
      </w:r>
      <w:r>
        <w:br/>
      </w:r>
      <w:r>
        <w:t xml:space="preserve">    (a) in keeping with or in agreement with what was just stated</w:t>
      </w:r>
      <w:r>
        <w:br/>
      </w:r>
      <w:r>
        <w:t xml:space="preserve">    (b) therefore (for that reason)</w:t>
      </w:r>
      <w:r>
        <w:br/>
      </w:r>
      <w:r>
        <w:t xml:space="preserve">    (c) in spite of that (used to connect contrasting ideas)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marveled that despite what happened, she had managed to hold on to 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optimistic</w:t>
      </w:r>
      <w:r>
        <w:rPr>
          <w:b/>
          <w:bCs/>
        </w:rPr>
        <w:t xml:space="preserve"> </w:t>
      </w:r>
      <w:r>
        <w:rPr>
          <w:b/>
          <w:bCs/>
        </w:rPr>
        <w:t xml:space="preserve">view of the world.</w:t>
      </w:r>
      <w:r>
        <w:br/>
      </w:r>
      <w:r>
        <w:t xml:space="preserve">    (a) in a manner of accepting something as true (without proof)</w:t>
      </w:r>
      <w:r>
        <w:br/>
      </w:r>
      <w:r>
        <w:t xml:space="preserve">    (b) relating separately to the people or things just mentioned</w:t>
      </w:r>
      <w:r>
        <w:br/>
      </w:r>
      <w:r>
        <w:t xml:space="preserve">    (c) expecting the best; or focusing on the good part of things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Even with all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implied</w:t>
      </w:r>
      <w:r>
        <w:rPr>
          <w:b/>
          <w:bCs/>
        </w:rPr>
        <w:t xml:space="preserve"> </w:t>
      </w:r>
      <w:r>
        <w:rPr>
          <w:b/>
          <w:bCs/>
        </w:rPr>
        <w:t xml:space="preserve">uncertainty, I found the realization comforting.</w:t>
      </w:r>
      <w:r>
        <w:br/>
      </w:r>
      <w:r>
        <w:t xml:space="preserve">    (a) suggested (said indirectly)</w:t>
      </w:r>
      <w:r>
        <w:br/>
      </w:r>
      <w:r>
        <w:t xml:space="preserve">    (b) was attractive or desirable</w:t>
      </w:r>
      <w:r>
        <w:br/>
      </w:r>
      <w:r>
        <w:t xml:space="preserve">    (c) not wanting to do something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Because of the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altercation</w:t>
      </w:r>
      <w:r>
        <w:rPr>
          <w:b/>
          <w:bCs/>
        </w:rPr>
        <w:t xml:space="preserve">, I knew I was no longer welcome at the beach house; I also didn't want to see Randy or Susan or any of the others, which made it impossible to contact Savannah.</w:t>
      </w:r>
      <w:r>
        <w:br/>
      </w:r>
      <w:r>
        <w:t xml:space="preserve">    (a) the time during which something continues</w:t>
      </w:r>
      <w:r>
        <w:br/>
      </w:r>
      <w:r>
        <w:t xml:space="preserve">    (b) argument, confrontation, or fight</w:t>
      </w:r>
      <w:r>
        <w:br/>
      </w:r>
      <w:r>
        <w:t xml:space="preserve">    (c) a particular understanding or explanation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was wearing one of those scrappy tank tops that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accentuated</w:t>
      </w:r>
      <w:r>
        <w:rPr>
          <w:b/>
          <w:bCs/>
        </w:rPr>
        <w:t xml:space="preserve"> </w:t>
      </w:r>
      <w:r>
        <w:rPr>
          <w:b/>
          <w:bCs/>
        </w:rPr>
        <w:t xml:space="preserve">her tan, and all I could think was that she was the sexiest woman I'd ever seen.</w:t>
      </w:r>
      <w:r>
        <w:br/>
      </w:r>
      <w:r>
        <w:t xml:space="preserve">    (a) learned, discovered, or decided</w:t>
      </w:r>
      <w:r>
        <w:br/>
      </w:r>
      <w:r>
        <w:t xml:space="preserve">    (b) emphasized or drew attention to</w:t>
      </w:r>
      <w:r>
        <w:br/>
      </w:r>
      <w:r>
        <w:t xml:space="preserve">    (c) selected (on a computer screen)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Game shows, soap operas, infomercials, and talk shows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interspersed</w:t>
      </w:r>
      <w:r>
        <w:rPr>
          <w:b/>
          <w:bCs/>
        </w:rPr>
        <w:t xml:space="preserve"> </w:t>
      </w:r>
      <w:r>
        <w:rPr>
          <w:b/>
          <w:bCs/>
        </w:rPr>
        <w:t xml:space="preserve">with commercials from ambulance-chasing lawyers.</w:t>
      </w:r>
      <w:r>
        <w:br/>
      </w:r>
      <w:r>
        <w:t xml:space="preserve">    (a) doors divided in such a fashion that the bottom half may remain shut while the top half opens</w:t>
      </w:r>
      <w:r>
        <w:br/>
      </w:r>
      <w:r>
        <w:t xml:space="preserve">    (b) light-emitting diode -- a semiconductor device that emits light when current flows through it</w:t>
      </w:r>
      <w:r>
        <w:br/>
      </w:r>
      <w:r>
        <w:t xml:space="preserve">    (c) to place something at irregular intervals in something else; or to mix two things irregularly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Gone were long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passages</w:t>
      </w:r>
      <w:r>
        <w:rPr>
          <w:b/>
          <w:bCs/>
        </w:rPr>
        <w:t xml:space="preserve"> </w:t>
      </w:r>
      <w:r>
        <w:rPr>
          <w:b/>
          <w:bCs/>
        </w:rPr>
        <w:t xml:space="preserve">in which she described the way she envisioned our life together, passages that in the past had always filled me with anticipation.</w:t>
      </w:r>
      <w:r>
        <w:br/>
      </w:r>
      <w:r>
        <w:t xml:space="preserve">    (a) circular movements around something</w:t>
      </w:r>
      <w:r>
        <w:br/>
      </w:r>
      <w:r>
        <w:t xml:space="preserve">    (b) creates, starts, or sets in a place</w:t>
      </w:r>
      <w:r>
        <w:br/>
      </w:r>
      <w:r>
        <w:t xml:space="preserve">    (c) short parts of longer written works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Things were tense in the capitals of our NATO allies; on the news, there were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demonstrations</w:t>
      </w:r>
      <w:r>
        <w:rPr>
          <w:b/>
          <w:bCs/>
        </w:rPr>
        <w:t xml:space="preserve"> </w:t>
      </w:r>
      <w:r>
        <w:rPr>
          <w:b/>
          <w:bCs/>
        </w:rPr>
        <w:t xml:space="preserve">from the citizens and forceful proclamations from their leaders that the United States was about to make a terrible mistake.</w:t>
      </w:r>
      <w:r>
        <w:br/>
      </w:r>
      <w:r>
        <w:t xml:space="preserve">    (a) People who are of lower rank or status</w:t>
      </w:r>
      <w:r>
        <w:br/>
      </w:r>
      <w:r>
        <w:t xml:space="preserve">    (b) things that affect a result or outcome</w:t>
      </w:r>
      <w:r>
        <w:br/>
      </w:r>
      <w:r>
        <w:t xml:space="preserve">    (c) public protests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"All you have to do is grab near the hoof and tug while you tap the back of his leg here," she said,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demonstrating</w:t>
      </w:r>
      <w:r>
        <w:rPr>
          <w:b/>
          <w:bCs/>
        </w:rPr>
        <w:t xml:space="preserve">.</w:t>
      </w:r>
      <w:r>
        <w:br/>
      </w:r>
      <w:r>
        <w:t xml:space="preserve">    (a) trading</w:t>
      </w:r>
      <w:r>
        <w:br/>
      </w:r>
      <w:r>
        <w:t xml:space="preserve">    (b) drawing</w:t>
      </w:r>
      <w:r>
        <w:br/>
      </w:r>
      <w:r>
        <w:t xml:space="preserve">    (c) showing (how something is done)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were there to keep some semblance of order—which basically meant killing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insurgents</w:t>
      </w:r>
      <w:r>
        <w:rPr>
          <w:b/>
          <w:bCs/>
        </w:rPr>
        <w:t xml:space="preserve"> </w:t>
      </w:r>
      <w:r>
        <w:rPr>
          <w:b/>
          <w:bCs/>
        </w:rPr>
        <w:t xml:space="preserve">who were trying to kill us or other civilians—</w:t>
      </w:r>
      <w:r>
        <w:br/>
      </w:r>
      <w:r>
        <w:t xml:space="preserve">    (a) streaks of light in the sky caused by small space rocks burning up in Earth’s atmosphere</w:t>
      </w:r>
      <w:r>
        <w:br/>
      </w:r>
      <w:r>
        <w:t xml:space="preserve">    (b) the science related to DNA sequences or units of heredity that influence biological traits</w:t>
      </w:r>
      <w:r>
        <w:br/>
      </w:r>
      <w:r>
        <w:t xml:space="preserve">    (c) members of an irregular armed force that fight a stronger force by sabotage and harassment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 can't tell you how many kids we have here who never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adapt</w:t>
      </w:r>
      <w:r>
        <w:rPr>
          <w:b/>
          <w:bCs/>
        </w:rPr>
        <w:t xml:space="preserve"> </w:t>
      </w:r>
      <w:r>
        <w:rPr>
          <w:b/>
          <w:bCs/>
        </w:rPr>
        <w:t xml:space="preserve">at all, no matter how long we work with them.</w:t>
      </w:r>
      <w:r>
        <w:br/>
      </w:r>
      <w:r>
        <w:t xml:space="preserve">    (a) to spread one-sided information to influence opinions</w:t>
      </w:r>
      <w:r>
        <w:br/>
      </w:r>
      <w:r>
        <w:t xml:space="preserve">    (b) change to fit a different situation; or make suitable</w:t>
      </w:r>
      <w:r>
        <w:br/>
      </w:r>
      <w:r>
        <w:t xml:space="preserve">    (c) alter the regular state of an otherwise stable system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just ended up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consoling</w:t>
      </w:r>
      <w:r>
        <w:rPr>
          <w:b/>
          <w:bCs/>
        </w:rPr>
        <w:t xml:space="preserve"> </w:t>
      </w:r>
      <w:r>
        <w:rPr>
          <w:b/>
          <w:bCs/>
        </w:rPr>
        <w:t xml:space="preserve">each other.</w:t>
      </w:r>
      <w:r>
        <w:br/>
      </w:r>
      <w:r>
        <w:t xml:space="preserve">    (a) energetic</w:t>
      </w:r>
      <w:r>
        <w:br/>
      </w:r>
      <w:r>
        <w:t xml:space="preserve">    (b) confident</w:t>
      </w:r>
      <w:r>
        <w:br/>
      </w:r>
      <w:r>
        <w:t xml:space="preserve">    (c) comforting (emotionally)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2026-05-20T13:05:44Z</dcterms:created>
  <dcterms:modified xsi:type="dcterms:W3CDTF">2026-05-20T13:05:44Z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