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230f53298254eca27047d3aeba1a9ccc3c0e5c"/>
    <w:p>
      <w:pPr>
        <w:pStyle w:val="Heading1"/>
      </w:pPr>
      <w:r>
        <w:rPr>
          <w:b/>
          <w:bCs/>
        </w:rPr>
        <w:t xml:space="preserve">David Copperfield</w:t>
      </w:r>
      <w:r>
        <w:br/>
      </w:r>
      <w:r>
        <w:rPr>
          <w:i/>
          <w:iCs/>
        </w:rPr>
        <w:t xml:space="preserve">Charles Dickens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dresses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accordance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latest fashions.</w:t>
      </w:r>
      <w:r>
        <w:br/>
      </w:r>
      <w:r>
        <w:t xml:space="preserve">    (a) keeping</w:t>
      </w:r>
      <w:r>
        <w:br/>
      </w:r>
      <w:r>
        <w:t xml:space="preserve">    (b) ignorance</w:t>
      </w:r>
      <w:r>
        <w:br/>
      </w:r>
      <w:r>
        <w:t xml:space="preserve">    (c) opposition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fight, he turned himself in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own accord</w:t>
      </w:r>
      <w:r>
        <w:rPr>
          <w:b/>
          <w:bCs/>
        </w:rPr>
        <w:t xml:space="preserve">.</w:t>
      </w:r>
      <w:r>
        <w:br/>
      </w:r>
      <w:r>
        <w:t xml:space="preserve">    (a) own mind</w:t>
      </w:r>
      <w:r>
        <w:br/>
      </w:r>
      <w:r>
        <w:t xml:space="preserve">    (b) own fear</w:t>
      </w:r>
      <w:r>
        <w:br/>
      </w:r>
      <w:r>
        <w:t xml:space="preserve">    (c) own safety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didn't mention any names, but everyone knew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alluding</w:t>
      </w:r>
      <w:r>
        <w:rPr>
          <w:b/>
          <w:bCs/>
        </w:rPr>
        <w:t xml:space="preserve"> </w:t>
      </w:r>
      <w:r>
        <w:rPr>
          <w:b/>
          <w:bCs/>
        </w:rPr>
        <w:t xml:space="preserve">to the President.</w:t>
      </w:r>
      <w:r>
        <w:br/>
      </w:r>
      <w:r>
        <w:t xml:space="preserve">    (a) indirectly referring</w:t>
      </w:r>
      <w:r>
        <w:br/>
      </w:r>
      <w:r>
        <w:t xml:space="preserve">    (b) not talking</w:t>
      </w:r>
      <w:r>
        <w:br/>
      </w:r>
      <w:r>
        <w:t xml:space="preserve">    (c) being discouraging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defines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intelligence</w:t>
      </w:r>
      <w:r>
        <w:rPr>
          <w:b/>
          <w:bCs/>
        </w:rPr>
        <w:t xml:space="preserve"> </w:t>
      </w:r>
      <w:r>
        <w:rPr>
          <w:b/>
          <w:bCs/>
        </w:rPr>
        <w:t xml:space="preserve">as "the ability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apprehend</w:t>
      </w:r>
      <w:r>
        <w:rPr>
          <w:b/>
          <w:bCs/>
        </w:rPr>
        <w:t xml:space="preserve"> </w:t>
      </w:r>
      <w:r>
        <w:rPr>
          <w:b/>
          <w:bCs/>
        </w:rPr>
        <w:t xml:space="preserve">the interrelationships of presented facts in such a way as to guide action toward a desired goal."</w:t>
      </w:r>
      <w:r>
        <w:br/>
      </w:r>
      <w:r>
        <w:t xml:space="preserve">    (a) interact with</w:t>
      </w:r>
      <w:r>
        <w:br/>
      </w:r>
      <w:r>
        <w:t xml:space="preserve">    (b) understand</w:t>
      </w:r>
      <w:r>
        <w:br/>
      </w:r>
      <w:r>
        <w:t xml:space="preserve">    (c) get along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it is better than 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apprehend</w:t>
      </w:r>
      <w:r>
        <w:rPr>
          <w:b/>
          <w:bCs/>
        </w:rPr>
        <w:t xml:space="preserve">.</w:t>
      </w:r>
      <w:r>
        <w:br/>
      </w:r>
      <w:r>
        <w:t xml:space="preserve">    (a) fear</w:t>
      </w:r>
      <w:r>
        <w:br/>
      </w:r>
      <w:r>
        <w:t xml:space="preserve">    (b) can capture</w:t>
      </w:r>
      <w:r>
        <w:br/>
      </w:r>
      <w:r>
        <w:t xml:space="preserve">    (c) have seen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grow more nervous as the 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approaches</w:t>
      </w:r>
      <w:r>
        <w:rPr>
          <w:b/>
          <w:bCs/>
        </w:rPr>
        <w:t xml:space="preserve">.</w:t>
      </w:r>
      <w:r>
        <w:br/>
      </w:r>
      <w:r>
        <w:t xml:space="preserve">    (a) continues</w:t>
      </w:r>
      <w:r>
        <w:br/>
      </w:r>
      <w:r>
        <w:t xml:space="preserve">    (b) is remembered</w:t>
      </w:r>
      <w:r>
        <w:br/>
      </w:r>
      <w:r>
        <w:t xml:space="preserve">    (c) gets nearer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approached</w:t>
      </w:r>
      <w:r>
        <w:rPr>
          <w:b/>
          <w:bCs/>
        </w:rPr>
        <w:t xml:space="preserve"> </w:t>
      </w:r>
      <w:r>
        <w:rPr>
          <w:b/>
          <w:bCs/>
        </w:rPr>
        <w:t xml:space="preserve">three bankers about a loan.</w:t>
      </w:r>
      <w:r>
        <w:br/>
      </w:r>
      <w:r>
        <w:t xml:space="preserve">    (a) complained to</w:t>
      </w:r>
      <w:r>
        <w:br/>
      </w:r>
      <w:r>
        <w:t xml:space="preserve">    (b) asked</w:t>
      </w:r>
      <w:r>
        <w:br/>
      </w:r>
      <w:r>
        <w:t xml:space="preserve">    (c) avoided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constraints</w:t>
      </w:r>
      <w:r>
        <w:rPr>
          <w:b/>
          <w:bCs/>
        </w:rPr>
        <w:t xml:space="preserve"> </w:t>
      </w:r>
      <w:r>
        <w:rPr>
          <w:b/>
          <w:bCs/>
        </w:rPr>
        <w:t xml:space="preserve">on her power to spend taxpayer funds.</w:t>
      </w:r>
      <w:r>
        <w:br/>
      </w:r>
      <w:r>
        <w:t xml:space="preserve">    (a) limitations</w:t>
      </w:r>
      <w:r>
        <w:br/>
      </w:r>
      <w:r>
        <w:t xml:space="preserve">    (b) increases</w:t>
      </w:r>
      <w:r>
        <w:br/>
      </w:r>
      <w:r>
        <w:t xml:space="preserve">    (c) flexibility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professor greeted each student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 </w:t>
      </w:r>
      <w:r>
        <w:rPr>
          <w:b/>
          <w:bCs/>
        </w:rPr>
        <w:t xml:space="preserve">as they entered.</w:t>
      </w:r>
      <w:r>
        <w:br/>
      </w:r>
      <w:r>
        <w:t xml:space="preserve">    (a) in a clumsy manner</w:t>
      </w:r>
      <w:r>
        <w:br/>
      </w:r>
      <w:r>
        <w:t xml:space="preserve">    (b) in a hurried manner</w:t>
      </w:r>
      <w:r>
        <w:br/>
      </w:r>
      <w:r>
        <w:t xml:space="preserve">    (c) in a friendly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</w:t>
      </w:r>
      <w:r>
        <w:rPr>
          <w:b/>
          <w:bCs/>
        </w:rPr>
        <w:t xml:space="preserve"> </w:t>
      </w:r>
      <w:r>
        <w:rPr>
          <w:b/>
          <w:bCs/>
        </w:rPr>
        <w:t xml:space="preserve">to finish by Friday.</w:t>
      </w:r>
      <w:r>
        <w:br/>
      </w:r>
      <w:r>
        <w:t xml:space="preserve">    (a) promise</w:t>
      </w:r>
      <w:r>
        <w:br/>
      </w:r>
      <w:r>
        <w:t xml:space="preserve">    (b) try</w:t>
      </w:r>
      <w:r>
        <w:br/>
      </w:r>
      <w:r>
        <w:t xml:space="preserve">    (c) not be 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entreated</w:t>
      </w:r>
      <w:r>
        <w:rPr>
          <w:b/>
          <w:bCs/>
        </w:rPr>
        <w:t xml:space="preserve"> </w:t>
      </w:r>
      <w:r>
        <w:rPr>
          <w:b/>
          <w:bCs/>
        </w:rPr>
        <w:t xml:space="preserve">the Chinese troops not to use force against peaceful demonstrations.</w:t>
      </w:r>
      <w:r>
        <w:br/>
      </w:r>
      <w:r>
        <w:t xml:space="preserve">    (a) bribed (with gifts)</w:t>
      </w:r>
      <w:r>
        <w:br/>
      </w:r>
      <w:r>
        <w:t xml:space="preserve">    (b) asked earnestly</w:t>
      </w:r>
      <w:r>
        <w:br/>
      </w:r>
      <w:r>
        <w:t xml:space="preserve">    (c) threatened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themselves on the side of our enemy.</w:t>
      </w:r>
      <w:r>
        <w:br/>
      </w:r>
      <w:r>
        <w:t xml:space="preserve">    (a) been seen</w:t>
      </w:r>
      <w:r>
        <w:br/>
      </w:r>
      <w:r>
        <w:t xml:space="preserve">    (b) inserted</w:t>
      </w:r>
      <w:r>
        <w:br/>
      </w:r>
      <w:r>
        <w:t xml:space="preserve">    (c)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spell properly</w:t>
      </w:r>
      <w:r>
        <w:br/>
      </w:r>
      <w:r>
        <w:t xml:space="preserve">    (b) pronounce properly</w:t>
      </w:r>
      <w:r>
        <w:br/>
      </w:r>
      <w:r>
        <w:t xml:space="preserve">    (c) remember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lawyers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remonstrate</w:t>
      </w:r>
      <w:r>
        <w:rPr>
          <w:b/>
          <w:bCs/>
        </w:rPr>
        <w:t xml:space="preserve"> </w:t>
      </w:r>
      <w:r>
        <w:rPr>
          <w:b/>
          <w:bCs/>
        </w:rPr>
        <w:t xml:space="preserve">that we're starting without a written agreement, but we trust each other.</w:t>
      </w:r>
      <w:r>
        <w:br/>
      </w:r>
      <w:r>
        <w:t xml:space="preserve">    (a) promise</w:t>
      </w:r>
      <w:r>
        <w:br/>
      </w:r>
      <w:r>
        <w:t xml:space="preserve">    (b) explain</w:t>
      </w:r>
      <w:r>
        <w:br/>
      </w:r>
      <w:r>
        <w:t xml:space="preserve">    (c) protest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accept honor for</w:t>
      </w:r>
      <w:r>
        <w:br/>
      </w:r>
      <w:r>
        <w:t xml:space="preserve">    (b) criticize</w:t>
      </w:r>
      <w:r>
        <w:br/>
      </w:r>
      <w:r>
        <w:t xml:space="preserve">    (c) congratulate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unimportant</w:t>
      </w:r>
      <w:r>
        <w:br/>
      </w:r>
      <w:r>
        <w:t xml:space="preserve">    (b) future</w:t>
      </w:r>
      <w:r>
        <w:br/>
      </w:r>
      <w:r>
        <w:t xml:space="preserve">    (c) other's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European Parliament refuses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trifled with</w:t>
      </w:r>
      <w:r>
        <w:rPr>
          <w:b/>
          <w:bCs/>
        </w:rPr>
        <w:t xml:space="preserve">.</w:t>
      </w:r>
      <w:r>
        <w:br/>
      </w:r>
      <w:r>
        <w:t xml:space="preserve">    (a) argued with</w:t>
      </w:r>
      <w:r>
        <w:br/>
      </w:r>
      <w:r>
        <w:t xml:space="preserve">    (b) negotiated with</w:t>
      </w:r>
      <w:r>
        <w:br/>
      </w:r>
      <w:r>
        <w:t xml:space="preserve">    (c) treated without 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handled the fragile artifact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utmost</w:t>
      </w:r>
      <w:r>
        <w:rPr>
          <w:b/>
          <w:bCs/>
        </w:rPr>
        <w:t xml:space="preserve"> </w:t>
      </w:r>
      <w:r>
        <w:rPr>
          <w:b/>
          <w:bCs/>
        </w:rPr>
        <w:t xml:space="preserve">care.</w:t>
      </w:r>
      <w:r>
        <w:br/>
      </w:r>
      <w:r>
        <w:t xml:space="preserve">    (a) usual</w:t>
      </w:r>
      <w:r>
        <w:br/>
      </w:r>
      <w:r>
        <w:t xml:space="preserve">    (b) least</w:t>
      </w:r>
      <w:r>
        <w:br/>
      </w:r>
      <w:r>
        <w:t xml:space="preserve">    (c) greatest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experiment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data that raised a new set of questions.</w:t>
      </w:r>
      <w:r>
        <w:br/>
      </w:r>
      <w:r>
        <w:t xml:space="preserve">    (a) slowed down</w:t>
      </w:r>
      <w:r>
        <w:br/>
      </w:r>
      <w:r>
        <w:t xml:space="preserve">    (b) produced</w:t>
      </w:r>
      <w:r>
        <w:br/>
      </w:r>
      <w:r>
        <w:t xml:space="preserve">    (c) destroyed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produced</w:t>
      </w:r>
      <w:r>
        <w:br/>
      </w:r>
      <w:r>
        <w:t xml:space="preserve">    (b) added</w:t>
      </w:r>
      <w:r>
        <w:br/>
      </w:r>
      <w:r>
        <w:t xml:space="preserve">    (c) gave in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2026-07-31T14:43:24Z</dcterms:created>
  <dcterms:modified xsi:type="dcterms:W3CDTF">2026-07-31T14:43:24Z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