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bf59f1f21536bb255cb6d3f7eed465aaf4c7cd"/>
    <w:p>
      <w:pPr>
        <w:pStyle w:val="Heading1"/>
      </w:pPr>
      <w:r>
        <w:rPr>
          <w:b/>
          <w:bCs/>
        </w:rPr>
        <w:t xml:space="preserve">David Copperfield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approval</w:t>
      </w:r>
      <w:r>
        <w:br/>
      </w:r>
      <w:r>
        <w:t xml:space="preserve">    (b) distrust</w:t>
      </w:r>
      <w:r>
        <w:br/>
      </w:r>
      <w:r>
        <w:t xml:space="preserve">    (c) sympathy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her new colleagues to be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, making her transition to the new job much easier.</w:t>
      </w:r>
      <w:r>
        <w:br/>
      </w:r>
      <w:r>
        <w:t xml:space="preserve">    (a) friendly</w:t>
      </w:r>
      <w:r>
        <w:br/>
      </w:r>
      <w:r>
        <w:t xml:space="preserve">    (b) challenging</w:t>
      </w:r>
      <w:r>
        <w:br/>
      </w:r>
      <w:r>
        <w:t xml:space="preserve">    (c) unfamiliar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elaborate</w:t>
      </w:r>
      <w:r>
        <w:br/>
      </w:r>
      <w:r>
        <w:t xml:space="preserve">    (b) wander</w:t>
      </w:r>
      <w:r>
        <w:br/>
      </w:r>
      <w:r>
        <w:t xml:space="preserve">    (c) compete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disparity</w:t>
      </w:r>
      <w:r>
        <w:rPr>
          <w:b/>
          <w:bCs/>
        </w:rPr>
        <w:t xml:space="preserve"> </w:t>
      </w:r>
      <w:r>
        <w:rPr>
          <w:b/>
          <w:bCs/>
        </w:rPr>
        <w:t xml:space="preserve">in access to education between urban and rural areas is a significant issue.</w:t>
      </w:r>
      <w:r>
        <w:br/>
      </w:r>
      <w:r>
        <w:t xml:space="preserve">    (a) improvement</w:t>
      </w:r>
      <w:r>
        <w:br/>
      </w:r>
      <w:r>
        <w:t xml:space="preserve">    (b) agreement</w:t>
      </w:r>
      <w:r>
        <w:br/>
      </w:r>
      <w:r>
        <w:t xml:space="preserve">    (c)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Ecclesiastical</w:t>
      </w:r>
      <w:r>
        <w:rPr>
          <w:b/>
          <w:bCs/>
        </w:rPr>
        <w:t xml:space="preserve"> </w:t>
      </w:r>
      <w:r>
        <w:rPr>
          <w:b/>
          <w:bCs/>
        </w:rPr>
        <w:t xml:space="preserve">law governs many church traditions.</w:t>
      </w:r>
      <w:r>
        <w:br/>
      </w:r>
      <w:r>
        <w:t xml:space="preserve">    (a) sports-related</w:t>
      </w:r>
      <w:r>
        <w:br/>
      </w:r>
      <w:r>
        <w:t xml:space="preserve">    (b) kitchen-related</w:t>
      </w:r>
      <w:r>
        <w:br/>
      </w:r>
      <w:r>
        <w:t xml:space="preserve">    (c) church-related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government official was accused of accepting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emoluments</w:t>
      </w:r>
      <w:r>
        <w:rPr>
          <w:b/>
          <w:bCs/>
        </w:rPr>
        <w:t xml:space="preserve"> </w:t>
      </w:r>
      <w:r>
        <w:rPr>
          <w:b/>
          <w:bCs/>
        </w:rPr>
        <w:t xml:space="preserve">from foreign governments in violation of the Constitution.</w:t>
      </w:r>
      <w:r>
        <w:br/>
      </w:r>
      <w:r>
        <w:t xml:space="preserve">    (a) payments</w:t>
      </w:r>
      <w:r>
        <w:br/>
      </w:r>
      <w:r>
        <w:t xml:space="preserve">    (b) criticism</w:t>
      </w:r>
      <w:r>
        <w:br/>
      </w:r>
      <w:r>
        <w:t xml:space="preserve">    (c) advice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sincere apology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engendered</w:t>
      </w:r>
      <w:r>
        <w:rPr>
          <w:b/>
          <w:bCs/>
        </w:rPr>
        <w:t xml:space="preserve"> </w:t>
      </w:r>
      <w:r>
        <w:rPr>
          <w:b/>
          <w:bCs/>
        </w:rPr>
        <w:t xml:space="preserve">forgiveness from the people she had hurt.</w:t>
      </w:r>
      <w:r>
        <w:br/>
      </w:r>
      <w:r>
        <w:t xml:space="preserve">    (a) caused to develop</w:t>
      </w:r>
      <w:r>
        <w:br/>
      </w:r>
      <w:r>
        <w:t xml:space="preserve">    (b) refused to accept</w:t>
      </w:r>
      <w:r>
        <w:br/>
      </w:r>
      <w:r>
        <w:t xml:space="preserve">    (c) tried to hide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wealthy</w:t>
      </w:r>
      <w:r>
        <w:br/>
      </w:r>
      <w:r>
        <w:t xml:space="preserve">    (c) cautious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Assets are worth a million dollars,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liabilities</w:t>
      </w:r>
      <w:r>
        <w:rPr>
          <w:b/>
          <w:bCs/>
        </w:rPr>
        <w:t xml:space="preserve"> </w:t>
      </w:r>
      <w:r>
        <w:rPr>
          <w:b/>
          <w:bCs/>
        </w:rPr>
        <w:t xml:space="preserve">exceed that.</w:t>
      </w:r>
      <w:r>
        <w:br/>
      </w:r>
      <w:r>
        <w:t xml:space="preserve">    (a) comparable assets at similar companies</w:t>
      </w:r>
      <w:r>
        <w:br/>
      </w:r>
      <w:r>
        <w:t xml:space="preserve">    (b) money they are owed but don't yet have</w:t>
      </w:r>
      <w:r>
        <w:br/>
      </w:r>
      <w:r>
        <w:t xml:space="preserve">    (c) debt and other financial obligations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available from prior research</w:t>
      </w:r>
      <w:r>
        <w:br/>
      </w:r>
      <w:r>
        <w:t xml:space="preserve">    (b) quickly eliminated</w:t>
      </w:r>
      <w:r>
        <w:br/>
      </w:r>
      <w:r>
        <w:t xml:space="preserve">    (c) including even small considerations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the success of the United States, most new democracies choose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parliamentary</w:t>
      </w:r>
      <w:r>
        <w:rPr>
          <w:b/>
          <w:bCs/>
        </w:rPr>
        <w:t xml:space="preserve"> </w:t>
      </w:r>
      <w:r>
        <w:rPr>
          <w:b/>
          <w:bCs/>
        </w:rPr>
        <w:t xml:space="preserve">or hybrid form of government because of the political instability and authoritarianism associated with the many Latin American countries that have chosen a presidential system.</w:t>
      </w:r>
      <w:r>
        <w:br/>
      </w:r>
      <w:r>
        <w:t xml:space="preserve">    (a) government in which the military selects the leader</w:t>
      </w:r>
      <w:r>
        <w:br/>
      </w:r>
      <w:r>
        <w:t xml:space="preserve">    (b) government in which the legislature selects the leader</w:t>
      </w:r>
      <w:r>
        <w:br/>
      </w:r>
      <w:r>
        <w:t xml:space="preserve">    (c) government in which the court selects the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Guiteau was insane and assassinated President Garfield because he believed Garfield cheated him out of a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patronage</w:t>
      </w:r>
      <w:r>
        <w:rPr>
          <w:b/>
          <w:bCs/>
        </w:rPr>
        <w:t xml:space="preserve"> </w:t>
      </w:r>
      <w:r>
        <w:rPr>
          <w:b/>
          <w:bCs/>
        </w:rPr>
        <w:t xml:space="preserve">job. He thought he was owed the job for giving a speech encouraging others to vote for Garfield.</w:t>
      </w:r>
      <w:r>
        <w:br/>
      </w:r>
      <w:r>
        <w:t xml:space="preserve">    (a) favor for political support</w:t>
      </w:r>
      <w:r>
        <w:br/>
      </w:r>
      <w:r>
        <w:t xml:space="preserve">    (b) civil service</w:t>
      </w:r>
      <w:r>
        <w:br/>
      </w:r>
      <w:r>
        <w:t xml:space="preserve">    (c) high-ranking and high-paying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proud of one's actions</w:t>
      </w:r>
      <w:r>
        <w:br/>
      </w:r>
      <w:r>
        <w:t xml:space="preserve">    (b) confused about the rules</w:t>
      </w:r>
      <w:r>
        <w:br/>
      </w:r>
      <w:r>
        <w:t xml:space="preserve">    (c) feeling regret for wrongdoing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inadequate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remuneration</w:t>
      </w:r>
      <w:r>
        <w:rPr>
          <w:b/>
          <w:bCs/>
        </w:rPr>
        <w:t xml:space="preserve"> </w:t>
      </w:r>
      <w:r>
        <w:rPr>
          <w:b/>
          <w:bCs/>
        </w:rPr>
        <w:t xml:space="preserve">to make up for his expenses.</w:t>
      </w:r>
      <w:r>
        <w:br/>
      </w:r>
      <w:r>
        <w:t xml:space="preserve">    (a) payment</w:t>
      </w:r>
      <w:r>
        <w:br/>
      </w:r>
      <w:r>
        <w:t xml:space="preserve">    (b) payment</w:t>
      </w:r>
      <w:r>
        <w:br/>
      </w:r>
      <w:r>
        <w:t xml:space="preserve">    (c)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careless</w:t>
      </w:r>
      <w:r>
        <w:br/>
      </w:r>
      <w:r>
        <w:t xml:space="preserve">    (b) impatient</w:t>
      </w:r>
      <w:r>
        <w:br/>
      </w:r>
      <w:r>
        <w:t xml:space="preserve">    (c) wise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Power in the city is divided amongst the mayor, city council,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sundry</w:t>
      </w:r>
      <w:r>
        <w:rPr>
          <w:b/>
          <w:bCs/>
        </w:rPr>
        <w:t xml:space="preserve"> </w:t>
      </w:r>
      <w:r>
        <w:rPr>
          <w:b/>
          <w:bCs/>
        </w:rPr>
        <w:t xml:space="preserve">city commissions.</w:t>
      </w:r>
      <w:r>
        <w:br/>
      </w:r>
      <w:r>
        <w:t xml:space="preserve">    (a) skillful</w:t>
      </w:r>
      <w:r>
        <w:br/>
      </w:r>
      <w:r>
        <w:t xml:space="preserve">    (b) elected</w:t>
      </w:r>
      <w:r>
        <w:br/>
      </w:r>
      <w:r>
        <w:t xml:space="preserve">    (c) various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appreciated</w:t>
      </w:r>
      <w:r>
        <w:br/>
      </w:r>
      <w:r>
        <w:t xml:space="preserve">    (b) important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 unsupportable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.</w:t>
      </w:r>
      <w:r>
        <w:br/>
      </w:r>
      <w:r>
        <w:t xml:space="preserve">    (a) expense</w:t>
      </w:r>
      <w:r>
        <w:br/>
      </w:r>
      <w:r>
        <w:t xml:space="preserve">    (b) computer program</w:t>
      </w:r>
      <w:r>
        <w:br/>
      </w:r>
      <w:r>
        <w:t xml:space="preserve">    (c)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losing everything, he lived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</w:t>
      </w:r>
      <w:r>
        <w:rPr>
          <w:b/>
          <w:bCs/>
        </w:rPr>
        <w:t xml:space="preserve"> </w:t>
      </w:r>
      <w:r>
        <w:rPr>
          <w:b/>
          <w:bCs/>
        </w:rPr>
        <w:t xml:space="preserve">for nearly five years.</w:t>
      </w:r>
      <w:r>
        <w:br/>
      </w:r>
      <w:r>
        <w:t xml:space="preserve">    (a) wealthy landowner</w:t>
      </w:r>
      <w:r>
        <w:br/>
      </w:r>
      <w:r>
        <w:t xml:space="preserve">    (b) wandering drifter</w:t>
      </w:r>
      <w:r>
        <w:br/>
      </w:r>
      <w:r>
        <w:t xml:space="preserve">    (c) settled farmer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venerate</w:t>
      </w:r>
      <w:r>
        <w:rPr>
          <w:b/>
          <w:bCs/>
        </w:rPr>
        <w:t xml:space="preserve"> </w:t>
      </w:r>
      <w:r>
        <w:rPr>
          <w:b/>
          <w:bCs/>
        </w:rPr>
        <w:t xml:space="preserve">leaders who devoted their lives to justice.</w:t>
      </w:r>
      <w:r>
        <w:br/>
      </w:r>
      <w:r>
        <w:t xml:space="preserve">    (a) quietly question</w:t>
      </w:r>
      <w:r>
        <w:br/>
      </w:r>
      <w:r>
        <w:t xml:space="preserve">    (b) deeply respect</w:t>
      </w:r>
      <w:r>
        <w:br/>
      </w:r>
      <w:r>
        <w:t xml:space="preserve">    (c) openly avoid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2026-07-31T14:43:24Z</dcterms:created>
  <dcterms:modified xsi:type="dcterms:W3CDTF">2026-07-31T14:43:24Z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