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ed4192706e4ab53e0e6c9ec69d72da274465af"/>
    <w:p>
      <w:pPr>
        <w:pStyle w:val="Heading1"/>
      </w:pPr>
      <w:r>
        <w:rPr>
          <w:b/>
          <w:bCs/>
        </w:rPr>
        <w:t xml:space="preserve">Dark Witch</w:t>
      </w:r>
      <w:r>
        <w:br/>
      </w:r>
      <w:r>
        <w:rPr>
          <w:i/>
          <w:iCs/>
        </w:rPr>
        <w:t xml:space="preserve">Nora Roberts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I will,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mote</w:t>
      </w:r>
      <w:r>
        <w:rPr>
          <w:b/>
          <w:bCs/>
        </w:rPr>
        <w:t xml:space="preserve"> </w:t>
      </w:r>
      <w:r>
        <w:rPr>
          <w:b/>
          <w:bCs/>
        </w:rPr>
        <w:t xml:space="preserve">it be.</w:t>
      </w:r>
      <w:r>
        <w:br/>
      </w:r>
      <w:r>
        <w:t xml:space="preserve">    (a) social event or ceremony</w:t>
      </w:r>
      <w:r>
        <w:br/>
      </w:r>
      <w:r>
        <w:t xml:space="preserve">    (b) a positively charged ion</w:t>
      </w:r>
      <w:r>
        <w:br/>
      </w:r>
      <w:r>
        <w:t xml:space="preserve">    (c) a tiny piece of anything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showed him the knife, and his eyes never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wavered</w:t>
      </w:r>
      <w:r>
        <w:rPr>
          <w:b/>
          <w:bCs/>
        </w:rPr>
        <w:t xml:space="preserve">.</w:t>
      </w:r>
      <w:r>
        <w:br/>
      </w:r>
      <w:r>
        <w:t xml:space="preserve">    (a) made appropriate in size, amount, or degree</w:t>
      </w:r>
      <w:r>
        <w:br/>
      </w:r>
      <w:r>
        <w:t xml:space="preserve">    (b) concentrated, look at, or paid attention to</w:t>
      </w:r>
      <w:r>
        <w:br/>
      </w:r>
      <w:r>
        <w:t xml:space="preserve">    (c) was unsure or weak; or moved back and forth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bit of hair from your pretty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mane</w:t>
      </w:r>
      <w:r>
        <w:rPr>
          <w:b/>
          <w:bCs/>
        </w:rPr>
        <w:t xml:space="preserve">, and for these gifts, I praise your name.</w:t>
      </w:r>
      <w:r>
        <w:br/>
      </w:r>
      <w:r>
        <w:t xml:space="preserve">    (a) select (on a computer screen)</w:t>
      </w:r>
      <w:r>
        <w:br/>
      </w:r>
      <w:r>
        <w:t xml:space="preserve">    (b) long coarse hair on an animal</w:t>
      </w:r>
      <w:r>
        <w:br/>
      </w:r>
      <w:r>
        <w:t xml:space="preserve">    (c) exchange, convert, or pay off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Deryla from the castle told me Cabhan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banished</w:t>
      </w:r>
      <w:r>
        <w:rPr>
          <w:b/>
          <w:bCs/>
        </w:rPr>
        <w:t xml:space="preserve">.</w:t>
      </w:r>
      <w:r>
        <w:br/>
      </w:r>
      <w:r>
        <w:t xml:space="preserve">    (a) thought -- possibly aloud</w:t>
      </w:r>
      <w:r>
        <w:br/>
      </w:r>
      <w:r>
        <w:t xml:space="preserve">    (b) was abundant or plentiful</w:t>
      </w:r>
      <w:r>
        <w:br/>
      </w:r>
      <w:r>
        <w:t xml:space="preserve">    (c) expelled or gotten rid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prayed it was true, that the magick she'd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imbued</w:t>
      </w:r>
      <w:r>
        <w:rPr>
          <w:b/>
          <w:bCs/>
        </w:rPr>
        <w:t xml:space="preserve"> </w:t>
      </w:r>
      <w:r>
        <w:rPr>
          <w:b/>
          <w:bCs/>
        </w:rPr>
        <w:t xml:space="preserve">into the copper sign would hold even against this form.</w:t>
      </w:r>
      <w:r>
        <w:br/>
      </w:r>
      <w:r>
        <w:t xml:space="preserve">    (a) filled</w:t>
      </w:r>
      <w:r>
        <w:br/>
      </w:r>
      <w:r>
        <w:t xml:space="preserve">    (b) traded</w:t>
      </w:r>
      <w:r>
        <w:br/>
      </w:r>
      <w:r>
        <w:t xml:space="preserve">    (c) copied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difficult had it been to find herself saddled with a daughter who rode emotions like a wild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stallion</w:t>
      </w:r>
      <w:r>
        <w:rPr>
          <w:b/>
          <w:bCs/>
        </w:rPr>
        <w:t xml:space="preserve">?</w:t>
      </w:r>
      <w:r>
        <w:br/>
      </w:r>
      <w:r>
        <w:t xml:space="preserve">    (a) a male horse that has not been castrated (gelded) -- especially one used for breeding purposes</w:t>
      </w:r>
      <w:r>
        <w:br/>
      </w:r>
      <w:r>
        <w:t xml:space="preserve">    (b) of the philosophical &amp; religious system based on the teachings of Laozi (also spelled Taoist)</w:t>
      </w:r>
      <w:r>
        <w:br/>
      </w:r>
      <w:r>
        <w:t xml:space="preserve">    (c) a large, elongated gland located behind the stomach that secretes digestive enzymes and insulin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stared down at her, golden eyes steady, unblinking, his wings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regally</w:t>
      </w:r>
      <w:r>
        <w:rPr>
          <w:b/>
          <w:bCs/>
        </w:rPr>
        <w:t xml:space="preserve"> </w:t>
      </w:r>
      <w:r>
        <w:rPr>
          <w:b/>
          <w:bCs/>
        </w:rPr>
        <w:t xml:space="preserve">folded.</w:t>
      </w:r>
      <w:r>
        <w:br/>
      </w:r>
      <w:r>
        <w:t xml:space="preserve">    (a) in a manner that is almost transparent -- allowing light to pass through without providing a clear image</w:t>
      </w:r>
      <w:r>
        <w:br/>
      </w:r>
      <w:r>
        <w:t xml:space="preserve">    (b) in a manner that is terrible (vile; disgusting) -- worthy of being strongly disliked and looked down upon</w:t>
      </w:r>
      <w:r>
        <w:br/>
      </w:r>
      <w:r>
        <w:t xml:space="preserve">    (c) so fine, magnificent, or dignified as to be suitable for a king or queen; or belonging to a king or queen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she did have was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résumé</w:t>
      </w:r>
      <w:r>
        <w:rPr>
          <w:b/>
          <w:bCs/>
        </w:rPr>
        <w:t xml:space="preserve"> </w:t>
      </w:r>
      <w:r>
        <w:rPr>
          <w:b/>
          <w:bCs/>
        </w:rPr>
        <w:t xml:space="preserve">she'd put together, the recommendation by her previous employers, all the references from her students or their parents.</w:t>
      </w:r>
      <w:r>
        <w:br/>
      </w:r>
      <w:r>
        <w:t xml:space="preserve">    (a) characterized by having multiple purposes</w:t>
      </w:r>
      <w:r>
        <w:br/>
      </w:r>
      <w:r>
        <w:t xml:space="preserve">    (b) a person's qualifications to do something</w:t>
      </w:r>
      <w:r>
        <w:br/>
      </w:r>
      <w:r>
        <w:t xml:space="preserve">    (c) ability to accept as true (without proof)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conflicted</w:t>
      </w:r>
      <w:r>
        <w:rPr>
          <w:b/>
          <w:bCs/>
        </w:rPr>
        <w:t xml:space="preserve">, you could say, which she is on little else.</w:t>
      </w:r>
      <w:r>
        <w:br/>
      </w:r>
      <w:r>
        <w:t xml:space="preserve">    (a) examined in detail to better understand</w:t>
      </w:r>
      <w:r>
        <w:br/>
      </w:r>
      <w:r>
        <w:t xml:space="preserve">    (b) moved into position to work; or started</w:t>
      </w:r>
      <w:r>
        <w:br/>
      </w:r>
      <w:r>
        <w:t xml:space="preserve">    (c) tension from opposing ideas or feelings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pretty shops and pubs and restaurants, the little hotel, the flowers in pots and window boxes tipped down the road in the shadow of the ruined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abbey</w:t>
      </w:r>
      <w:r>
        <w:rPr>
          <w:b/>
          <w:bCs/>
        </w:rPr>
        <w:t xml:space="preserve">.</w:t>
      </w:r>
      <w:r>
        <w:br/>
      </w:r>
      <w:r>
        <w:t xml:space="preserve">    (a) a building where monks or nuns live or lived; or a church associated with such a building</w:t>
      </w:r>
      <w:r>
        <w:br/>
      </w:r>
      <w:r>
        <w:t xml:space="preserve">    (b) a large cathedral open to the public</w:t>
      </w:r>
      <w:r>
        <w:br/>
      </w:r>
      <w:r>
        <w:t xml:space="preserve">    (c) a small, rural parish church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your newest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acquisition</w:t>
      </w:r>
      <w:r>
        <w:rPr>
          <w:b/>
          <w:bCs/>
        </w:rPr>
        <w:t xml:space="preserve"> </w:t>
      </w:r>
      <w:r>
        <w:rPr>
          <w:b/>
          <w:bCs/>
        </w:rPr>
        <w:t xml:space="preserve">battered both of them.</w:t>
      </w:r>
      <w:r>
        <w:br/>
      </w:r>
      <w:r>
        <w:t xml:space="preserve">    (a) a positively charged ion</w:t>
      </w:r>
      <w:r>
        <w:br/>
      </w:r>
      <w:r>
        <w:t xml:space="preserve">    (b) social event or ceremony</w:t>
      </w:r>
      <w:r>
        <w:br/>
      </w:r>
      <w:r>
        <w:t xml:space="preserve">    (c) obtaining; or possession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she came to the roan mare with the big,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poignant</w:t>
      </w:r>
      <w:r>
        <w:rPr>
          <w:b/>
          <w:bCs/>
        </w:rPr>
        <w:t xml:space="preserve"> </w:t>
      </w:r>
      <w:r>
        <w:rPr>
          <w:b/>
          <w:bCs/>
        </w:rPr>
        <w:t xml:space="preserve">eyes, the long white blaze down her nose, and knew without being told.</w:t>
      </w:r>
      <w:r>
        <w:br/>
      </w:r>
      <w:r>
        <w:t xml:space="preserve">    (a) sharp or intense</w:t>
      </w:r>
      <w:r>
        <w:br/>
      </w:r>
      <w:r>
        <w:t xml:space="preserve">    (b) likely to change</w:t>
      </w:r>
      <w:r>
        <w:br/>
      </w:r>
      <w:r>
        <w:t xml:space="preserve">    (c) able to be found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before Boyle stepped up beside her, the mare turned her head, big eyes warming, body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quivering</w:t>
      </w:r>
      <w:r>
        <w:rPr>
          <w:b/>
          <w:bCs/>
        </w:rPr>
        <w:t xml:space="preserve">.</w:t>
      </w:r>
      <w:r>
        <w:br/>
      </w:r>
      <w:r>
        <w:t xml:space="preserve">    (a) to shake or tremble slightly</w:t>
      </w:r>
      <w:r>
        <w:br/>
      </w:r>
      <w:r>
        <w:t xml:space="preserve">    (b) not working or not operating</w:t>
      </w:r>
      <w:r>
        <w:br/>
      </w:r>
      <w:r>
        <w:t xml:space="preserve">    (c) calculates or judges too low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knew, she and Darling, what it was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yearn</w:t>
      </w:r>
      <w:r>
        <w:rPr>
          <w:b/>
          <w:bCs/>
        </w:rPr>
        <w:t xml:space="preserve"> </w:t>
      </w:r>
      <w:r>
        <w:rPr>
          <w:b/>
          <w:bCs/>
        </w:rPr>
        <w:t xml:space="preserve">for love, or at least genuine understanding and acceptance.</w:t>
      </w:r>
      <w:r>
        <w:br/>
      </w:r>
      <w:r>
        <w:t xml:space="preserve">    (a) strongly desire</w:t>
      </w:r>
      <w:r>
        <w:br/>
      </w:r>
      <w:r>
        <w:t xml:space="preserve">    (b) help make clear</w:t>
      </w:r>
      <w:r>
        <w:br/>
      </w:r>
      <w:r>
        <w:t xml:space="preserve">    (c) work or operate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We've only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vanquish</w:t>
      </w:r>
      <w:r>
        <w:rPr>
          <w:b/>
          <w:bCs/>
        </w:rPr>
        <w:t xml:space="preserve"> </w:t>
      </w:r>
      <w:r>
        <w:rPr>
          <w:b/>
          <w:bCs/>
        </w:rPr>
        <w:t xml:space="preserve">ancient evil and earn great wealth, and the rest is but details.</w:t>
      </w:r>
      <w:r>
        <w:br/>
      </w:r>
      <w:r>
        <w:t xml:space="preserve">    (a) differ; or change</w:t>
      </w:r>
      <w:r>
        <w:br/>
      </w:r>
      <w:r>
        <w:t xml:space="preserve">    (b) influence opinion</w:t>
      </w:r>
      <w:r>
        <w:br/>
      </w:r>
      <w:r>
        <w:t xml:space="preserve">    (c) completely defeat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People too often knock down the old for the new instead of understanding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legacy</w:t>
      </w:r>
      <w:r>
        <w:rPr>
          <w:b/>
          <w:bCs/>
        </w:rPr>
        <w:t xml:space="preserve">.</w:t>
      </w:r>
      <w:r>
        <w:br/>
      </w:r>
      <w:r>
        <w:t xml:space="preserve">    (a) something that helps clarify or demonstrate</w:t>
      </w:r>
      <w:r>
        <w:br/>
      </w:r>
      <w:r>
        <w:t xml:space="preserve">    (b) the act of taking something on as one's own</w:t>
      </w:r>
      <w:r>
        <w:br/>
      </w:r>
      <w:r>
        <w:t xml:space="preserve">    (c) something coming from the past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sit, perhaps, in that quiet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reverence</w:t>
      </w:r>
      <w:r>
        <w:rPr>
          <w:b/>
          <w:bCs/>
        </w:rPr>
        <w:t xml:space="preserve">.</w:t>
      </w:r>
      <w:r>
        <w:br/>
      </w:r>
      <w:r>
        <w:t xml:space="preserve">    (a) interfere (in another's affairs or business); or handle (something that shouldn't be handled)</w:t>
      </w:r>
      <w:r>
        <w:br/>
      </w:r>
      <w:r>
        <w:t xml:space="preserve">    (b) separate two things to prevent passage of something such as heat, cold, noise, or electricity</w:t>
      </w:r>
      <w:r>
        <w:br/>
      </w:r>
      <w:r>
        <w:t xml:space="preserve">    (c) feelings of deep respect and admiration -- sometimes with a mixture of wonder and awe or fear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wanted it for hers, this place of age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and endurance.</w:t>
      </w:r>
      <w:r>
        <w:br/>
      </w:r>
      <w:r>
        <w:t xml:space="preserve">    (a) come to terms with</w:t>
      </w:r>
      <w:r>
        <w:br/>
      </w:r>
      <w:r>
        <w:t xml:space="preserve">    (b) block or interfere</w:t>
      </w:r>
      <w:r>
        <w:br/>
      </w:r>
      <w:r>
        <w:t xml:space="preserve">    (c) notable difference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it seems their way of compensating is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indulge</w:t>
      </w:r>
      <w:r>
        <w:rPr>
          <w:b/>
          <w:bCs/>
        </w:rPr>
        <w:t xml:space="preserve"> </w:t>
      </w:r>
      <w:r>
        <w:rPr>
          <w:b/>
          <w:bCs/>
        </w:rPr>
        <w:t xml:space="preserve">her and her brother.</w:t>
      </w:r>
      <w:r>
        <w:br/>
      </w:r>
      <w:r>
        <w:t xml:space="preserve">    (a) enjoy to excess</w:t>
      </w:r>
      <w:r>
        <w:br/>
      </w:r>
      <w:r>
        <w:t xml:space="preserve">    (b) work or operate</w:t>
      </w:r>
      <w:r>
        <w:br/>
      </w:r>
      <w:r>
        <w:t xml:space="preserve">    (c) think carefully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"It's faith, and faith's a strong,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</w:t>
      </w:r>
      <w:r>
        <w:rPr>
          <w:b/>
          <w:bCs/>
        </w:rPr>
        <w:t xml:space="preserve"> </w:t>
      </w:r>
      <w:r>
        <w:rPr>
          <w:b/>
          <w:bCs/>
        </w:rPr>
        <w:t xml:space="preserve">thing."</w:t>
      </w:r>
      <w:r>
        <w:br/>
      </w:r>
      <w:r>
        <w:t xml:space="preserve">    (a) good or beneficial</w:t>
      </w:r>
      <w:r>
        <w:br/>
      </w:r>
      <w:r>
        <w:t xml:space="preserve">    (b) impossible to find</w:t>
      </w:r>
      <w:r>
        <w:br/>
      </w:r>
      <w:r>
        <w:t xml:space="preserve">    (c) not representative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2026-07-31T19:54:31Z</dcterms:created>
  <dcterms:modified xsi:type="dcterms:W3CDTF">2026-07-31T19:54:31Z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