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42ee60052f09670e3097c0d299b4bad459762c"/>
    <w:p>
      <w:pPr>
        <w:pStyle w:val="Heading1"/>
      </w:pPr>
      <w:r>
        <w:rPr>
          <w:b/>
          <w:bCs/>
        </w:rPr>
        <w:t xml:space="preserve">The Divine Comedy - Volume 2 (Purgatory)</w:t>
      </w:r>
      <w:r>
        <w:br/>
      </w:r>
      <w:r>
        <w:rPr>
          <w:i/>
          <w:iCs/>
        </w:rPr>
        <w:t xml:space="preserve">Dante Alighieri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Flowers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adorned</w:t>
      </w:r>
      <w:r>
        <w:rPr>
          <w:b/>
          <w:bCs/>
        </w:rPr>
        <w:t xml:space="preserve"> </w:t>
      </w:r>
      <w:r>
        <w:rPr>
          <w:b/>
          <w:bCs/>
        </w:rPr>
        <w:t xml:space="preserve">all the tables.</w:t>
      </w:r>
      <w:r>
        <w:br/>
      </w:r>
      <w:r>
        <w:t xml:space="preserve">    (a) decorated</w:t>
      </w:r>
      <w:r>
        <w:br/>
      </w:r>
      <w:r>
        <w:t xml:space="preserve">    (b) obscured (hid)</w:t>
      </w:r>
      <w:r>
        <w:br/>
      </w:r>
      <w:r>
        <w:t xml:space="preserve">    (c) grew under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doomed to an empty life motivated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avarice</w:t>
      </w:r>
      <w:r>
        <w:rPr>
          <w:b/>
          <w:bCs/>
        </w:rPr>
        <w:t xml:space="preserve">.</w:t>
      </w:r>
      <w:r>
        <w:br/>
      </w:r>
      <w:r>
        <w:t xml:space="preserve">    (a) laziness</w:t>
      </w:r>
      <w:r>
        <w:br/>
      </w:r>
      <w:r>
        <w:t xml:space="preserve">    (b) greed</w:t>
      </w:r>
      <w:r>
        <w:br/>
      </w:r>
      <w:r>
        <w:t xml:space="preserve">    (c) selfishness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derive</w:t>
      </w:r>
      <w:r>
        <w:rPr>
          <w:b/>
          <w:bCs/>
        </w:rPr>
        <w:t xml:space="preserve"> </w:t>
      </w:r>
      <w:r>
        <w:rPr>
          <w:b/>
          <w:bCs/>
        </w:rPr>
        <w:t xml:space="preserve">pleasure from my work.</w:t>
      </w:r>
      <w:r>
        <w:br/>
      </w:r>
      <w:r>
        <w:t xml:space="preserve">    (a) ignore</w:t>
      </w:r>
      <w:r>
        <w:br/>
      </w:r>
      <w:r>
        <w:t xml:space="preserve">    (b) refuse</w:t>
      </w:r>
      <w:r>
        <w:br/>
      </w:r>
      <w:r>
        <w:t xml:space="preserve">    (c) obtain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novel, she sees through his friendly facade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discerns</w:t>
      </w:r>
      <w:r>
        <w:rPr>
          <w:b/>
          <w:bCs/>
        </w:rPr>
        <w:t xml:space="preserve"> </w:t>
      </w:r>
      <w:r>
        <w:rPr>
          <w:b/>
          <w:bCs/>
        </w:rPr>
        <w:t xml:space="preserve">his evil intent.</w:t>
      </w:r>
      <w:r>
        <w:br/>
      </w:r>
      <w:r>
        <w:t xml:space="preserve">    (a) avoids</w:t>
      </w:r>
      <w:r>
        <w:br/>
      </w:r>
      <w:r>
        <w:t xml:space="preserve">    (b) overcomes</w:t>
      </w:r>
      <w:r>
        <w:br/>
      </w:r>
      <w:r>
        <w:t xml:space="preserve">    (c) understands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challenges accepted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doctrine</w:t>
      </w:r>
      <w:r>
        <w:rPr>
          <w:b/>
          <w:bCs/>
        </w:rPr>
        <w:t xml:space="preserve">.</w:t>
      </w:r>
      <w:r>
        <w:br/>
      </w:r>
      <w:r>
        <w:t xml:space="preserve">    (a) champions</w:t>
      </w:r>
      <w:r>
        <w:br/>
      </w:r>
      <w:r>
        <w:t xml:space="preserve">    (b) beliefs</w:t>
      </w:r>
      <w:r>
        <w:br/>
      </w:r>
      <w:r>
        <w:t xml:space="preserve">    (c) authority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appreciate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forbearance</w:t>
      </w:r>
      <w:r>
        <w:rPr>
          <w:b/>
          <w:bCs/>
        </w:rPr>
        <w:t xml:space="preserve">.</w:t>
      </w:r>
      <w:r>
        <w:br/>
      </w:r>
      <w:r>
        <w:t xml:space="preserve">    (a) family concerns</w:t>
      </w:r>
      <w:r>
        <w:br/>
      </w:r>
      <w:r>
        <w:t xml:space="preserve">    (b) financial loan</w:t>
      </w:r>
      <w:r>
        <w:br/>
      </w:r>
      <w:r>
        <w:t xml:space="preserve">    (c) patience or tolerance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didn’t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heed</w:t>
      </w:r>
      <w:r>
        <w:rPr>
          <w:b/>
          <w:bCs/>
        </w:rPr>
        <w:t xml:space="preserve"> </w:t>
      </w:r>
      <w:r>
        <w:rPr>
          <w:b/>
          <w:bCs/>
        </w:rPr>
        <w:t xml:space="preserve">the storm warnings and got caught in the heavy rain.</w:t>
      </w:r>
      <w:r>
        <w:br/>
      </w:r>
      <w:r>
        <w:t xml:space="preserve">    (a) pay attention to</w:t>
      </w:r>
      <w:r>
        <w:br/>
      </w:r>
      <w:r>
        <w:t xml:space="preserve">    (b) pass through</w:t>
      </w:r>
      <w:r>
        <w:br/>
      </w:r>
      <w:r>
        <w:t xml:space="preserve">    (c) tell others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lamented</w:t>
      </w:r>
      <w:r>
        <w:rPr>
          <w:b/>
          <w:bCs/>
        </w:rPr>
        <w:t xml:space="preserve"> </w:t>
      </w:r>
      <w:r>
        <w:rPr>
          <w:b/>
          <w:bCs/>
        </w:rPr>
        <w:t xml:space="preserve">our sad circumstances.</w:t>
      </w:r>
      <w:r>
        <w:br/>
      </w:r>
      <w:r>
        <w:t xml:space="preserve">    (a) made worse</w:t>
      </w:r>
      <w:r>
        <w:br/>
      </w:r>
      <w:r>
        <w:t xml:space="preserve">    (b) expressed grief about</w:t>
      </w:r>
      <w:r>
        <w:br/>
      </w:r>
      <w:r>
        <w:t xml:space="preserve">    (c) improved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breaking the window,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penitent</w:t>
      </w:r>
      <w:r>
        <w:rPr>
          <w:b/>
          <w:bCs/>
        </w:rPr>
        <w:t xml:space="preserve"> </w:t>
      </w:r>
      <w:r>
        <w:rPr>
          <w:b/>
          <w:bCs/>
        </w:rPr>
        <w:t xml:space="preserve">boy apologized to his neighbor.</w:t>
      </w:r>
      <w:r>
        <w:br/>
      </w:r>
      <w:r>
        <w:t xml:space="preserve">    (a) feeling regret for wrongdoing</w:t>
      </w:r>
      <w:r>
        <w:br/>
      </w:r>
      <w:r>
        <w:t xml:space="preserve">    (b) confused about the rules</w:t>
      </w:r>
      <w:r>
        <w:br/>
      </w:r>
      <w:r>
        <w:t xml:space="preserve">    (c) proud of one's actions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English, most adjectives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precede</w:t>
      </w:r>
      <w:r>
        <w:rPr>
          <w:b/>
          <w:bCs/>
        </w:rPr>
        <w:t xml:space="preserve"> </w:t>
      </w:r>
      <w:r>
        <w:rPr>
          <w:b/>
          <w:bCs/>
        </w:rPr>
        <w:t xml:space="preserve">the noun they modify.</w:t>
      </w:r>
      <w:r>
        <w:br/>
      </w:r>
      <w:r>
        <w:t xml:space="preserve">    (a) go before</w:t>
      </w:r>
      <w:r>
        <w:br/>
      </w:r>
      <w:r>
        <w:t xml:space="preserve">    (b) describe</w:t>
      </w:r>
      <w:r>
        <w:br/>
      </w:r>
      <w:r>
        <w:t xml:space="preserve">    (c) follow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 self-fulfilling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prophecy</w:t>
      </w:r>
      <w:r>
        <w:rPr>
          <w:b/>
          <w:bCs/>
        </w:rPr>
        <w:t xml:space="preserve">.</w:t>
      </w:r>
      <w:r>
        <w:br/>
      </w:r>
      <w:r>
        <w:t xml:space="preserve">    (a) explanation</w:t>
      </w:r>
      <w:r>
        <w:br/>
      </w:r>
      <w:r>
        <w:t xml:space="preserve">    (b) profitable enterprise</w:t>
      </w:r>
      <w:r>
        <w:br/>
      </w:r>
      <w:r>
        <w:t xml:space="preserve">    (c) prediction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hours of sitting in the airport with no updates, the stranded travelers described the experience as pure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purgatory</w:t>
      </w:r>
      <w:r>
        <w:rPr>
          <w:b/>
          <w:bCs/>
        </w:rPr>
        <w:t xml:space="preserve">.</w:t>
      </w:r>
      <w:r>
        <w:br/>
      </w:r>
      <w:r>
        <w:t xml:space="preserve">    (a) a state of suffering</w:t>
      </w:r>
      <w:r>
        <w:br/>
      </w:r>
      <w:r>
        <w:t xml:space="preserve">    (b) a state of excitement</w:t>
      </w:r>
      <w:r>
        <w:br/>
      </w:r>
      <w:r>
        <w:t xml:space="preserve">    (c) a state of ignorance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Sometimes people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purge</w:t>
      </w:r>
      <w:r>
        <w:rPr>
          <w:b/>
          <w:bCs/>
        </w:rPr>
        <w:t xml:space="preserve"> </w:t>
      </w:r>
      <w:r>
        <w:rPr>
          <w:b/>
          <w:bCs/>
        </w:rPr>
        <w:t xml:space="preserve">old belongings to start their lives fresh.</w:t>
      </w:r>
      <w:r>
        <w:br/>
      </w:r>
      <w:r>
        <w:t xml:space="preserve">    (a) hold on to</w:t>
      </w:r>
      <w:r>
        <w:br/>
      </w:r>
      <w:r>
        <w:t xml:space="preserve">    (b) get rid of</w:t>
      </w:r>
      <w:r>
        <w:br/>
      </w:r>
      <w:r>
        <w:t xml:space="preserve">    (c) show off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said the U.S. should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repent</w:t>
      </w:r>
      <w:r>
        <w:rPr>
          <w:b/>
          <w:bCs/>
        </w:rPr>
        <w:t xml:space="preserve"> </w:t>
      </w:r>
      <w:r>
        <w:rPr>
          <w:b/>
          <w:bCs/>
        </w:rPr>
        <w:t xml:space="preserve">for the sins of fossil fuels.</w:t>
      </w:r>
      <w:r>
        <w:br/>
      </w:r>
      <w:r>
        <w:t xml:space="preserve">    (a) suffer</w:t>
      </w:r>
      <w:r>
        <w:br/>
      </w:r>
      <w:r>
        <w:t xml:space="preserve">    (b) apologize</w:t>
      </w:r>
      <w:r>
        <w:br/>
      </w:r>
      <w:r>
        <w:t xml:space="preserve">    (c) reimburse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want to spoil her, but I don't have the heart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reprove</w:t>
      </w:r>
      <w:r>
        <w:rPr>
          <w:b/>
          <w:bCs/>
        </w:rPr>
        <w:t xml:space="preserve"> </w:t>
      </w:r>
      <w:r>
        <w:rPr>
          <w:b/>
          <w:bCs/>
        </w:rPr>
        <w:t xml:space="preserve">her.</w:t>
      </w:r>
      <w:r>
        <w:br/>
      </w:r>
      <w:r>
        <w:t xml:space="preserve">    (a) criticize</w:t>
      </w:r>
      <w:r>
        <w:br/>
      </w:r>
      <w:r>
        <w:t xml:space="preserve">    (b) instruct</w:t>
      </w:r>
      <w:r>
        <w:br/>
      </w:r>
      <w:r>
        <w:t xml:space="preserve">    (c) compliment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warm smile and friendly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salutation</w:t>
      </w:r>
      <w:r>
        <w:rPr>
          <w:b/>
          <w:bCs/>
        </w:rPr>
        <w:t xml:space="preserve"> </w:t>
      </w:r>
      <w:r>
        <w:rPr>
          <w:b/>
          <w:bCs/>
        </w:rPr>
        <w:t xml:space="preserve">set the tone for the entire meeting.</w:t>
      </w:r>
      <w:r>
        <w:br/>
      </w:r>
      <w:r>
        <w:t xml:space="preserve">    (a) greeting</w:t>
      </w:r>
      <w:r>
        <w:br/>
      </w:r>
      <w:r>
        <w:t xml:space="preserve">    (b) introduction</w:t>
      </w:r>
      <w:r>
        <w:br/>
      </w:r>
      <w:r>
        <w:t xml:space="preserve">    (c) smile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coach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scorns</w:t>
      </w:r>
      <w:r>
        <w:rPr>
          <w:b/>
          <w:bCs/>
        </w:rPr>
        <w:t xml:space="preserve"> </w:t>
      </w:r>
      <w:r>
        <w:rPr>
          <w:b/>
          <w:bCs/>
        </w:rPr>
        <w:t xml:space="preserve">students who don't have natural ability.</w:t>
      </w:r>
      <w:r>
        <w:br/>
      </w:r>
      <w:r>
        <w:t xml:space="preserve">    (a) encourages</w:t>
      </w:r>
      <w:r>
        <w:br/>
      </w:r>
      <w:r>
        <w:t xml:space="preserve">    (b) trains</w:t>
      </w:r>
      <w:r>
        <w:br/>
      </w:r>
      <w:r>
        <w:t xml:space="preserve">    (c) disrespects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evolutionary benefit theory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vengeance</w:t>
      </w:r>
      <w:r>
        <w:rPr>
          <w:b/>
          <w:bCs/>
        </w:rPr>
        <w:t xml:space="preserve"> </w:t>
      </w:r>
      <w:r>
        <w:rPr>
          <w:b/>
          <w:bCs/>
        </w:rPr>
        <w:t xml:space="preserve">is supported by studies showing that a person's desire for revenge increases when others see their mistreatment.</w:t>
      </w:r>
      <w:r>
        <w:br/>
      </w:r>
      <w:r>
        <w:t xml:space="preserve">    (a) status</w:t>
      </w:r>
      <w:r>
        <w:br/>
      </w:r>
      <w:r>
        <w:t xml:space="preserve">    (b) fairness</w:t>
      </w:r>
      <w:r>
        <w:br/>
      </w:r>
      <w:r>
        <w:t xml:space="preserve">    (c) revenge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fears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wrath</w:t>
      </w:r>
      <w:r>
        <w:rPr>
          <w:b/>
          <w:bCs/>
        </w:rPr>
        <w:t xml:space="preserve"> </w:t>
      </w:r>
      <w:r>
        <w:rPr>
          <w:b/>
          <w:bCs/>
        </w:rPr>
        <w:t xml:space="preserve">of God.</w:t>
      </w:r>
      <w:r>
        <w:br/>
      </w:r>
      <w:r>
        <w:t xml:space="preserve">    (a) power</w:t>
      </w:r>
      <w:r>
        <w:br/>
      </w:r>
      <w:r>
        <w:t xml:space="preserve">    (b) angry punishment</w:t>
      </w:r>
      <w:r>
        <w:br/>
      </w:r>
      <w:r>
        <w:t xml:space="preserve">    (c) unpredictable moods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need someone with both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zeal</w:t>
      </w:r>
      <w:r>
        <w:rPr>
          <w:b/>
          <w:bCs/>
        </w:rPr>
        <w:t xml:space="preserve"> </w:t>
      </w:r>
      <w:r>
        <w:rPr>
          <w:b/>
          <w:bCs/>
        </w:rPr>
        <w:t xml:space="preserve">and ability.</w:t>
      </w:r>
      <w:r>
        <w:br/>
      </w:r>
      <w:r>
        <w:t xml:space="preserve">    (a) patience</w:t>
      </w:r>
      <w:r>
        <w:br/>
      </w:r>
      <w:r>
        <w:t xml:space="preserve">    (b) honesty</w:t>
      </w:r>
      <w:r>
        <w:br/>
      </w:r>
      <w:r>
        <w:t xml:space="preserve">    (c) enthusiasm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2026-07-31T17:07:18Z</dcterms:created>
  <dcterms:modified xsi:type="dcterms:W3CDTF">2026-07-31T17:07:18Z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