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fd74a8cb461864d9bbb9b0ffbbf2fc6b01ae10"/>
    <w:p>
      <w:pPr>
        <w:pStyle w:val="Heading1"/>
      </w:pPr>
      <w:r>
        <w:rPr>
          <w:b/>
          <w:bCs/>
        </w:rPr>
        <w:t xml:space="preserve">The Divine Comedy - Volume 3 (Paradise)</w:t>
      </w:r>
      <w:r>
        <w:br/>
      </w:r>
      <w:r>
        <w:rPr>
          <w:i/>
          <w:iCs/>
        </w:rPr>
        <w:t xml:space="preserve">Dante Alighieri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Denunciation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Popes.</w:t>
      </w:r>
      <w:r>
        <w:br/>
      </w:r>
      <w:r>
        <w:t xml:space="preserve">    (a) pessimism or unpleasantness</w:t>
      </w:r>
      <w:r>
        <w:br/>
      </w:r>
      <w:r>
        <w:t xml:space="preserve">    (b) arousing or inspiring again</w:t>
      </w:r>
      <w:r>
        <w:br/>
      </w:r>
      <w:r>
        <w:t xml:space="preserve">    (c) excessive desire for wealth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of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ardent</w:t>
      </w:r>
      <w:r>
        <w:rPr>
          <w:b/>
          <w:bCs/>
        </w:rPr>
        <w:t xml:space="preserve"> </w:t>
      </w:r>
      <w:r>
        <w:rPr>
          <w:b/>
          <w:bCs/>
        </w:rPr>
        <w:t xml:space="preserve">desire of every part of the latter to be conjoined with every part of that most divine quiet heaven.</w:t>
      </w:r>
      <w:r>
        <w:br/>
      </w:r>
      <w:r>
        <w:t xml:space="preserve">    (a) aka analytic -- relating to a theory of psychiatry</w:t>
      </w:r>
      <w:r>
        <w:br/>
      </w:r>
      <w:r>
        <w:t xml:space="preserve">    (b) feeling intense emotion (often enthusiasm or love)</w:t>
      </w:r>
      <w:r>
        <w:br/>
      </w:r>
      <w:r>
        <w:t xml:space="preserve">    (c) the trait of being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this,[7] comes whatso seems different between light and light, not from dense and rare; this is the formal principle which produces,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conformed</w:t>
      </w:r>
      <w:r>
        <w:rPr>
          <w:b/>
          <w:bCs/>
        </w:rPr>
        <w:t xml:space="preserve"> </w:t>
      </w:r>
      <w:r>
        <w:rPr>
          <w:b/>
          <w:bCs/>
        </w:rPr>
        <w:t xml:space="preserve">unto its goodness, the dark and the bright.</w:t>
      </w:r>
      <w:r>
        <w:br/>
      </w:r>
      <w:r>
        <w:t xml:space="preserve">    (a) prepared food in a way that keeps it from spoiling</w:t>
      </w:r>
      <w:r>
        <w:br/>
      </w:r>
      <w:r>
        <w:t xml:space="preserve">    (b) supported by providing money or other economic aid</w:t>
      </w:r>
      <w:r>
        <w:br/>
      </w:r>
      <w:r>
        <w:t xml:space="preserve">    (c) complied, fit in, or was similar to what is normal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[2] The sister of Corso Donati and of Forese: see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Purgatory</w:t>
      </w:r>
      <w:r>
        <w:rPr>
          <w:b/>
          <w:bCs/>
        </w:rPr>
        <w:t xml:space="preserve">, Canto XXIII</w:t>
      </w:r>
      <w:r>
        <w:br/>
      </w:r>
      <w:r>
        <w:t xml:space="preserve">    (a) treatment with extra kindness or tolerance  OR  (more rarely) a special pleasure (typically something done in excess of what is thought good -- such as eating too much cake, or being too lazy)</w:t>
      </w:r>
      <w:r>
        <w:br/>
      </w:r>
      <w:r>
        <w:t xml:space="preserve">    (b) a place or state of temporary suffering while waiting</w:t>
      </w:r>
      <w:r>
        <w:br/>
      </w:r>
      <w:r>
        <w:br/>
      </w:r>
      <w:r>
        <w:t xml:space="preserve">or in Roman Catholic theology: the place where those who have died in a state of grace undergo limited suffering to pay for their sins</w:t>
      </w:r>
      <w:r>
        <w:br/>
      </w:r>
      <w:r>
        <w:t xml:space="preserve">    (c) a person with or something related to an eating disorder in which overeating is followed by guilt and unhealthy attempts at correction -- especially self-induced vomiting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reasonest, 'If the good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, by what reckoning doth the violence of others lessen for me the measure of desert?'</w:t>
      </w:r>
      <w:r>
        <w:br/>
      </w:r>
      <w:r>
        <w:t xml:space="preserve">    (a) differ; or change</w:t>
      </w:r>
      <w:r>
        <w:br/>
      </w:r>
      <w:r>
        <w:t xml:space="preserve">    (b) influence opinion</w:t>
      </w:r>
      <w:r>
        <w:br/>
      </w:r>
      <w:r>
        <w:t xml:space="preserve">    (c) continued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death that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that I may live</w:t>
      </w:r>
      <w:r>
        <w:br/>
      </w:r>
      <w:r>
        <w:t xml:space="preserve">    (a) stuck out, attracted more attention than desired, or imposed on others</w:t>
      </w:r>
      <w:r>
        <w:br/>
      </w:r>
      <w:r>
        <w:t xml:space="preserve">    (b) suffered through</w:t>
      </w:r>
      <w:r>
        <w:br/>
      </w:r>
      <w:r>
        <w:t xml:space="preserve">    (c) not persuaded to want something (often sex or love) through temptation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flame upon thee in the heat of love, beyond the fashion that on earth is seen, go that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the valor of thine eyes, marvel not, for it proceeds from perfect vision,[1] which according as it apprehends, so moves its feet to the apprehended good.</w:t>
      </w:r>
      <w:r>
        <w:br/>
      </w:r>
      <w:r>
        <w:t xml:space="preserve">    (a) influence opinion</w:t>
      </w:r>
      <w:r>
        <w:br/>
      </w:r>
      <w:r>
        <w:t xml:space="preserve">    (b) differ; or change</w:t>
      </w:r>
      <w:r>
        <w:br/>
      </w:r>
      <w:r>
        <w:t xml:space="preserve">    (c) completely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Diverse</w:t>
      </w:r>
      <w:r>
        <w:rPr>
          <w:b/>
          <w:bCs/>
        </w:rPr>
        <w:t xml:space="preserve"> </w:t>
      </w:r>
      <w:r>
        <w:rPr>
          <w:b/>
          <w:bCs/>
        </w:rPr>
        <w:t xml:space="preserve">voices make sweet notes; thus in our life diverse benches[2] render sweet harmony among these wheels.</w:t>
      </w:r>
      <w:r>
        <w:br/>
      </w:r>
      <w:r>
        <w:t xml:space="preserve">    (a) related to a mental illness most commonly associated with undeveloped social abilities, language, and other communication skills</w:t>
      </w:r>
      <w:r>
        <w:br/>
      </w:r>
      <w:r>
        <w:t xml:space="preserve">    (b) varied or (having differences amongst things of the same kind) -- especially with regard to ideas or members of a population group</w:t>
      </w:r>
      <w:r>
        <w:br/>
      </w:r>
      <w:r>
        <w:t xml:space="preserve">    (c) submissiveness -- often behavior of someone who is so submissive or eager to serve and please that they seem to lack self-respect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will quickly loose thy mind: and do thou listen, for my words will make thee a present of a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doctrine</w:t>
      </w:r>
      <w:r>
        <w:rPr>
          <w:b/>
          <w:bCs/>
        </w:rPr>
        <w:t xml:space="preserve">.</w:t>
      </w:r>
      <w:r>
        <w:br/>
      </w:r>
      <w:r>
        <w:t xml:space="preserve">    (a) an economic system where most decisions are made through voluntary buying and selling</w:t>
      </w:r>
      <w:r>
        <w:br/>
      </w:r>
      <w:r>
        <w:t xml:space="preserve">    (b) a substance that stimulates the production of antibodies to protect against a disease</w:t>
      </w:r>
      <w:r>
        <w:br/>
      </w:r>
      <w:r>
        <w:t xml:space="preserve">    (c) a belief (or system of beliefs or principles) accepted as authoritative by some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[2] Substance, as a scholastic term,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signifies</w:t>
      </w:r>
      <w:r>
        <w:rPr>
          <w:b/>
          <w:bCs/>
        </w:rPr>
        <w:t xml:space="preserve"> </w:t>
      </w:r>
      <w:r>
        <w:rPr>
          <w:b/>
          <w:bCs/>
        </w:rPr>
        <w:t xml:space="preserve">a being subsisting by itself with a quality of its own</w:t>
      </w:r>
      <w:r>
        <w:br/>
      </w:r>
      <w:r>
        <w:t xml:space="preserve">    (a) lacking things most people enjoy</w:t>
      </w:r>
      <w:r>
        <w:br/>
      </w:r>
      <w:r>
        <w:t xml:space="preserve">    (b) of the Netherlands or its people</w:t>
      </w:r>
      <w:r>
        <w:br/>
      </w:r>
      <w:r>
        <w:t xml:space="preserve">    (c) to indicate (to show or to mean)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and dear jewel of our kingdom,[6] who is nearest to me, great fame has remained, and ere it die away this hundredth year shall yet come round five times.</w:t>
      </w:r>
      <w:r>
        <w:br/>
      </w:r>
      <w:r>
        <w:t xml:space="preserve">    (a) able to be translated</w:t>
      </w:r>
      <w:r>
        <w:br/>
      </w:r>
      <w:r>
        <w:t xml:space="preserve">    (b) exactness or accuracy</w:t>
      </w:r>
      <w:r>
        <w:br/>
      </w:r>
      <w:r>
        <w:t xml:space="preserve">    (c) beautiful or splendid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[13] Here she was silent, and had to 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semblance</w:t>
      </w:r>
      <w:r>
        <w:rPr>
          <w:b/>
          <w:bCs/>
        </w:rPr>
        <w:t xml:space="preserve"> </w:t>
      </w:r>
      <w:r>
        <w:rPr>
          <w:b/>
          <w:bCs/>
        </w:rPr>
        <w:t xml:space="preserve">of being turned elsewhither by the wheel in which she set herself as she was before</w:t>
      </w:r>
      <w:r>
        <w:br/>
      </w:r>
      <w:r>
        <w:t xml:space="preserve">    (a) the outward appearance of something -- especially when the reality is different or incomplete</w:t>
      </w:r>
      <w:r>
        <w:br/>
      </w:r>
      <w:r>
        <w:t xml:space="preserve">    (b) of the philosophical &amp; religious system based on the teachings of Laozi (also spelled Taoist)</w:t>
      </w:r>
      <w:r>
        <w:br/>
      </w:r>
      <w:r>
        <w:t xml:space="preserve">    (c) a response to an offer that proposes a different agreement while rejecting the previous offer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[3] The books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</w:t>
      </w:r>
      <w:r>
        <w:br/>
      </w:r>
      <w:r>
        <w:t xml:space="preserve">    (a) the state of being awake</w:t>
      </w:r>
      <w:r>
        <w:br/>
      </w:r>
      <w:r>
        <w:t xml:space="preserve">    (b) able to take on or adopt</w:t>
      </w:r>
      <w:r>
        <w:br/>
      </w:r>
      <w:r>
        <w:t xml:space="preserve">    (c) associated with a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horn to horn[1] and between the top and the base lights were moving, brightly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scintillating</w:t>
      </w:r>
      <w:r>
        <w:rPr>
          <w:b/>
          <w:bCs/>
        </w:rPr>
        <w:t xml:space="preserve"> </w:t>
      </w:r>
      <w:r>
        <w:rPr>
          <w:b/>
          <w:bCs/>
        </w:rPr>
        <w:t xml:space="preserve">as they met together and in their passing by.</w:t>
      </w:r>
      <w:r>
        <w:br/>
      </w:r>
      <w:r>
        <w:t xml:space="preserve">    (a) interacting, interesting, or attracting</w:t>
      </w:r>
      <w:r>
        <w:br/>
      </w:r>
      <w:r>
        <w:t xml:space="preserve">    (b) brilliantly lively, clever, or exciting</w:t>
      </w:r>
      <w:r>
        <w:br/>
      </w:r>
      <w:r>
        <w:t xml:space="preserve">    (c) making different; or showing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being just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am I here exalted to that glory which lets not itself be conquered by desire;</w:t>
      </w:r>
      <w:r>
        <w:br/>
      </w:r>
      <w:r>
        <w:t xml:space="preserve">    (a) able to be disagreed with</w:t>
      </w:r>
      <w:r>
        <w:br/>
      </w:r>
      <w:r>
        <w:t xml:space="preserve">    (b) not able to be translated</w:t>
      </w:r>
      <w:r>
        <w:br/>
      </w:r>
      <w:r>
        <w:t xml:space="preserve">    (c) highly religious and 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he knows much of what the world cannot see of the divine grace, although his sight cannot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discern</w:t>
      </w:r>
      <w:r>
        <w:rPr>
          <w:b/>
          <w:bCs/>
        </w:rPr>
        <w:t xml:space="preserve"> </w:t>
      </w:r>
      <w:r>
        <w:rPr>
          <w:b/>
          <w:bCs/>
        </w:rPr>
        <w:t xml:space="preserve">its depth.</w:t>
      </w:r>
      <w:r>
        <w:br/>
      </w:r>
      <w:r>
        <w:t xml:space="preserve">    (a) a sensible view of a situation</w:t>
      </w:r>
      <w:r>
        <w:br/>
      </w:r>
      <w:r>
        <w:t xml:space="preserve">    (b) made by taking on as one's own</w:t>
      </w:r>
      <w:r>
        <w:br/>
      </w:r>
      <w:r>
        <w:t xml:space="preserve">    (c)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[4] Were God now to interpose to correct the evils of the Church, the marvel would be less than that of the miracles of old, and therefore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interposition</w:t>
      </w:r>
      <w:r>
        <w:rPr>
          <w:b/>
          <w:bCs/>
        </w:rPr>
        <w:t xml:space="preserve"> </w:t>
      </w:r>
      <w:r>
        <w:rPr>
          <w:b/>
          <w:bCs/>
        </w:rPr>
        <w:t xml:space="preserve">may be hoped for</w:t>
      </w:r>
      <w:r>
        <w:br/>
      </w:r>
      <w:r>
        <w:t xml:space="preserve">    (a) to insert between other elements; or to interrupt or stop action by others</w:t>
      </w:r>
      <w:r>
        <w:br/>
      </w:r>
      <w:r>
        <w:t xml:space="preserve">    (b) someone involved in challenging, arguing about, or fighting over something</w:t>
      </w:r>
      <w:r>
        <w:br/>
      </w:r>
      <w:r>
        <w:t xml:space="preserve">    (c) the act of again being in a working position; or the act of starting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...makes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manifest</w:t>
      </w:r>
      <w:r>
        <w:rPr>
          <w:b/>
          <w:bCs/>
        </w:rPr>
        <w:t xml:space="preserve"> </w:t>
      </w:r>
      <w:r>
        <w:rPr>
          <w:b/>
          <w:bCs/>
        </w:rPr>
        <w:t xml:space="preserve">to us this revelation.</w:t>
      </w:r>
      <w:r>
        <w:br/>
      </w:r>
      <w:r>
        <w:t xml:space="preserve">    (a) to understand or explain something in a particular way</w:t>
      </w:r>
      <w:r>
        <w:br/>
      </w:r>
      <w:r>
        <w:t xml:space="preserve">    (b) excessively examine in an attempt to better understand</w:t>
      </w:r>
      <w:r>
        <w:br/>
      </w:r>
      <w:r>
        <w:t xml:space="preserve">    (c) obvious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Hence this one,[7] which sweeps along with itself all the rest of the universe,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corresponds</w:t>
      </w:r>
      <w:r>
        <w:rPr>
          <w:b/>
          <w:bCs/>
        </w:rPr>
        <w:t xml:space="preserve"> </w:t>
      </w:r>
      <w:r>
        <w:rPr>
          <w:b/>
          <w:bCs/>
        </w:rPr>
        <w:t xml:space="preserve">to the circle[8] which loves most, and knows most.</w:t>
      </w:r>
      <w:r>
        <w:br/>
      </w:r>
      <w:r>
        <w:t xml:space="preserve">    (a) (noun) text that is marked as important  OR  (verb) marks important text</w:t>
      </w:r>
      <w:r>
        <w:br/>
      </w:r>
      <w:r>
        <w:t xml:space="preserve">    (b) connects or fits together by being equivalent, proportionate, or matched</w:t>
      </w:r>
      <w:r>
        <w:br/>
      </w:r>
      <w:r>
        <w:t xml:space="preserve">    (c) causes of problems or illnesses; or processes to identify such problems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[1] The stream, the sparks, the flowers are not such in reality as they seem to be; they are but images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foreshadowing</w:t>
      </w:r>
      <w:r>
        <w:rPr>
          <w:b/>
          <w:bCs/>
        </w:rPr>
        <w:t xml:space="preserve"> </w:t>
      </w:r>
      <w:r>
        <w:rPr>
          <w:b/>
          <w:bCs/>
        </w:rPr>
        <w:t xml:space="preserve">the truth</w:t>
      </w:r>
      <w:r>
        <w:br/>
      </w:r>
      <w:r>
        <w:t xml:space="preserve">    (a) being a sign of</w:t>
      </w:r>
      <w:r>
        <w:br/>
      </w:r>
      <w:r>
        <w:t xml:space="preserve">    (b) making possible</w:t>
      </w:r>
      <w:r>
        <w:br/>
      </w:r>
      <w:r>
        <w:t xml:space="preserve">    (c) making stronger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2026-07-31T17:07:44Z</dcterms:created>
  <dcterms:modified xsi:type="dcterms:W3CDTF">2026-07-31T17:07:44Z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