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8818c4f9c82acb9fe095473ef2e4de39b87cda"/>
    <w:p>
      <w:pPr>
        <w:pStyle w:val="Heading1"/>
      </w:pPr>
      <w:r>
        <w:rPr>
          <w:b/>
          <w:bCs/>
        </w:rPr>
        <w:t xml:space="preserve">Dante's Inferno</w:t>
      </w:r>
      <w:r>
        <w:br/>
      </w:r>
      <w:r>
        <w:rPr>
          <w:i/>
          <w:iCs/>
        </w:rPr>
        <w:t xml:space="preserve">Dante Alighieri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"And art thou then that Virgil, that well-spring,</w:t>
      </w:r>
      <w:r>
        <w:br/>
      </w:r>
      <w:r>
        <w:rPr>
          <w:b/>
          <w:bCs/>
        </w:rPr>
        <w:t xml:space="preserve">From which such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floods of eloquence</w:t>
      </w:r>
      <w:r>
        <w:br/>
      </w:r>
      <w:r>
        <w:rPr>
          <w:b/>
          <w:bCs/>
        </w:rPr>
        <w:t xml:space="preserve">Have issued?"</w:t>
      </w:r>
      <w:r>
        <w:br/>
      </w:r>
      <w:r>
        <w:t xml:space="preserve">    (a) abundant (large in quantity or number)</w:t>
      </w:r>
      <w:r>
        <w:br/>
      </w:r>
      <w:r>
        <w:t xml:space="preserve">    (b) able to accept as true (without proof)</w:t>
      </w:r>
      <w:r>
        <w:br/>
      </w:r>
      <w:r>
        <w:t xml:space="preserve">    (c) able to be protected or kept unchanged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...seed that did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engender</w:t>
      </w:r>
      <w:r>
        <w:rPr>
          <w:b/>
          <w:bCs/>
        </w:rPr>
        <w:t xml:space="preserve"> </w:t>
      </w:r>
      <w:r>
        <w:rPr>
          <w:b/>
          <w:bCs/>
        </w:rPr>
        <w:t xml:space="preserve">them and give them birth.</w:t>
      </w:r>
      <w:r>
        <w:br/>
      </w:r>
      <w:r>
        <w:t xml:space="preserve">    (a) cause (to exist)</w:t>
      </w:r>
      <w:r>
        <w:br/>
      </w:r>
      <w:r>
        <w:t xml:space="preserve">    (b) trade</w:t>
      </w:r>
      <w:r>
        <w:br/>
      </w:r>
      <w:r>
        <w:t xml:space="preserve">    (c) delay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when a little more I rais'd my brow,</w:t>
      </w:r>
      <w:r>
        <w:br/>
      </w:r>
      <w:r>
        <w:rPr>
          <w:b/>
          <w:bCs/>
        </w:rPr>
        <w:t xml:space="preserve">I spied the master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sapient</w:t>
      </w:r>
      <w:r>
        <w:rPr>
          <w:b/>
          <w:bCs/>
        </w:rPr>
        <w:t xml:space="preserve"> </w:t>
      </w:r>
      <w:r>
        <w:rPr>
          <w:b/>
          <w:bCs/>
        </w:rPr>
        <w:t xml:space="preserve">throng,</w:t>
      </w:r>
      <w:r>
        <w:br/>
      </w:r>
      <w:r>
        <w:rPr>
          <w:b/>
          <w:bCs/>
        </w:rPr>
        <w:t xml:space="preserve">Seated amid the philosophic train.</w:t>
      </w:r>
      <w:r>
        <w:br/>
      </w:r>
      <w:r>
        <w:t xml:space="preserve">    (a) wise and insightful</w:t>
      </w:r>
      <w:r>
        <w:br/>
      </w:r>
      <w:r>
        <w:t xml:space="preserve">    (b) not straightforward</w:t>
      </w:r>
      <w:r>
        <w:br/>
      </w:r>
      <w:r>
        <w:t xml:space="preserve">    (c) not done on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who go'st Visiting, through this element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obscure</w:t>
      </w:r>
      <w:r>
        <w:rPr>
          <w:b/>
          <w:bCs/>
        </w:rPr>
        <w:t xml:space="preserve">,</w:t>
      </w:r>
      <w:r>
        <w:br/>
      </w:r>
      <w:r>
        <w:t xml:space="preserve">    (a) select (on a computer screen)</w:t>
      </w:r>
      <w:r>
        <w:br/>
      </w:r>
      <w:r>
        <w:t xml:space="preserve">    (b) dark, dingy, or inconspicuous</w:t>
      </w:r>
      <w:r>
        <w:br/>
      </w:r>
      <w:r>
        <w:t xml:space="preserve">    (c) an involuntary vomiting spasm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jarring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 </w:t>
      </w:r>
      <w:r>
        <w:rPr>
          <w:b/>
          <w:bCs/>
        </w:rPr>
        <w:t xml:space="preserve">hath assail'd it</w:t>
      </w:r>
      <w:r>
        <w:br/>
      </w:r>
      <w:r>
        <w:t xml:space="preserve">    (a) conflict</w:t>
      </w:r>
      <w:r>
        <w:br/>
      </w:r>
      <w:r>
        <w:t xml:space="preserve">    (b) characterized by narrower parallel folds when closed and wider when open</w:t>
      </w:r>
      <w:r>
        <w:br/>
      </w:r>
      <w:r>
        <w:t xml:space="preserve">    (c) design based on alphabetic letters; or adding such a design to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Compassing that path</w:t>
      </w:r>
      <w:r>
        <w:br/>
      </w:r>
      <w:r>
        <w:rPr>
          <w:b/>
          <w:bCs/>
          <w:u w:val="single"/>
        </w:rPr>
        <w:t xml:space="preserve">Circuitous</w:t>
      </w:r>
      <w:r>
        <w:rPr>
          <w:b/>
          <w:bCs/>
        </w:rPr>
        <w:t xml:space="preserve"> </w:t>
      </w:r>
      <w:r>
        <w:rPr>
          <w:b/>
          <w:bCs/>
        </w:rPr>
        <w:t xml:space="preserve">we journeyed, and discourse</w:t>
      </w:r>
      <w:r>
        <w:br/>
      </w:r>
      <w:r>
        <w:rPr>
          <w:b/>
          <w:bCs/>
        </w:rPr>
        <w:t xml:space="preserve">Much more than I relate between us pass'd:</w:t>
      </w:r>
      <w:r>
        <w:br/>
      </w:r>
      <w:r>
        <w:rPr>
          <w:b/>
          <w:bCs/>
        </w:rPr>
        <w:t xml:space="preserve">Till at the point, where the steps led below,</w:t>
      </w:r>
      <w:r>
        <w:br/>
      </w:r>
      <w:r>
        <w:rPr>
          <w:b/>
          <w:bCs/>
        </w:rPr>
        <w:t xml:space="preserve">Arriv'd, there Plutus, the great foe, we found.</w:t>
      </w:r>
      <w:r>
        <w:br/>
      </w:r>
      <w:r>
        <w:t xml:space="preserve">    (a) pleasing</w:t>
      </w:r>
      <w:r>
        <w:br/>
      </w:r>
      <w:r>
        <w:t xml:space="preserve">    (b) indirect</w:t>
      </w:r>
      <w:r>
        <w:br/>
      </w:r>
      <w:r>
        <w:t xml:space="preserve">    (c) absolute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is she,</w:t>
      </w:r>
      <w:r>
        <w:br/>
      </w:r>
      <w:r>
        <w:rPr>
          <w:b/>
          <w:bCs/>
        </w:rPr>
        <w:t xml:space="preserve">So execrated e'en by those, whose debt</w:t>
      </w:r>
      <w:r>
        <w:br/>
      </w:r>
      <w:r>
        <w:rPr>
          <w:b/>
          <w:bCs/>
        </w:rPr>
        <w:t xml:space="preserve">To her is rather praise; they wrongfully</w:t>
      </w:r>
      <w:r>
        <w:br/>
      </w:r>
      <w:r>
        <w:rPr>
          <w:b/>
          <w:bCs/>
        </w:rPr>
        <w:t xml:space="preserve">With blame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requite</w:t>
      </w:r>
      <w:r>
        <w:rPr>
          <w:b/>
          <w:bCs/>
        </w:rPr>
        <w:t xml:space="preserve"> </w:t>
      </w:r>
      <w:r>
        <w:rPr>
          <w:b/>
          <w:bCs/>
        </w:rPr>
        <w:t xml:space="preserve">her, and with evil word;</w:t>
      </w:r>
      <w:r>
        <w:br/>
      </w:r>
      <w:r>
        <w:rPr>
          <w:b/>
          <w:bCs/>
        </w:rPr>
        <w:t xml:space="preserve">But she is blessed, and for that recks not:</w:t>
      </w:r>
      <w:r>
        <w:br/>
      </w:r>
      <w:r>
        <w:rPr>
          <w:b/>
          <w:bCs/>
        </w:rPr>
        <w:t xml:space="preserve">Amidst the other primal beings glad</w:t>
      </w:r>
      <w:r>
        <w:br/>
      </w:r>
      <w:r>
        <w:rPr>
          <w:b/>
          <w:bCs/>
        </w:rPr>
        <w:t xml:space="preserve">Rolls on her sphere, and in her bliss exults.</w:t>
      </w:r>
      <w:r>
        <w:br/>
      </w:r>
      <w:r>
        <w:t xml:space="preserve">    (a) strongly desire</w:t>
      </w:r>
      <w:r>
        <w:br/>
      </w:r>
      <w:r>
        <w:t xml:space="preserve">    (b) repay or return</w:t>
      </w:r>
      <w:r>
        <w:br/>
      </w:r>
      <w:r>
        <w:t xml:space="preserve">    (c) think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"Doth ever any</w:t>
      </w:r>
      <w:r>
        <w:br/>
      </w:r>
      <w:r>
        <w:rPr>
          <w:b/>
          <w:bCs/>
        </w:rPr>
        <w:t xml:space="preserve">Into this rueful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concave</w:t>
      </w:r>
      <w:r>
        <w:rPr>
          <w:b/>
          <w:bCs/>
        </w:rPr>
        <w:t xml:space="preserve">'s extreme depth</w:t>
      </w:r>
      <w:r>
        <w:br/>
      </w:r>
      <w:r>
        <w:rPr>
          <w:b/>
          <w:bCs/>
        </w:rPr>
        <w:t xml:space="preserve">Descend, out of the first degree, whose pain</w:t>
      </w:r>
      <w:r>
        <w:br/>
      </w:r>
      <w:r>
        <w:rPr>
          <w:b/>
          <w:bCs/>
        </w:rPr>
        <w:t xml:space="preserve">Is deprivation merely of sweet hope?"</w:t>
      </w:r>
      <w:r>
        <w:br/>
      </w:r>
      <w:r>
        <w:t xml:space="preserve">    (a) include consideration of</w:t>
      </w:r>
      <w:r>
        <w:br/>
      </w:r>
      <w:r>
        <w:t xml:space="preserve">    (b) struggle or disagreement</w:t>
      </w:r>
      <w:r>
        <w:br/>
      </w:r>
      <w:r>
        <w:t xml:space="preserve">    (c) angled or curving inward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farther on a space</w:t>
      </w:r>
      <w:r>
        <w:br/>
      </w:r>
      <w:r>
        <w:rPr>
          <w:b/>
          <w:bCs/>
        </w:rPr>
        <w:t xml:space="preserve">The Centaur paus'd, near some, who at the throat</w:t>
      </w:r>
      <w:r>
        <w:br/>
      </w:r>
      <w:r>
        <w:rPr>
          <w:b/>
          <w:bCs/>
        </w:rPr>
        <w:t xml:space="preserve">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extant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wave; and showing us</w:t>
      </w:r>
      <w:r>
        <w:br/>
      </w:r>
      <w:r>
        <w:rPr>
          <w:b/>
          <w:bCs/>
        </w:rPr>
        <w:t xml:space="preserve">A spirit by itself apart retir'd,</w:t>
      </w:r>
      <w:r>
        <w:br/>
      </w:r>
      <w:r>
        <w:rPr>
          <w:b/>
          <w:bCs/>
        </w:rPr>
        <w:t xml:space="preserve">Exclaim'd: "He in God's bosom smote the heart,</w:t>
      </w:r>
      <w:r>
        <w:br/>
      </w:r>
      <w:r>
        <w:rPr>
          <w:b/>
          <w:bCs/>
        </w:rPr>
        <w:t xml:space="preserve">Which yet is honour'd on the bank of Thames."</w:t>
      </w:r>
      <w:r>
        <w:br/>
      </w:r>
      <w:r>
        <w:t xml:space="preserve">    (a) still in existence</w:t>
      </w:r>
      <w:r>
        <w:br/>
      </w:r>
      <w:r>
        <w:t xml:space="preserve">    (b) wrongly translates</w:t>
      </w:r>
      <w:r>
        <w:br/>
      </w:r>
      <w:r>
        <w:t xml:space="preserve">    (c) restarted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kind instructor in these words began:</w:t>
      </w:r>
      <w:r>
        <w:br/>
      </w:r>
      <w:r>
        <w:rPr>
          <w:b/>
          <w:bCs/>
        </w:rPr>
        <w:t xml:space="preserve">"Ere farther thou proceed, know thou art now</w:t>
      </w:r>
      <w:r>
        <w:br/>
      </w:r>
      <w:r>
        <w:rPr>
          <w:b/>
          <w:bCs/>
        </w:rPr>
        <w:t xml:space="preserve">I' th' second round, and shalt be, till thou come</w:t>
      </w:r>
      <w:r>
        <w:br/>
      </w:r>
      <w:r>
        <w:rPr>
          <w:b/>
          <w:bCs/>
        </w:rPr>
        <w:t xml:space="preserve">Upon the horrid sand: look therefore well</w:t>
      </w:r>
      <w:r>
        <w:br/>
      </w:r>
      <w:r>
        <w:rPr>
          <w:b/>
          <w:bCs/>
        </w:rPr>
        <w:t xml:space="preserve">Around thee, and such things thou shalt behold,</w:t>
      </w:r>
      <w:r>
        <w:br/>
      </w:r>
      <w:r>
        <w:rPr>
          <w:b/>
          <w:bCs/>
        </w:rPr>
        <w:t xml:space="preserve">As would my speech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discredit</w:t>
      </w:r>
      <w:r>
        <w:rPr>
          <w:b/>
          <w:bCs/>
        </w:rPr>
        <w:t xml:space="preserve">."</w:t>
      </w:r>
      <w:r>
        <w:br/>
      </w:r>
      <w:r>
        <w:t xml:space="preserve">    (a) damage the reputation of</w:t>
      </w:r>
      <w:r>
        <w:br/>
      </w:r>
      <w:r>
        <w:t xml:space="preserve">    (b) struggle or disagreement</w:t>
      </w:r>
      <w:r>
        <w:br/>
      </w:r>
      <w:r>
        <w:t xml:space="preserve">    (c) include consideration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torrid</w:t>
      </w:r>
      <w:r>
        <w:rPr>
          <w:b/>
          <w:bCs/>
        </w:rPr>
        <w:t xml:space="preserve"> </w:t>
      </w:r>
      <w:r>
        <w:rPr>
          <w:b/>
          <w:bCs/>
        </w:rPr>
        <w:t xml:space="preserve">Indian clime, the son Of Ammon saw upon his warrior band Descending, solid flames, that to the ground Came down:</w:t>
      </w:r>
      <w:r>
        <w:br/>
      </w:r>
      <w:r>
        <w:t xml:space="preserve">    (a) restarts (a fire)</w:t>
      </w:r>
      <w:r>
        <w:br/>
      </w:r>
      <w:r>
        <w:t xml:space="preserve">    (b) hot</w:t>
      </w:r>
      <w:r>
        <w:br/>
      </w:r>
      <w:r>
        <w:t xml:space="preserve">    (c) arouse or inspire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Lethe thou shalt see,</w:t>
      </w:r>
      <w:r>
        <w:br/>
      </w:r>
      <w:r>
        <w:rPr>
          <w:b/>
          <w:bCs/>
        </w:rPr>
        <w:t xml:space="preserve">But not within this hollow, in the place,</w:t>
      </w:r>
      <w:r>
        <w:br/>
      </w:r>
      <w:r>
        <w:rPr>
          <w:b/>
          <w:bCs/>
        </w:rPr>
        <w:t xml:space="preserve">Whither to lave themselves the spirits go,</w:t>
      </w:r>
      <w:r>
        <w:br/>
      </w:r>
      <w:r>
        <w:rPr>
          <w:b/>
          <w:bCs/>
        </w:rPr>
        <w:t xml:space="preserve">Whose blame hath been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penitence</w:t>
      </w:r>
      <w:r>
        <w:rPr>
          <w:b/>
          <w:bCs/>
        </w:rPr>
        <w:t xml:space="preserve"> </w:t>
      </w:r>
      <w:r>
        <w:rPr>
          <w:b/>
          <w:bCs/>
        </w:rPr>
        <w:t xml:space="preserve">remov'd.</w:t>
      </w:r>
      <w:r>
        <w:br/>
      </w:r>
      <w:r>
        <w:t xml:space="preserve">    (a) feeling or expressing sorrow for having done wrong; or a person who does such</w:t>
      </w:r>
      <w:r>
        <w:br/>
      </w:r>
      <w:r>
        <w:t xml:space="preserve">    (b) a government, country, or ruling family of a country ruled by a king of queen</w:t>
      </w:r>
      <w:r>
        <w:br/>
      </w:r>
      <w:r>
        <w:t xml:space="preserve">    (c) a psychologist concerned with the treatment of abnormal thinking and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that ungrateful and malignant race,</w:t>
      </w:r>
      <w:r>
        <w:br/>
      </w:r>
      <w:r>
        <w:rPr>
          <w:b/>
          <w:bCs/>
        </w:rPr>
        <w:t xml:space="preserve">Who in old times came down from Fesole,</w:t>
      </w:r>
      <w:r>
        <w:br/>
      </w:r>
      <w:r>
        <w:rPr>
          <w:b/>
          <w:bCs/>
        </w:rPr>
        <w:t xml:space="preserve">Ay and still smack of their rough mountain-flint,</w:t>
      </w:r>
      <w:r>
        <w:br/>
      </w:r>
      <w:r>
        <w:rPr>
          <w:b/>
          <w:bCs/>
        </w:rPr>
        <w:t xml:space="preserve">Will for thy good deeds shew thee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enmity</w:t>
      </w:r>
      <w:r>
        <w:rPr>
          <w:b/>
          <w:bCs/>
        </w:rPr>
        <w:t xml:space="preserve">.</w:t>
      </w:r>
      <w:r>
        <w:br/>
      </w:r>
      <w:r>
        <w:t xml:space="preserve">    (a) memory</w:t>
      </w:r>
      <w:r>
        <w:br/>
      </w:r>
      <w:r>
        <w:t xml:space="preserve">    (b) battle</w:t>
      </w:r>
      <w:r>
        <w:br/>
      </w:r>
      <w:r>
        <w:t xml:space="preserve">    (c) hatred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Forthwith that image vile of fraud appear'd,</w:t>
      </w:r>
      <w:r>
        <w:br/>
      </w:r>
      <w:r>
        <w:rPr>
          <w:b/>
          <w:bCs/>
        </w:rPr>
        <w:t xml:space="preserve">His head and upper part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expos</w:t>
      </w:r>
      <w:r>
        <w:rPr>
          <w:b/>
          <w:bCs/>
        </w:rPr>
        <w:t xml:space="preserve">'d on land,</w:t>
      </w:r>
      <w:r>
        <w:br/>
      </w:r>
      <w:r>
        <w:rPr>
          <w:b/>
          <w:bCs/>
        </w:rPr>
        <w:t xml:space="preserve">But laid not on the shore his bestial train.</w:t>
      </w:r>
      <w:r>
        <w:br/>
      </w:r>
      <w:r>
        <w:t xml:space="preserve">    (a) things accepted as true (without proof)</w:t>
      </w:r>
      <w:r>
        <w:br/>
      </w:r>
      <w:r>
        <w:t xml:space="preserve">    (b) ways of seeing or thinking about things</w:t>
      </w:r>
      <w:r>
        <w:br/>
      </w:r>
      <w:r>
        <w:t xml:space="preserve">    (c) collections of things on public display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when amongst them looking round I came,</w:t>
      </w:r>
      <w:r>
        <w:br/>
      </w:r>
      <w:r>
        <w:rPr>
          <w:b/>
          <w:bCs/>
        </w:rPr>
        <w:t xml:space="preserve">A yellow purse I saw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azure</w:t>
      </w:r>
      <w:r>
        <w:rPr>
          <w:b/>
          <w:bCs/>
        </w:rPr>
        <w:t xml:space="preserve"> </w:t>
      </w:r>
      <w:r>
        <w:rPr>
          <w:b/>
          <w:bCs/>
        </w:rPr>
        <w:t xml:space="preserve">wrought,</w:t>
      </w:r>
      <w:r>
        <w:br/>
      </w:r>
      <w:r>
        <w:rPr>
          <w:b/>
          <w:bCs/>
        </w:rPr>
        <w:t xml:space="preserve">That wore a lion's countenance and port.</w:t>
      </w:r>
      <w:r>
        <w:br/>
      </w:r>
      <w:r>
        <w:t xml:space="preserve">    (a) disorder</w:t>
      </w:r>
      <w:r>
        <w:br/>
      </w:r>
      <w:r>
        <w:t xml:space="preserve">    (b) sky-blue</w:t>
      </w:r>
      <w:r>
        <w:br/>
      </w:r>
      <w:r>
        <w:t xml:space="preserve">    (c) reporter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—'Say rather wondrously,'</w:t>
      </w:r>
      <w:r>
        <w:br/>
      </w:r>
      <w:r>
        <w:rPr>
          <w:b/>
          <w:bCs/>
        </w:rPr>
        <w:t xml:space="preserve">And seeing this here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satiate</w:t>
      </w:r>
      <w:r>
        <w:rPr>
          <w:b/>
          <w:bCs/>
        </w:rPr>
        <w:t xml:space="preserve"> </w:t>
      </w:r>
      <w:r>
        <w:rPr>
          <w:b/>
          <w:bCs/>
        </w:rPr>
        <w:t xml:space="preserve">be our view.</w:t>
      </w:r>
      <w:r>
        <w:br/>
      </w:r>
      <w:r>
        <w:t xml:space="preserve">    (a) to satisfy a hunger; or fill to satisfaction (typically said of hunger for food, but can be said of anything desired--such as of knowledge or sensual pleasure)</w:t>
      </w:r>
      <w:r>
        <w:br/>
      </w:r>
      <w:r>
        <w:t xml:space="preserve">    (b) (noun) something that is lighter and draws attention -- such as an area of a painting  OR  (verb) making something lighter -- such as an area of a painting</w:t>
      </w:r>
      <w:r>
        <w:br/>
      </w:r>
      <w:r>
        <w:t xml:space="preserve">    (c) American football:  a defensive maneuver to swiftly tackle the quarterback by pursuing him with one or more defenders who normally remain behind the line of scrimmage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the friar</w:t>
      </w:r>
      <w:r>
        <w:br/>
      </w:r>
      <w:r>
        <w:rPr>
          <w:b/>
          <w:bCs/>
        </w:rPr>
        <w:t xml:space="preserve">He next his words address'd: "We pray ye tell,</w:t>
      </w:r>
      <w:r>
        <w:br/>
      </w:r>
      <w:r>
        <w:rPr>
          <w:b/>
          <w:bCs/>
        </w:rPr>
        <w:t xml:space="preserve">If so be lawful, whether on our right</w:t>
      </w:r>
      <w:r>
        <w:br/>
      </w:r>
      <w:r>
        <w:rPr>
          <w:b/>
          <w:bCs/>
        </w:rPr>
        <w:t xml:space="preserve">Lies any opening in the rock, whereby</w:t>
      </w:r>
      <w:r>
        <w:br/>
      </w:r>
      <w:r>
        <w:rPr>
          <w:b/>
          <w:bCs/>
        </w:rPr>
        <w:t xml:space="preserve">We both may issue hence,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constraint</w:t>
      </w:r>
      <w:r>
        <w:br/>
      </w:r>
      <w:r>
        <w:rPr>
          <w:b/>
          <w:bCs/>
        </w:rPr>
        <w:t xml:space="preserve">On the dark angels, that compell'd they come</w:t>
      </w:r>
      <w:r>
        <w:br/>
      </w:r>
      <w:r>
        <w:rPr>
          <w:b/>
          <w:bCs/>
        </w:rPr>
        <w:t xml:space="preserve">To lead us from this depth."</w:t>
      </w:r>
      <w:r>
        <w:br/>
      </w:r>
      <w:r>
        <w:t xml:space="preserve">    (a) lacking experience or sophistication</w:t>
      </w:r>
      <w:r>
        <w:br/>
      </w:r>
      <w:r>
        <w:t xml:space="preserve">    (b) a Muslim religious teacher or leader</w:t>
      </w:r>
      <w:r>
        <w:br/>
      </w:r>
      <w:r>
        <w:t xml:space="preserve">    (c) something that limits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him who stood erect, the mounting face</w:t>
      </w:r>
      <w:r>
        <w:br/>
      </w:r>
      <w:r>
        <w:rPr>
          <w:b/>
          <w:bCs/>
        </w:rPr>
        <w:t xml:space="preserve">Retreated towards the temples, and what there</w:t>
      </w:r>
      <w:r>
        <w:br/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 </w:t>
      </w:r>
      <w:r>
        <w:rPr>
          <w:b/>
          <w:bCs/>
        </w:rPr>
        <w:t xml:space="preserve">matter came, shot out in ears</w:t>
      </w:r>
      <w:r>
        <w:br/>
      </w:r>
      <w:r>
        <w:rPr>
          <w:b/>
          <w:bCs/>
        </w:rPr>
        <w:t xml:space="preserve">From the smooth cheeks, the rest, not backward dragg'd,</w:t>
      </w:r>
      <w:r>
        <w:br/>
      </w:r>
      <w:r>
        <w:rPr>
          <w:b/>
          <w:bCs/>
        </w:rPr>
        <w:t xml:space="preserve">Of its excess did shape the nose; and swell'd</w:t>
      </w:r>
      <w:r>
        <w:br/>
      </w:r>
      <w:r>
        <w:rPr>
          <w:b/>
          <w:bCs/>
        </w:rPr>
        <w:t xml:space="preserve">Into due size protuberant the lips.</w:t>
      </w:r>
      <w:r>
        <w:br/>
      </w:r>
      <w:r>
        <w:t xml:space="preserve">    (a) without purpose, job, or natural activity</w:t>
      </w:r>
      <w:r>
        <w:br/>
      </w:r>
      <w:r>
        <w:t xml:space="preserve">    (b) more than is needed, desired, or required</w:t>
      </w:r>
      <w:r>
        <w:br/>
      </w:r>
      <w:r>
        <w:t xml:space="preserve">    (c) the quality of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since ne'er,</w:t>
      </w:r>
      <w:r>
        <w:br/>
      </w:r>
      <w:r>
        <w:rPr>
          <w:b/>
          <w:bCs/>
        </w:rPr>
        <w:t xml:space="preserve">If true be told me, any from this depth</w:t>
      </w:r>
      <w:r>
        <w:br/>
      </w:r>
      <w:r>
        <w:rPr>
          <w:b/>
          <w:bCs/>
        </w:rPr>
        <w:t xml:space="preserve">Has found his upward way, I answer thee,</w:t>
      </w:r>
      <w:r>
        <w:br/>
      </w:r>
      <w:r>
        <w:rPr>
          <w:b/>
          <w:bCs/>
        </w:rPr>
        <w:t xml:space="preserve">Nor fear lest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infamy</w:t>
      </w:r>
      <w:r>
        <w:rPr>
          <w:b/>
          <w:bCs/>
        </w:rPr>
        <w:t xml:space="preserve"> </w:t>
      </w:r>
      <w:r>
        <w:rPr>
          <w:b/>
          <w:bCs/>
        </w:rPr>
        <w:t xml:space="preserve">record the words.</w:t>
      </w:r>
      <w:r>
        <w:br/>
      </w:r>
      <w:r>
        <w:t xml:space="preserve">    (a) famous for something that is bad; or an extremely bad event</w:t>
      </w:r>
      <w:r>
        <w:br/>
      </w:r>
      <w:r>
        <w:t xml:space="preserve">    (b) person, organization, or anything with a separate existence</w:t>
      </w:r>
      <w:r>
        <w:br/>
      </w:r>
      <w:r>
        <w:t xml:space="preserve">    (c) the process or result of learning, discovering, or deciding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 way is long, and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uncouth</w:t>
      </w:r>
      <w:r>
        <w:rPr>
          <w:b/>
          <w:bCs/>
        </w:rPr>
        <w:t xml:space="preserve"> </w:t>
      </w:r>
      <w:r>
        <w:rPr>
          <w:b/>
          <w:bCs/>
        </w:rPr>
        <w:t xml:space="preserve">the road;</w:t>
      </w:r>
      <w:r>
        <w:br/>
      </w:r>
      <w:r>
        <w:rPr>
          <w:b/>
          <w:bCs/>
        </w:rPr>
        <w:t xml:space="preserve">And now within one hour and half of noon</w:t>
      </w:r>
      <w:r>
        <w:br/>
      </w:r>
      <w:r>
        <w:rPr>
          <w:b/>
          <w:bCs/>
        </w:rPr>
        <w:t xml:space="preserve">The sun returns."</w:t>
      </w:r>
      <w:r>
        <w:br/>
      </w:r>
      <w:r>
        <w:t xml:space="preserve">    (a) rude or unpleasant due to a lack of manners, refinement, or taste</w:t>
      </w:r>
      <w:r>
        <w:br/>
      </w:r>
      <w:r>
        <w:t xml:space="preserve">    (b) relating to a surface rather than to anything deep or penetrating</w:t>
      </w:r>
      <w:r>
        <w:br/>
      </w:r>
      <w:r>
        <w:t xml:space="preserve">    (c) related to the spreading of a disease to another part of the body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2026-07-31T17:05:19Z</dcterms:created>
  <dcterms:modified xsi:type="dcterms:W3CDTF">2026-07-31T17:05:19Z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