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f85304097cca6d5338b4c28ac0ee603fe6d153"/>
    <w:p>
      <w:pPr>
        <w:pStyle w:val="Heading1"/>
      </w:pPr>
      <w:r>
        <w:rPr>
          <w:b/>
          <w:bCs/>
        </w:rPr>
        <w:t xml:space="preserve">Cyrano de Bergerac</w:t>
      </w:r>
      <w:r>
        <w:br/>
      </w:r>
      <w:r>
        <w:rPr>
          <w:i/>
          <w:iCs/>
        </w:rPr>
        <w:t xml:space="preserve">Edmond Rostand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book was released to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</w:t>
      </w:r>
      <w:r>
        <w:rPr>
          <w:b/>
          <w:bCs/>
        </w:rPr>
        <w:t xml:space="preserve">.</w:t>
      </w:r>
      <w:r>
        <w:br/>
      </w:r>
      <w:r>
        <w:t xml:space="preserve">    (a) criticism</w:t>
      </w:r>
      <w:r>
        <w:br/>
      </w:r>
      <w:r>
        <w:t xml:space="preserve">    (b) praise</w:t>
      </w:r>
      <w:r>
        <w:br/>
      </w:r>
      <w:r>
        <w:t xml:space="preserve">    (c) curiosity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hello</w:t>
      </w:r>
      <w:r>
        <w:br/>
      </w:r>
      <w:r>
        <w:t xml:space="preserve">    (b) goodbye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she was still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apprentice</w:t>
      </w:r>
      <w:r>
        <w:rPr>
          <w:b/>
          <w:bCs/>
        </w:rPr>
        <w:t xml:space="preserve">, Clara already had a natural talent for woodworking and carved beautiful details into her projects.</w:t>
      </w:r>
      <w:r>
        <w:br/>
      </w:r>
      <w:r>
        <w:t xml:space="preserve">    (a) learner on the job</w:t>
      </w:r>
      <w:r>
        <w:br/>
      </w:r>
      <w:r>
        <w:t xml:space="preserve">    (b) employee with seniority</w:t>
      </w:r>
      <w:r>
        <w:br/>
      </w:r>
      <w:r>
        <w:t xml:space="preserve">    (c) licensed professional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Helicopters dropped food and medicine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besieged</w:t>
      </w:r>
      <w:r>
        <w:rPr>
          <w:b/>
          <w:bCs/>
        </w:rPr>
        <w:t xml:space="preserve"> </w:t>
      </w:r>
      <w:r>
        <w:rPr>
          <w:b/>
          <w:bCs/>
        </w:rPr>
        <w:t xml:space="preserve">city.</w:t>
      </w:r>
      <w:r>
        <w:br/>
      </w:r>
      <w:r>
        <w:t xml:space="preserve">    (a) flooded</w:t>
      </w:r>
      <w:r>
        <w:br/>
      </w:r>
      <w:r>
        <w:t xml:space="preserve">    (b) surrounded</w:t>
      </w:r>
      <w:r>
        <w:br/>
      </w:r>
      <w:r>
        <w:t xml:space="preserve">    (c) hungry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Congressional power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court.</w:t>
      </w:r>
      <w:r>
        <w:br/>
      </w:r>
      <w:r>
        <w:t xml:space="preserve">    (a) restricted</w:t>
      </w:r>
      <w:r>
        <w:br/>
      </w:r>
      <w:r>
        <w:t xml:space="preserve">    (b) threatened</w:t>
      </w:r>
      <w:r>
        <w:br/>
      </w:r>
      <w:r>
        <w:t xml:space="preserve">    (c) enforced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notion that common people can regulate their own lives better than she can.</w:t>
      </w:r>
      <w:r>
        <w:br/>
      </w:r>
      <w:r>
        <w:t xml:space="preserve">    (a) lack of respect</w:t>
      </w:r>
      <w:r>
        <w:br/>
      </w:r>
      <w:r>
        <w:t xml:space="preserve">    (b) humility</w:t>
      </w:r>
      <w:r>
        <w:br/>
      </w:r>
      <w:r>
        <w:t xml:space="preserve">    (c) intense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dull and serious</w:t>
      </w:r>
      <w:r>
        <w:br/>
      </w:r>
      <w:r>
        <w:t xml:space="preserve">    (b) quirky and funny</w:t>
      </w:r>
      <w:r>
        <w:br/>
      </w:r>
      <w:r>
        <w:t xml:space="preserve">    (c) harsh and bitter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eloquent</w:t>
      </w:r>
      <w:r>
        <w:rPr>
          <w:b/>
          <w:bCs/>
        </w:rPr>
        <w:t xml:space="preserve"> </w:t>
      </w:r>
      <w:r>
        <w:rPr>
          <w:b/>
          <w:bCs/>
        </w:rPr>
        <w:t xml:space="preserve">speaker at the school.</w:t>
      </w:r>
      <w:r>
        <w:br/>
      </w:r>
      <w:r>
        <w:t xml:space="preserve">    (a) well-spoken</w:t>
      </w:r>
      <w:r>
        <w:br/>
      </w:r>
      <w:r>
        <w:t xml:space="preserve">    (b) experienced</w:t>
      </w:r>
      <w:r>
        <w:br/>
      </w:r>
      <w:r>
        <w:t xml:space="preserve">    (c) popular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, rich and entitled attitude.</w:t>
      </w:r>
      <w:r>
        <w:br/>
      </w:r>
      <w:r>
        <w:t xml:space="preserve">    (a) arrogant</w:t>
      </w:r>
      <w:r>
        <w:br/>
      </w:r>
      <w:r>
        <w:t xml:space="preserve">    (b) optimistic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making difficult</w:t>
      </w:r>
      <w:r>
        <w:br/>
      </w:r>
      <w:r>
        <w:t xml:space="preserve">    (b) helping or assisting</w:t>
      </w:r>
      <w:r>
        <w:br/>
      </w:r>
      <w:r>
        <w:t xml:space="preserve">    (c) drawing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novel</w:t>
      </w:r>
      <w:r>
        <w:rPr>
          <w:b/>
          <w:bCs/>
        </w:rPr>
        <w:t xml:space="preserve"> </w:t>
      </w:r>
      <w:r>
        <w:rPr>
          <w:b/>
          <w:bCs/>
        </w:rPr>
        <w:t xml:space="preserve">idea and just might work.</w:t>
      </w:r>
      <w:r>
        <w:br/>
      </w:r>
      <w:r>
        <w:t xml:space="preserve">    (a) important</w:t>
      </w:r>
      <w:r>
        <w:br/>
      </w:r>
      <w:r>
        <w:t xml:space="preserve">    (b) original</w:t>
      </w:r>
      <w:r>
        <w:br/>
      </w:r>
      <w:r>
        <w:t xml:space="preserve">    (c) valuable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offered 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paltry</w:t>
      </w:r>
      <w:r>
        <w:rPr>
          <w:b/>
          <w:bCs/>
        </w:rPr>
        <w:t xml:space="preserve"> </w:t>
      </w:r>
      <w:r>
        <w:rPr>
          <w:b/>
          <w:bCs/>
        </w:rPr>
        <w:t xml:space="preserve">amount for the rare book, hoping she didn’t know its real value.</w:t>
      </w:r>
      <w:r>
        <w:br/>
      </w:r>
      <w:r>
        <w:t xml:space="preserve">    (a) confusing</w:t>
      </w:r>
      <w:r>
        <w:br/>
      </w:r>
      <w:r>
        <w:t xml:space="preserve">    (b) insignificant</w:t>
      </w:r>
      <w:r>
        <w:br/>
      </w:r>
      <w:r>
        <w:t xml:space="preserve">    (c) unfair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danger</w:t>
      </w:r>
      <w:r>
        <w:br/>
      </w:r>
      <w:r>
        <w:t xml:space="preserve">    (b) fame</w:t>
      </w:r>
      <w:r>
        <w:br/>
      </w:r>
      <w:r>
        <w:t xml:space="preserve">    (c) weariness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purpose</w:t>
      </w:r>
      <w:r>
        <w:br/>
      </w:r>
      <w:r>
        <w:t xml:space="preserve">    (b) good sense</w:t>
      </w:r>
      <w:r>
        <w:br/>
      </w:r>
      <w:r>
        <w:t xml:space="preserve">    (c) good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Guards patrolled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ramparts</w:t>
      </w:r>
      <w:r>
        <w:rPr>
          <w:b/>
          <w:bCs/>
        </w:rPr>
        <w:t xml:space="preserve">, keeping watch for approaching enemies.</w:t>
      </w:r>
      <w:r>
        <w:br/>
      </w:r>
      <w:r>
        <w:t xml:space="preserve">    (a) royal gardens</w:t>
      </w:r>
      <w:r>
        <w:br/>
      </w:r>
      <w:r>
        <w:t xml:space="preserve">    (b) open fields</w:t>
      </w:r>
      <w:r>
        <w:br/>
      </w:r>
      <w:r>
        <w:t xml:space="preserve">    (c) defensive walls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cell is like an immunological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sentinel</w:t>
      </w:r>
      <w:r>
        <w:rPr>
          <w:b/>
          <w:bCs/>
        </w:rPr>
        <w:t xml:space="preserve"> </w:t>
      </w:r>
      <w:r>
        <w:rPr>
          <w:b/>
          <w:bCs/>
        </w:rPr>
        <w:t xml:space="preserve">that looks out for dangerous pathogens.</w:t>
      </w:r>
      <w:r>
        <w:br/>
      </w:r>
      <w:r>
        <w:t xml:space="preserve">    (a) biological structure</w:t>
      </w:r>
      <w:r>
        <w:br/>
      </w:r>
      <w:r>
        <w:t xml:space="preserve">    (b) medical professional</w:t>
      </w:r>
      <w:r>
        <w:br/>
      </w:r>
      <w:r>
        <w:t xml:space="preserve">    (c) someone standing guard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castle was under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siege</w:t>
      </w:r>
      <w:r>
        <w:rPr>
          <w:b/>
          <w:bCs/>
        </w:rPr>
        <w:t xml:space="preserve"> </w:t>
      </w:r>
      <w:r>
        <w:rPr>
          <w:b/>
          <w:bCs/>
        </w:rPr>
        <w:t xml:space="preserve">for months, with the enemy forces relentlessly attacking its walls.</w:t>
      </w:r>
      <w:r>
        <w:br/>
      </w:r>
      <w:r>
        <w:t xml:space="preserve">    (a) passionate negotiation</w:t>
      </w:r>
      <w:r>
        <w:br/>
      </w:r>
      <w:r>
        <w:t xml:space="preserve">    (b) fortified defense</w:t>
      </w:r>
      <w:r>
        <w:br/>
      </w:r>
      <w:r>
        <w:t xml:space="preserve">    (c) prolonged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i/>
          <w:iCs/>
        </w:rPr>
        <w:t xml:space="preserve">Romeo and Juliet</w:t>
      </w:r>
      <w:r>
        <w:rPr>
          <w:b/>
          <w:bCs/>
        </w:rPr>
        <w:t xml:space="preserve"> </w:t>
      </w:r>
      <w:r>
        <w:rPr>
          <w:b/>
          <w:bCs/>
        </w:rPr>
        <w:t xml:space="preserve">opens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sonnet</w:t>
      </w:r>
      <w:r>
        <w:rPr>
          <w:b/>
          <w:bCs/>
        </w:rPr>
        <w:t xml:space="preserve">.</w:t>
      </w:r>
      <w:r>
        <w:br/>
      </w:r>
      <w:r>
        <w:t xml:space="preserve">    (a) poem of a particular form</w:t>
      </w:r>
      <w:r>
        <w:br/>
      </w:r>
      <w:r>
        <w:t xml:space="preserve">    (b) narrator introduction</w:t>
      </w:r>
      <w:r>
        <w:br/>
      </w:r>
      <w:r>
        <w:t xml:space="preserve">    (c) moralizing song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cowboy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swaggered</w:t>
      </w:r>
      <w:r>
        <w:rPr>
          <w:b/>
          <w:bCs/>
        </w:rPr>
        <w:t xml:space="preserve"> </w:t>
      </w:r>
      <w:r>
        <w:rPr>
          <w:b/>
          <w:bCs/>
        </w:rPr>
        <w:t xml:space="preserve">into the saloon with his holster unstrapped.</w:t>
      </w:r>
      <w:r>
        <w:br/>
      </w:r>
      <w:r>
        <w:t xml:space="preserve">    (a) limped with difficulty</w:t>
      </w:r>
      <w:r>
        <w:br/>
      </w:r>
      <w:r>
        <w:t xml:space="preserve">    (b) snuck</w:t>
      </w:r>
      <w:r>
        <w:br/>
      </w:r>
      <w:r>
        <w:t xml:space="preserve">    (c) walked confidently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served her country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valor</w:t>
      </w:r>
      <w:r>
        <w:rPr>
          <w:b/>
          <w:bCs/>
        </w:rPr>
        <w:t xml:space="preserve">.</w:t>
      </w:r>
      <w:r>
        <w:br/>
      </w:r>
      <w:r>
        <w:t xml:space="preserve">    (a) courage</w:t>
      </w:r>
      <w:r>
        <w:br/>
      </w:r>
      <w:r>
        <w:t xml:space="preserve">    (b) wisdom</w:t>
      </w:r>
      <w:r>
        <w:br/>
      </w:r>
      <w:r>
        <w:t xml:space="preserve">    (c) enthusiasm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2026-07-31T15:10:46Z</dcterms:created>
  <dcterms:modified xsi:type="dcterms:W3CDTF">2026-07-31T15:10:46Z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