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4cf8fd214d458cb70d7e7f6341ac1adffbecd8"/>
    <w:p>
      <w:pPr>
        <w:pStyle w:val="Heading1"/>
      </w:pPr>
      <w:r>
        <w:rPr>
          <w:b/>
          <w:bCs/>
        </w:rPr>
        <w:t xml:space="preserve">Cyrano de Bergerac</w:t>
      </w:r>
      <w:r>
        <w:br/>
      </w:r>
      <w:r>
        <w:rPr>
          <w:i/>
          <w:iCs/>
        </w:rPr>
        <w:t xml:space="preserve">Edmond Rostand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 </w:t>
      </w:r>
      <w:r>
        <w:rPr>
          <w:b/>
          <w:bCs/>
        </w:rPr>
        <w:t xml:space="preserve">VOICE: Make place, brutes!</w:t>
      </w:r>
      <w:r>
        <w:br/>
      </w:r>
      <w:r>
        <w:t xml:space="preserve">    (a) a male voice that is artificially high -- usually while singing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 measure of north/south (relative to the equator) on the earth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You, who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-maker to Court and City alike, can tell me better than any who the lady is for whom I die of love.</w:t>
      </w:r>
      <w:r>
        <w:br/>
      </w:r>
      <w:r>
        <w:t xml:space="preserve">    (a) a song (or poem) that tells a story or expresses strong feelings -- typically slow in tempo</w:t>
      </w:r>
      <w:r>
        <w:br/>
      </w:r>
      <w:r>
        <w:t xml:space="preserve">    (b) of the Church of Jesus Christ of Latter-Day Saints which was founded by Joseph Smith in 1830</w:t>
      </w:r>
      <w:r>
        <w:br/>
      </w:r>
      <w:r>
        <w:t xml:space="preserve">    (c) related to the branch of physics concerned with the conversion of different forms of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fear me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coquettish</w:t>
      </w:r>
      <w:r>
        <w:rPr>
          <w:b/>
          <w:bCs/>
        </w:rPr>
        <w:t xml:space="preserve">, and over nice and fastidious!</w:t>
      </w:r>
      <w:r>
        <w:br/>
      </w:r>
      <w:r>
        <w:t xml:space="preserve">    (a) related to the setting or situation in which something occurs</w:t>
      </w:r>
      <w:r>
        <w:br/>
      </w:r>
      <w:r>
        <w:t xml:space="preserve">    (b) trustworthy with secrets or subtle (not attracting attention)</w:t>
      </w:r>
      <w:r>
        <w:br/>
      </w:r>
      <w:r>
        <w:t xml:space="preserve">    (c) casually playful in a way that arouses sexual interest of men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prouder than all the fierce Artabans of whom Gascony has ever been and will ever be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 </w:t>
      </w:r>
      <w:r>
        <w:rPr>
          <w:b/>
          <w:bCs/>
        </w:rPr>
        <w:t xml:space="preserve">Alma Mater!</w:t>
      </w:r>
      <w:r>
        <w:br/>
      </w:r>
      <w:r>
        <w:t xml:space="preserve">    (a) producing abundantly</w:t>
      </w:r>
      <w:r>
        <w:br/>
      </w:r>
      <w:r>
        <w:t xml:space="preserve">    (b) sensible and careful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marquis (watching De Guiche, who comes down from Roxane's box, and crosses the pit surrounded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obsequious</w:t>
      </w:r>
      <w:r>
        <w:rPr>
          <w:b/>
          <w:bCs/>
        </w:rPr>
        <w:t xml:space="preserve"> </w:t>
      </w:r>
      <w:r>
        <w:rPr>
          <w:b/>
          <w:bCs/>
        </w:rPr>
        <w:t xml:space="preserve">noblemen)</w:t>
      </w:r>
      <w:r>
        <w:br/>
      </w:r>
      <w:r>
        <w:t xml:space="preserve">    (a) not bouncing back light/heat/sound...</w:t>
      </w:r>
      <w:r>
        <w:br/>
      </w:r>
      <w:r>
        <w:t xml:space="preserve">    (b) able to be restored to good condition</w:t>
      </w:r>
      <w:r>
        <w:br/>
      </w:r>
      <w:r>
        <w:t xml:space="preserve">    (c) excessively eager to flatter or serve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CYRANO: Why then that air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</w:t>
      </w:r>
      <w:r>
        <w:rPr>
          <w:b/>
          <w:bCs/>
        </w:rPr>
        <w:t xml:space="preserve">?</w:t>
      </w:r>
      <w:r>
        <w:br/>
      </w:r>
      <w:r>
        <w:t xml:space="preserve">    (a) moving into position to work; or starting</w:t>
      </w:r>
      <w:r>
        <w:br/>
      </w:r>
      <w:r>
        <w:t xml:space="preserve">    (b) controlling (how something will turn out)</w:t>
      </w:r>
      <w:r>
        <w:br/>
      </w:r>
      <w:r>
        <w:t xml:space="preserve">    (c) criticizing or making seem less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might have said at least a hundred things</w:t>
      </w:r>
      <w:r>
        <w:br/>
      </w:r>
      <w:r>
        <w:rPr>
          <w:b/>
          <w:bCs/>
        </w:rPr>
        <w:t xml:space="preserve">By varying the tone. . .like this, suppose,. . .</w:t>
      </w:r>
      <w:r>
        <w:br/>
      </w:r>
      <w:r>
        <w:rPr>
          <w:b/>
          <w:bCs/>
        </w:rPr>
        <w:t xml:space="preserve">Aggressive:  'Sir, if I had such a nose I'd amputate it!'  ...</w:t>
      </w:r>
      <w:r>
        <w:br/>
      </w:r>
      <w:r>
        <w:rPr>
          <w:b/>
          <w:bCs/>
          <w:u w:val="single"/>
        </w:rPr>
        <w:t xml:space="preserve">Pedantic</w:t>
      </w:r>
      <w:r>
        <w:rPr>
          <w:b/>
          <w:bCs/>
        </w:rPr>
        <w:t xml:space="preserve">:  'That beast Aristophanes</w:t>
      </w:r>
      <w:r>
        <w:br/>
      </w:r>
      <w:r>
        <w:rPr>
          <w:b/>
          <w:bCs/>
        </w:rPr>
        <w:t xml:space="preserve">...</w:t>
      </w:r>
      <w:r>
        <w:br/>
      </w:r>
      <w:r>
        <w:rPr>
          <w:b/>
          <w:bCs/>
        </w:rPr>
        <w:t xml:space="preserve">Dramatic:  'When it bleeds, what a Red Sea!'</w:t>
      </w:r>
      <w:r>
        <w:br/>
      </w:r>
      <w:r>
        <w:t xml:space="preserve">    (a) the quality or degree of the involvement of other people or things</w:t>
      </w:r>
      <w:r>
        <w:br/>
      </w:r>
      <w:r>
        <w:t xml:space="preserve">    (b) not having the characteristic of bouncing back light/heat/sound...</w:t>
      </w:r>
      <w:r>
        <w:br/>
      </w:r>
      <w:r>
        <w:t xml:space="preserve">    (c) too concerned with book learning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fond hope to be Beloved, e'en by some poor graceless lady, Is, by this nose of mine for aye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me; —This lengthy nose which, go where'er I will, Pokes yet a quarter-mile ahead of me; But I may love—and who?</w:t>
      </w:r>
      <w:r>
        <w:br/>
      </w:r>
      <w:r>
        <w:t xml:space="preserve">    (a) in a manner that is not a careful, systematic, logical examination</w:t>
      </w:r>
      <w:r>
        <w:br/>
      </w:r>
      <w:r>
        <w:t xml:space="preserve">    (b) not having something, or greatly saddened by the loss of something</w:t>
      </w:r>
      <w:r>
        <w:br/>
      </w:r>
      <w:r>
        <w:t xml:space="preserve">    (c) not appropriate or not properly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grave emotion that a tear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engenders</w:t>
      </w:r>
      <w:r>
        <w:br/>
      </w:r>
      <w:r>
        <w:t xml:space="preserve">    (a) trades</w:t>
      </w:r>
      <w:r>
        <w:br/>
      </w:r>
      <w:r>
        <w:t xml:space="preserve">    (b) causes</w:t>
      </w:r>
      <w:r>
        <w:br/>
      </w:r>
      <w:r>
        <w:t xml:space="preserve">    (c) copies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nebulous</w:t>
      </w:r>
      <w:r>
        <w:rPr>
          <w:b/>
          <w:bCs/>
        </w:rPr>
        <w:t xml:space="preserve">: The moonlight streams o'er the blue-shadowed roofs; A lovely frame for this wild battle-scene; Beneath the vapor's floating scarves, the Seine Trembles, mysterious, like a magic mirror, And, shortly, you shall see what you shall see!</w:t>
      </w:r>
      <w:r>
        <w:br/>
      </w:r>
      <w:r>
        <w:t xml:space="preserve">    (a) indicating approval or agreement</w:t>
      </w:r>
      <w:r>
        <w:br/>
      </w:r>
      <w:r>
        <w:t xml:space="preserve">    (b) unclear or lacking definite form</w:t>
      </w:r>
      <w:r>
        <w:br/>
      </w:r>
      <w:r>
        <w:t xml:space="preserve">    (c) the condition of being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LISE (choking with anger): But— CYRANO (</w:t>
      </w:r>
      <w:r>
        <w:rPr>
          <w:b/>
          <w:bCs/>
          <w:u w:val="single"/>
        </w:rPr>
        <w:t xml:space="preserve">incisively</w:t>
      </w:r>
      <w:r>
        <w:rPr>
          <w:b/>
          <w:bCs/>
        </w:rPr>
        <w:t xml:space="preserve">): I like Ragueneau well, and so—mark me, Dame Lise—I permit not that he be rendered a laughing-stock by any... LISE: But... CYRANO (who has raised his voice so as to be heard by the gallant): A word to the wise... (He bows to the musketeer, and goes to the doorway to watch, after looking at the clock.)</w:t>
      </w:r>
      <w:r>
        <w:br/>
      </w:r>
      <w:r>
        <w:t xml:space="preserve">    (a) in a manner that is not sensible and careful</w:t>
      </w:r>
      <w:r>
        <w:br/>
      </w:r>
      <w:r>
        <w:t xml:space="preserve">    (b) in a manner that is capable of being noticed</w:t>
      </w:r>
      <w:r>
        <w:br/>
      </w:r>
      <w:r>
        <w:t xml:space="preserve">    (c) in a manner that is direct, clear, and sharp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Ah, friend of mine, believe me, I march better 'Neath the cross-fire of glances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inimical</w:t>
      </w:r>
      <w:r>
        <w:rPr>
          <w:b/>
          <w:bCs/>
        </w:rPr>
        <w:t xml:space="preserve">!</w:t>
      </w:r>
      <w:r>
        <w:br/>
      </w:r>
      <w:r>
        <w:t xml:space="preserve">    (a) not easily identified</w:t>
      </w:r>
      <w:r>
        <w:br/>
      </w:r>
      <w:r>
        <w:t xml:space="preserve">    (b) harmful or unfriendly</w:t>
      </w:r>
      <w:r>
        <w:br/>
      </w:r>
      <w:r>
        <w:t xml:space="preserve">    (c) able to be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droll the stains one sees on fine-laced doublets, From gall of envy, or the poltroon's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drivel</w:t>
      </w:r>
      <w:r>
        <w:rPr>
          <w:b/>
          <w:bCs/>
        </w:rPr>
        <w:t xml:space="preserve">!</w:t>
      </w:r>
      <w:r>
        <w:br/>
      </w:r>
      <w:r>
        <w:t xml:space="preserve">    (a) not mirroring back (an image)</w:t>
      </w:r>
      <w:r>
        <w:br/>
      </w:r>
      <w:r>
        <w:t xml:space="preserve">    (b) worthless talk or information</w:t>
      </w:r>
      <w:r>
        <w:br/>
      </w:r>
      <w:r>
        <w:t xml:space="preserve">    (c) not recognizable as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I, embracing Hatred, she lends,—forbidding, stiffly fluted, The ruff's starched folds that hold the head so rigid; Each enemy—another fold—a gopher, Who adds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, and adds a ray of glory; For Hatred, like the ruff worn by the Spanish, Grips like a vice, but frames you like a halo!</w:t>
      </w:r>
      <w:r>
        <w:br/>
      </w:r>
      <w:r>
        <w:t xml:space="preserve">    (a) lacking experience or sophistication</w:t>
      </w:r>
      <w:r>
        <w:br/>
      </w:r>
      <w:r>
        <w:t xml:space="preserve">    (b) something that limits something else</w:t>
      </w:r>
      <w:r>
        <w:br/>
      </w:r>
      <w:r>
        <w:t xml:space="preserve">    (c) a Muslim religious teacher or leader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CHRISTIAN: He dares... ROXANE: Oh, he will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me forever!</w:t>
      </w:r>
      <w:r>
        <w:br/>
      </w:r>
      <w:r>
        <w:t xml:space="preserve">    (a) beg insistently or urge repeatedly</w:t>
      </w:r>
      <w:r>
        <w:br/>
      </w:r>
      <w:r>
        <w:t xml:space="preserve">    (b) make different; or show difference</w:t>
      </w:r>
      <w:r>
        <w:br/>
      </w:r>
      <w:r>
        <w:t xml:space="preserve">    (c) to cause something to move 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call me plotter,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courtier!</w:t>
      </w:r>
      <w:r>
        <w:br/>
      </w:r>
      <w:r>
        <w:t xml:space="preserve">    (a) clever</w:t>
      </w:r>
      <w:r>
        <w:br/>
      </w:r>
      <w:r>
        <w:t xml:space="preserve">    (b) steady</w:t>
      </w:r>
      <w:r>
        <w:br/>
      </w:r>
      <w:r>
        <w:t xml:space="preserve">    (c) sloped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 GUICHE (carelessly knotting on his scarf): 'Tis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opportune</w:t>
      </w:r>
      <w:r>
        <w:rPr>
          <w:b/>
          <w:bCs/>
        </w:rPr>
        <w:t xml:space="preserve">.</w:t>
      </w:r>
      <w:r>
        <w:br/>
      </w:r>
      <w:r>
        <w:t xml:space="preserve">    (a) not relating to practice or belief that is long-established or was previously long-established</w:t>
      </w:r>
      <w:r>
        <w:br/>
      </w:r>
      <w:r>
        <w:t xml:space="preserve">    (b) favorable circumstances for a particular purpose -- especially the circumstance of good timing</w:t>
      </w:r>
      <w:r>
        <w:br/>
      </w:r>
      <w:r>
        <w:t xml:space="preserve">    (c) relating to a residential area located near the outer edge of a city where it isn't as crowded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 dear thoughts have 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effaced</w:t>
      </w:r>
      <w:r>
        <w:br/>
      </w:r>
      <w:r>
        <w:rPr>
          <w:b/>
          <w:bCs/>
        </w:rPr>
        <w:t xml:space="preserve">That beauty that so won me at the outset.</w:t>
      </w:r>
      <w:r>
        <w:br/>
      </w:r>
      <w:r>
        <w:t xml:space="preserve">    (a) erased or removed from notice</w:t>
      </w:r>
      <w:r>
        <w:br/>
      </w:r>
      <w:r>
        <w:t xml:space="preserve">    (b) donated a portion of one's income to a church</w:t>
      </w:r>
      <w:r>
        <w:br/>
      </w:r>
      <w:r>
        <w:t xml:space="preserve">    (c) returned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Philosopher, metaphysician, Rhymer, brawler, and musician, Famed for his lunar expedition, And the unnumbered duels he fought,— And lover also,—by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interposition</w:t>
      </w:r>
      <w:r>
        <w:rPr>
          <w:b/>
          <w:bCs/>
        </w:rPr>
        <w:t xml:space="preserve">!</w:t>
      </w:r>
      <w:r>
        <w:br/>
      </w:r>
      <w:r>
        <w:t xml:space="preserve">    (a) someone involved in challenging, arguing about, or fighting over something</w:t>
      </w:r>
      <w:r>
        <w:br/>
      </w:r>
      <w:r>
        <w:t xml:space="preserve">    (b) to insert between other elements; or to interrupt or stop action by others</w:t>
      </w:r>
      <w:r>
        <w:br/>
      </w:r>
      <w:r>
        <w:t xml:space="preserve">    (c) the act of again being in a working position; or the act of starting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?</w:t>
      </w:r>
      <w:r>
        <w:br/>
      </w:r>
      <w:r>
        <w:t xml:space="preserve">    (a) think carefully and make a judgment about something again</w:t>
      </w:r>
      <w:r>
        <w:br/>
      </w:r>
      <w:r>
        <w:t xml:space="preserve">    (b) a negotiation or discussion -- especially between enemies</w:t>
      </w:r>
      <w:r>
        <w:br/>
      </w:r>
      <w:r>
        <w:t xml:space="preserve">    (c) to promise, guarantee, or indicate certainty of something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2026-07-31T15:10:47Z</dcterms:created>
  <dcterms:modified xsi:type="dcterms:W3CDTF">2026-07-31T15:10:47Z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