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ee7463d41626d4f3a9dead36ba437e5eb9ec7d"/>
    <w:p>
      <w:pPr>
        <w:pStyle w:val="Heading1"/>
      </w:pPr>
      <w:r>
        <w:rPr>
          <w:b/>
          <w:bCs/>
        </w:rPr>
        <w:t xml:space="preserve">Cutting for Stone</w:t>
      </w:r>
      <w:r>
        <w:br/>
      </w:r>
      <w:r>
        <w:rPr>
          <w:i/>
          <w:iCs/>
        </w:rPr>
        <w:t xml:space="preserve">Abraham Verghese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easily Matron probed the gap between ambition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expediency</w:t>
      </w:r>
      <w:r>
        <w:rPr>
          <w:b/>
          <w:bCs/>
        </w:rPr>
        <w:t xml:space="preserve">.</w:t>
      </w:r>
      <w:r>
        <w:br/>
      </w:r>
      <w:r>
        <w:t xml:space="preserve">    (a) someone who creates or spreads one-sided information to influence opinions</w:t>
      </w:r>
      <w:r>
        <w:br/>
      </w:r>
      <w:r>
        <w:t xml:space="preserve">    (b) convenient, speedy, or practical; or an action that is speedy or practical</w:t>
      </w:r>
      <w:r>
        <w:br/>
      </w:r>
      <w:r>
        <w:t xml:space="preserve">    (c) the act of again being in a working position; or the act of starting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work for him, for his patients, to be his skilled assistant, was sufficient ambition, and it was an ambition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hubris</w:t>
      </w:r>
      <w:r>
        <w:rPr>
          <w:b/>
          <w:bCs/>
        </w:rPr>
        <w:t xml:space="preserve">, and God willing, it was something she could reasonably do.</w:t>
      </w:r>
      <w:r>
        <w:br/>
      </w:r>
      <w:r>
        <w:t xml:space="preserve">    (a) characterized by having multiple purposes</w:t>
      </w:r>
      <w:r>
        <w:br/>
      </w:r>
      <w:r>
        <w:t xml:space="preserve">    (b) excessive pride, arrogance, or confidence</w:t>
      </w:r>
      <w:r>
        <w:br/>
      </w:r>
      <w:r>
        <w:t xml:space="preserve">    (c) ability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summoned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probationer</w:t>
      </w:r>
      <w:r>
        <w:rPr>
          <w:b/>
          <w:bCs/>
        </w:rPr>
        <w:t xml:space="preserve">, a young, nervous Eritrean girl.</w:t>
      </w:r>
      <w:r>
        <w:br/>
      </w:r>
      <w:r>
        <w:t xml:space="preserve">    (a) an employee of a firm that serves as an intermediary between an issuer of new securities and the investing public</w:t>
      </w:r>
      <w:r>
        <w:br/>
      </w:r>
      <w:r>
        <w:t xml:space="preserve">    (b) someone who issue commands or orders -- especially someone who rules a country and maintains power through force</w:t>
      </w:r>
      <w:r>
        <w:br/>
      </w:r>
      <w:r>
        <w:t xml:space="preserve">    (c) a person being tried out as a new employee who does not have all the privileges of a regular employee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obstetricians</w:t>
      </w:r>
      <w:r>
        <w:rPr>
          <w:b/>
          <w:bCs/>
        </w:rPr>
        <w:t xml:space="preserve"> </w:t>
      </w:r>
      <w:r>
        <w:rPr>
          <w:b/>
          <w:bCs/>
        </w:rPr>
        <w:t xml:space="preserve">perhaps dreaded, she relished.</w:t>
      </w:r>
      <w:r>
        <w:br/>
      </w:r>
      <w:r>
        <w:t xml:space="preserve">    (a) ways of seeing or thinking about things</w:t>
      </w:r>
      <w:r>
        <w:br/>
      </w:r>
      <w:r>
        <w:t xml:space="preserve">    (b) things accepted as true (without proof)</w:t>
      </w:r>
      <w:r>
        <w:br/>
      </w:r>
      <w:r>
        <w:t xml:space="preserve">    (c) physicians who specialize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"Hema, if you want pretty, dissect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cadavers</w:t>
      </w:r>
      <w:r>
        <w:rPr>
          <w:b/>
          <w:bCs/>
        </w:rPr>
        <w:t xml:space="preserve">," he once told her.</w:t>
      </w:r>
      <w:r>
        <w:br/>
      </w:r>
      <w:r>
        <w:t xml:space="preserve">    (a) groups of government representatives that have the power to create laws</w:t>
      </w:r>
      <w:r>
        <w:br/>
      </w:r>
      <w:r>
        <w:t xml:space="preserve">    (b) organizations, each of which is comprised of firms in a single industry</w:t>
      </w:r>
      <w:r>
        <w:br/>
      </w:r>
      <w:r>
        <w:t xml:space="preserve">    (c) dead bodies of human beings -- especially in reference to medical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Hemlatha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meticulously</w:t>
      </w:r>
      <w:r>
        <w:rPr>
          <w:b/>
          <w:bCs/>
        </w:rPr>
        <w:t xml:space="preserve"> </w:t>
      </w:r>
      <w:r>
        <w:rPr>
          <w:b/>
          <w:bCs/>
        </w:rPr>
        <w:t xml:space="preserve">resected uterus or repaired a bladder tear, Stone, who could not carry a tune, nevertheless whistled "God Save the Queen," which riled Hema.</w:t>
      </w:r>
      <w:r>
        <w:br/>
      </w:r>
      <w:r>
        <w:t xml:space="preserve">    (a) in a manner that is not sensible and careful</w:t>
      </w:r>
      <w:r>
        <w:br/>
      </w:r>
      <w:r>
        <w:t xml:space="preserve">    (b) in a manner treating details with great care</w:t>
      </w:r>
      <w:r>
        <w:br/>
      </w:r>
      <w:r>
        <w:t xml:space="preserve">    (c) in a manner that is capable of being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invoked</w:t>
      </w:r>
      <w:r>
        <w:rPr>
          <w:b/>
          <w:bCs/>
        </w:rPr>
        <w:t xml:space="preserve"> </w:t>
      </w:r>
      <w:r>
        <w:rPr>
          <w:b/>
          <w:bCs/>
        </w:rPr>
        <w:t xml:space="preserve">Lord Shiva's name, held her breath, and cut above each clamp, bracing herself for something terrible.</w:t>
      </w:r>
      <w:r>
        <w:br/>
      </w:r>
      <w:r>
        <w:t xml:space="preserve">    (a) cursed</w:t>
      </w:r>
      <w:r>
        <w:br/>
      </w:r>
      <w:r>
        <w:t xml:space="preserve">    (b) condemned</w:t>
      </w:r>
      <w:r>
        <w:br/>
      </w:r>
      <w:r>
        <w:t xml:space="preserve">    (c) called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Little Abhi Ghoshe was a month old when his father died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hepatitis</w:t>
      </w:r>
      <w:r>
        <w:rPr>
          <w:b/>
          <w:bCs/>
        </w:rPr>
        <w:t xml:space="preserve">.</w:t>
      </w:r>
      <w:r>
        <w:br/>
      </w:r>
      <w:r>
        <w:t xml:space="preserve">    (a) expectation that things will turn out badly</w:t>
      </w:r>
      <w:r>
        <w:br/>
      </w:r>
      <w:r>
        <w:t xml:space="preserve">    (b) obtaining pleasure from receiving punishment</w:t>
      </w:r>
      <w:r>
        <w:br/>
      </w:r>
      <w:r>
        <w:t xml:space="preserve">    (c) disease that causes inflammation of the liver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shame, he and Almaz had been intimate twice over the years, both times when he was drunk.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about things beyond the physical world, such as existence, reality, or the soul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was there, as he suspected, a mild, endemic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inflammation</w:t>
      </w:r>
      <w:r>
        <w:rPr>
          <w:b/>
          <w:bCs/>
        </w:rPr>
        <w:t xml:space="preserve"> </w:t>
      </w:r>
      <w:r>
        <w:rPr>
          <w:b/>
          <w:bCs/>
        </w:rPr>
        <w:t xml:space="preserve">along the passage that carried urine out?</w:t>
      </w:r>
      <w:r>
        <w:br/>
      </w:r>
      <w:r>
        <w:t xml:space="preserve">    (a) basic rule or belief</w:t>
      </w:r>
      <w:r>
        <w:br/>
      </w:r>
      <w:r>
        <w:t xml:space="preserve">    (b) the act of forgiving</w:t>
      </w:r>
      <w:r>
        <w:br/>
      </w:r>
      <w:r>
        <w:t xml:space="preserve">    (c) swelling and redness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Florino became Don Florino when he crossed the Suez.</w:t>
      </w:r>
      <w:r>
        <w:br/>
      </w:r>
      <w:r>
        <w:t xml:space="preserve">    (a) used historically or possibly in relation to a very poor country:  a person of low income, education, and social standing -- especially one who raises crops or livestock</w:t>
      </w:r>
      <w:r>
        <w:br/>
      </w:r>
      <w:r>
        <w:t xml:space="preserve">    (b) someone who walks slowly without definite direction  OR  someone who writes or talks without definite direction (changing subjects or rambling rather than in a purposeful direct way)</w:t>
      </w:r>
      <w:r>
        <w:br/>
      </w:r>
      <w:r>
        <w:t xml:space="preserve">    (c) relating to an artistic movement pioneered by Pablo Picasso and Georges Braque that featured surfaces of geometrical planes to depict three-dimensional organic forms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Men like him became stubborn with opposition, because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 </w:t>
      </w:r>
      <w:r>
        <w:rPr>
          <w:b/>
          <w:bCs/>
        </w:rPr>
        <w:t xml:space="preserve">were all they had.</w:t>
      </w:r>
      <w:r>
        <w:br/>
      </w:r>
      <w:r>
        <w:t xml:space="preserve">    (a) calculates or judges too low</w:t>
      </w:r>
      <w:r>
        <w:br/>
      </w:r>
      <w:r>
        <w:t xml:space="preserve">    (b) a strong, firmly held belief</w:t>
      </w:r>
      <w:r>
        <w:br/>
      </w:r>
      <w:r>
        <w:t xml:space="preserve">    (c) not working or not operating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imagine he'll write for his books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specimens</w:t>
      </w:r>
      <w:r>
        <w:rPr>
          <w:b/>
          <w:bCs/>
        </w:rPr>
        <w:t xml:space="preserve"> </w:t>
      </w:r>
      <w:r>
        <w:rPr>
          <w:b/>
          <w:bCs/>
        </w:rPr>
        <w:t xml:space="preserve">once he is settled," Matron said.</w:t>
      </w:r>
      <w:r>
        <w:br/>
      </w:r>
      <w:r>
        <w:t xml:space="preserve">    (a) examples regarded as typical of their class</w:t>
      </w:r>
      <w:r>
        <w:br/>
      </w:r>
      <w:r>
        <w:t xml:space="preserve">    (b) males, females, or various trans categories</w:t>
      </w:r>
      <w:r>
        <w:br/>
      </w:r>
      <w:r>
        <w:t xml:space="preserve">    (c) jobs, reservations, bookings, or activities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would have further "explored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," as Ghosh put it, but he had to return to the hospital.</w:t>
      </w:r>
      <w:r>
        <w:br/>
      </w:r>
      <w:r>
        <w:t xml:space="preserve">    (a) something important that is hard to see or sense</w:t>
      </w:r>
      <w:r>
        <w:br/>
      </w:r>
      <w:r>
        <w:t xml:space="preserve">    (b) something that was once small, but is getting very large</w:t>
      </w:r>
      <w:r>
        <w:br/>
      </w:r>
      <w:r>
        <w:t xml:space="preserve">    (c) something that exists or happened -- often of special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hovered over me, and for one second I thought she was going to kiss me, which would have been very strange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 </w:t>
      </w:r>
      <w:r>
        <w:rPr>
          <w:b/>
          <w:bCs/>
        </w:rPr>
        <w:t xml:space="preserve">of our exchange.</w:t>
      </w:r>
      <w:r>
        <w:br/>
      </w:r>
      <w:r>
        <w:t xml:space="preserve">    (a) an image (seen on a mirror or other shiny surface)</w:t>
      </w:r>
      <w:r>
        <w:br/>
      </w:r>
      <w:r>
        <w:t xml:space="preserve">    (b) the setting or situation in which something occurs</w:t>
      </w:r>
      <w:r>
        <w:br/>
      </w:r>
      <w:r>
        <w:t xml:space="preserve">    (c) the act of interacting or getting interested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Deepak put a purse-string suture around the right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atrium</w:t>
      </w:r>
      <w:r>
        <w:rPr>
          <w:b/>
          <w:bCs/>
        </w:rPr>
        <w:t xml:space="preserve">, the upper chamber of the heart that received blood from the vena cava.</w:t>
      </w:r>
      <w:r>
        <w:br/>
      </w:r>
      <w:r>
        <w:t xml:space="preserve">    (a) the ability to take on or adopt</w:t>
      </w:r>
      <w:r>
        <w:br/>
      </w:r>
      <w:r>
        <w:t xml:space="preserve">    (b) chamber at the top of the heart</w:t>
      </w:r>
      <w:r>
        <w:br/>
      </w:r>
      <w:r>
        <w:t xml:space="preserve">    (c) calculating or judging too high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revolving doors led to a glass-walled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atrium</w:t>
      </w:r>
      <w:r>
        <w:rPr>
          <w:b/>
          <w:bCs/>
        </w:rPr>
        <w:t xml:space="preserve">, the ceiling extending up at least three stories and accommodating a real tree.</w:t>
      </w:r>
      <w:r>
        <w:br/>
      </w:r>
      <w:r>
        <w:t xml:space="preserve">    (a) large public room containing plants</w:t>
      </w:r>
      <w:r>
        <w:br/>
      </w:r>
      <w:r>
        <w:t xml:space="preserve">    (b) something quoted (to make a point)</w:t>
      </w:r>
      <w:r>
        <w:br/>
      </w:r>
      <w:r>
        <w:t xml:space="preserve">    (c) an argument or a hostile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Early that morning I had to do a simple breast lump excision, and if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biopsy</w:t>
      </w:r>
      <w:r>
        <w:rPr>
          <w:b/>
          <w:bCs/>
        </w:rPr>
        <w:t xml:space="preserve"> </w:t>
      </w:r>
      <w:r>
        <w:rPr>
          <w:b/>
          <w:bCs/>
        </w:rPr>
        <w:t xml:space="preserve">was positive, then a mastectomy and auxiliary node dissection.</w:t>
      </w:r>
      <w:r>
        <w:br/>
      </w:r>
      <w:r>
        <w:t xml:space="preserve">    (a) someone who believes in Hinduism (the third most common religion--which has many gods and is associated with India)</w:t>
      </w:r>
      <w:r>
        <w:br/>
      </w:r>
      <w:r>
        <w:t xml:space="preserve">    (b) something that causes a reaction--especially anger or violence  OR  the act of causing an angry or violent reaction</w:t>
      </w:r>
      <w:r>
        <w:br/>
      </w:r>
      <w:r>
        <w:t xml:space="preserve">    (c) removal and examination of tissues or liquids from the living body to determine the existence or cause of a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not a bit of good news they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.</w:t>
      </w:r>
      <w:r>
        <w:br/>
      </w:r>
      <w:r>
        <w:t xml:space="preserve">    (a) create dramatic change</w:t>
      </w:r>
      <w:r>
        <w:br/>
      </w:r>
      <w:r>
        <w:t xml:space="preserve">    (b) communicate or express</w:t>
      </w:r>
      <w:r>
        <w:br/>
      </w:r>
      <w:r>
        <w:t xml:space="preserve">    (c) mirror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squeezed his fingers, a Morse code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what was in my heart.</w:t>
      </w:r>
      <w:r>
        <w:br/>
      </w:r>
      <w:r>
        <w:t xml:space="preserve">    (a) translate</w:t>
      </w:r>
      <w:r>
        <w:br/>
      </w:r>
      <w:r>
        <w:t xml:space="preserve">    (b) transport</w:t>
      </w:r>
      <w:r>
        <w:br/>
      </w:r>
      <w:r>
        <w:t xml:space="preserve">    (c) collision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2026-07-31T18:49:32Z</dcterms:created>
  <dcterms:modified xsi:type="dcterms:W3CDTF">2026-07-31T18:49:32Z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