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cujo-stephen-king-vocabulary-in-context"/>
    <w:p>
      <w:pPr>
        <w:pStyle w:val="Heading1"/>
      </w:pPr>
      <w:r>
        <w:rPr>
          <w:b/>
          <w:bCs/>
        </w:rPr>
        <w:t xml:space="preserve">Cujo</w:t>
      </w:r>
      <w:r>
        <w:br/>
      </w:r>
      <w:r>
        <w:rPr>
          <w:i/>
          <w:iCs/>
        </w:rPr>
        <w:t xml:space="preserve">Stephen King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nightmares to be sure, and children who lay wakeful to be sure, and the empty Dodd house (for his mother had a stroke shortly afterwards and died) quickly gained a reputation as a haunted house and was avoided; but these were passing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phenomena</w:t>
      </w:r>
      <w:r>
        <w:rPr>
          <w:b/>
          <w:bCs/>
        </w:rPr>
        <w:t xml:space="preserve"> </w:t>
      </w:r>
      <w:r>
        <w:rPr>
          <w:b/>
          <w:bCs/>
        </w:rPr>
        <w:t xml:space="preserve">— the perhaps unavoidable side effects of a chain of senseless murders.</w:t>
      </w:r>
      <w:r>
        <w:br/>
      </w:r>
      <w:r>
        <w:t xml:space="preserve">    (a) things that exists or happened -- often of special interest</w:t>
      </w:r>
      <w:r>
        <w:br/>
      </w:r>
      <w:r>
        <w:t xml:space="preserve">    (b) computer code modules each of which perform a specific task</w:t>
      </w:r>
      <w:r>
        <w:br/>
      </w:r>
      <w:r>
        <w:t xml:space="preserve">    (c) stock markets during times of generally rising stock values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Me, I've got seventeen years left on a twenty-year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mortgage</w:t>
      </w:r>
      <w:r>
        <w:rPr>
          <w:b/>
          <w:bCs/>
        </w:rPr>
        <w:t xml:space="preserve"> </w:t>
      </w:r>
      <w:r>
        <w:rPr>
          <w:b/>
          <w:bCs/>
        </w:rPr>
        <w:t xml:space="preserve">and twin girls who have their hearts set on Bridgton Academy.</w:t>
      </w:r>
      <w:r>
        <w:br/>
      </w:r>
      <w:r>
        <w:t xml:space="preserve">    (a) a real estate loan; or pledging something for a loan</w:t>
      </w:r>
      <w:r>
        <w:br/>
      </w:r>
      <w:r>
        <w:t xml:space="preserve">    (b) to concentrate, look at; or the act of concentration</w:t>
      </w:r>
      <w:r>
        <w:br/>
      </w:r>
      <w:r>
        <w:t xml:space="preserve">    (c) enter another's property without right or permission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Eventually Vic and Roger had worn him down, but not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rational</w:t>
      </w:r>
      <w:r>
        <w:rPr>
          <w:b/>
          <w:bCs/>
        </w:rPr>
        <w:t xml:space="preserve"> </w:t>
      </w:r>
      <w:r>
        <w:rPr>
          <w:b/>
          <w:bCs/>
        </w:rPr>
        <w:t xml:space="preserve">arguments.</w:t>
      </w:r>
      <w:r>
        <w:br/>
      </w:r>
      <w:r>
        <w:t xml:space="preserve">    (a) very large</w:t>
      </w:r>
      <w:r>
        <w:br/>
      </w:r>
      <w:r>
        <w:t xml:space="preserve">    (b) related to</w:t>
      </w:r>
      <w:r>
        <w:br/>
      </w:r>
      <w:r>
        <w:t xml:space="preserve">    (c) based on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put her foot down and it had stayed down, in spite of Joe's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mutterings and Brett's wounded eyes.</w:t>
      </w:r>
      <w:r>
        <w:br/>
      </w:r>
      <w:r>
        <w:t xml:space="preserve">    (a) gloomy (demonstrating a bad mood)</w:t>
      </w:r>
      <w:r>
        <w:br/>
      </w:r>
      <w:r>
        <w:t xml:space="preserve">    (b) exactness or accuracy</w:t>
      </w:r>
      <w:r>
        <w:br/>
      </w:r>
      <w:r>
        <w:t xml:space="preserve">    (c) not easily identified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prudent</w:t>
      </w:r>
      <w:r>
        <w:rPr>
          <w:b/>
          <w:bCs/>
        </w:rPr>
        <w:t xml:space="preserve"> </w:t>
      </w:r>
      <w:r>
        <w:rPr>
          <w:b/>
          <w:bCs/>
        </w:rPr>
        <w:t xml:space="preserve">to do everything legally.</w:t>
      </w:r>
      <w:r>
        <w:br/>
      </w:r>
      <w:r>
        <w:t xml:space="preserve">    (a) sincerity (realness)</w:t>
      </w:r>
      <w:r>
        <w:br/>
      </w:r>
      <w:r>
        <w:t xml:space="preserve">    (b) sensible and cautious</w:t>
      </w:r>
      <w:r>
        <w:br/>
      </w:r>
      <w:r>
        <w:t xml:space="preserve">    (c) not demonstrative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a kind of fatalistic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had settled in as certain emotional circuits quietly shut themselves down.</w:t>
      </w:r>
      <w:r>
        <w:br/>
      </w:r>
      <w:r>
        <w:t xml:space="preserve">    (a) lack of interest and enthusiasm</w:t>
      </w:r>
      <w:r>
        <w:br/>
      </w:r>
      <w:r>
        <w:t xml:space="preserve">    (b) poor ability to make a decision</w:t>
      </w:r>
      <w:r>
        <w:br/>
      </w:r>
      <w:r>
        <w:t xml:space="preserve">    (c) non-traditional or non-standard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epiphany</w:t>
      </w:r>
      <w:r>
        <w:rPr>
          <w:b/>
          <w:bCs/>
        </w:rPr>
        <w:t xml:space="preserve"> </w:t>
      </w:r>
      <w:r>
        <w:rPr>
          <w:b/>
          <w:bCs/>
        </w:rPr>
        <w:t xml:space="preserve">filled her.</w:t>
      </w:r>
      <w:r>
        <w:br/>
      </w:r>
      <w:r>
        <w:t xml:space="preserve">    (a) sudden realization</w:t>
      </w:r>
      <w:r>
        <w:br/>
      </w:r>
      <w:r>
        <w:t xml:space="preserve">    (b) untied or released</w:t>
      </w:r>
      <w:r>
        <w:br/>
      </w:r>
      <w:r>
        <w:t xml:space="preserve">    (c)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Lightning bugs flickered across the dark, and the masses of honeysuckle clinging to Gary's fence filled the hot night with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cloying</w:t>
      </w:r>
      <w:r>
        <w:rPr>
          <w:b/>
          <w:bCs/>
        </w:rPr>
        <w:t xml:space="preserve">, heavy scent.</w:t>
      </w:r>
      <w:r>
        <w:br/>
      </w:r>
      <w:r>
        <w:t xml:space="preserve">    (a) roughly calculating or guessing (based on incomplete information) a value, quantity, or extent of something</w:t>
      </w:r>
      <w:r>
        <w:br/>
      </w:r>
      <w:r>
        <w:t xml:space="preserve">    (b) treating something in an educated, intellectual way -- often excluding emotional or practical considerations</w:t>
      </w:r>
      <w:r>
        <w:br/>
      </w:r>
      <w:r>
        <w:t xml:space="preserve">    (c) overly sweet or sentimental in a way that becomes unpleasant or excessive -- on the tongue or in sentiment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preserves</w:t>
      </w:r>
      <w:r>
        <w:rPr>
          <w:b/>
          <w:bCs/>
        </w:rPr>
        <w:t xml:space="preserve"> </w:t>
      </w:r>
      <w:r>
        <w:rPr>
          <w:b/>
          <w:bCs/>
        </w:rPr>
        <w:t xml:space="preserve">were Smucker's.</w:t>
      </w:r>
      <w:r>
        <w:br/>
      </w:r>
      <w:r>
        <w:t xml:space="preserve">    (a) fruit cooked with sugar (like jam)</w:t>
      </w:r>
      <w:r>
        <w:br/>
      </w:r>
      <w:r>
        <w:t xml:space="preserve">    (b) instances or results of detailed examinations</w:t>
      </w:r>
      <w:r>
        <w:br/>
      </w:r>
      <w:r>
        <w:t xml:space="preserve">    (c) documents granting permission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suddenly,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irrationally</w:t>
      </w:r>
      <w:r>
        <w:rPr>
          <w:b/>
          <w:bCs/>
        </w:rPr>
        <w:t xml:space="preserve"> </w:t>
      </w:r>
      <w:r>
        <w:rPr>
          <w:b/>
          <w:bCs/>
        </w:rPr>
        <w:t xml:space="preserve">afraid that she would not recognize Holly.</w:t>
      </w:r>
      <w:r>
        <w:br/>
      </w:r>
      <w:r>
        <w:t xml:space="preserve">    (a) following as a result of something</w:t>
      </w:r>
      <w:r>
        <w:br/>
      </w:r>
      <w:r>
        <w:t xml:space="preserve">    (b) in a manner that is not reasonable</w:t>
      </w:r>
      <w:r>
        <w:br/>
      </w:r>
      <w:r>
        <w:t xml:space="preserve">    (c) in a manner that involves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might be tears, even mild hysteria, but that sort of reaction would be provoked by simple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disorientation</w:t>
      </w:r>
      <w:r>
        <w:rPr>
          <w:b/>
          <w:bCs/>
        </w:rPr>
        <w:t xml:space="preserve">.</w:t>
      </w:r>
      <w:r>
        <w:br/>
      </w:r>
      <w:r>
        <w:t xml:space="preserve">    (a) people of the second most populous denomination of Islam (over 10%)</w:t>
      </w:r>
      <w:r>
        <w:br/>
      </w:r>
      <w:r>
        <w:t xml:space="preserve">    (b) a serious intestinal infection caused by contaminated food or water</w:t>
      </w:r>
      <w:r>
        <w:br/>
      </w:r>
      <w:r>
        <w:t xml:space="preserve">    (c) confused or unsure about location, circumstances, or how to respond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been frightened because she could see no logic in her mother's tantrum ... and because of the expression she had seen in her father's eyes. It had been a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disgust.</w:t>
      </w:r>
      <w:r>
        <w:br/>
      </w:r>
      <w:r>
        <w:t xml:space="preserve">    (a) showed something -- such as demonstrated, expressed, or represented</w:t>
      </w:r>
      <w:r>
        <w:br/>
      </w:r>
      <w:r>
        <w:t xml:space="preserve">    (b) to be or to become used to (adapted to and with an expectation of)</w:t>
      </w:r>
      <w:r>
        <w:br/>
      </w:r>
      <w:r>
        <w:t xml:space="preserve">    (c) having accepted something undesirable as unacceptable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next PR firm will be chosen by his son, who will make his Pick based on which one he believes will give him the freest rein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his crackpot ideas.</w:t>
      </w:r>
      <w:r>
        <w:br/>
      </w:r>
      <w:r>
        <w:t xml:space="preserve">    (a) think carefully</w:t>
      </w:r>
      <w:r>
        <w:br/>
      </w:r>
      <w:r>
        <w:t xml:space="preserve">    (b) enjoy to excess</w:t>
      </w:r>
      <w:r>
        <w:br/>
      </w:r>
      <w:r>
        <w:t xml:space="preserve">    (c) work or operate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glazed way his eyes rolled toward her when she spoke to him, like the eyes of a fighter who has been struck and struck and struck, a fighter who has lost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coherence</w:t>
      </w:r>
      <w:r>
        <w:rPr>
          <w:b/>
          <w:bCs/>
        </w:rPr>
        <w:t xml:space="preserve"> </w:t>
      </w:r>
      <w:r>
        <w:rPr>
          <w:b/>
          <w:bCs/>
        </w:rPr>
        <w:t xml:space="preserve">along with his mouthguard</w:t>
      </w:r>
      <w:r>
        <w:br/>
      </w:r>
      <w:r>
        <w:t xml:space="preserve">    (a) "spiritually renews" in a Christian ceremony  OR  initiates or purifies by a challenging experience</w:t>
      </w:r>
      <w:r>
        <w:br/>
      </w:r>
      <w:r>
        <w:t xml:space="preserve">    (b) growth hormone -- a hormone produced by the anterior pituitary gland that promotes growth in humans</w:t>
      </w:r>
      <w:r>
        <w:br/>
      </w:r>
      <w:r>
        <w:t xml:space="preserve">    (c) ability to think logically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Start shopping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résumé</w:t>
      </w:r>
      <w:r>
        <w:rPr>
          <w:b/>
          <w:bCs/>
        </w:rPr>
        <w:t xml:space="preserve"> </w:t>
      </w:r>
      <w:r>
        <w:rPr>
          <w:b/>
          <w:bCs/>
        </w:rPr>
        <w:t xml:space="preserve">around?</w:t>
      </w:r>
      <w:r>
        <w:br/>
      </w:r>
      <w:r>
        <w:t xml:space="preserve">    (a) characterized by having multiple purposes</w:t>
      </w:r>
      <w:r>
        <w:br/>
      </w:r>
      <w:r>
        <w:t xml:space="preserve">    (b) ability to accept as true (without proof)</w:t>
      </w:r>
      <w:r>
        <w:br/>
      </w:r>
      <w:r>
        <w:t xml:space="preserve">    (c) a person's qualifications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Time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resumed</w:t>
      </w:r>
      <w:r>
        <w:rPr>
          <w:b/>
          <w:bCs/>
        </w:rPr>
        <w:t xml:space="preserve"> </w:t>
      </w:r>
      <w:r>
        <w:rPr>
          <w:b/>
          <w:bCs/>
        </w:rPr>
        <w:t xml:space="preserve">its former slow crawl.</w:t>
      </w:r>
      <w:r>
        <w:br/>
      </w:r>
      <w:r>
        <w:t xml:space="preserve">    (a) begun again</w:t>
      </w:r>
      <w:r>
        <w:br/>
      </w:r>
      <w:r>
        <w:t xml:space="preserve">    (b) hired again</w:t>
      </w:r>
      <w:r>
        <w:br/>
      </w:r>
      <w:r>
        <w:t xml:space="preserve">    (c) briefly saw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failing out doesn't preclude a later rapprochement, his mind retorted with a kind of grave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 </w:t>
      </w:r>
      <w:r>
        <w:rPr>
          <w:b/>
          <w:bCs/>
        </w:rPr>
        <w:t xml:space="preserve">calm.</w:t>
      </w:r>
      <w:r>
        <w:br/>
      </w:r>
      <w:r>
        <w:t xml:space="preserve">    (a) diminishing</w:t>
      </w:r>
      <w:r>
        <w:br/>
      </w:r>
      <w:r>
        <w:t xml:space="preserve">    (b) unyielding</w:t>
      </w:r>
      <w:r>
        <w:br/>
      </w:r>
      <w:r>
        <w:t xml:space="preserve">    (c) increasing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Vic it was so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redundancy</w:t>
      </w:r>
      <w:r>
        <w:rPr>
          <w:b/>
          <w:bCs/>
        </w:rPr>
        <w:t xml:space="preserve">; he knew in his guts that it had been Kemp.</w:t>
      </w:r>
      <w:r>
        <w:br/>
      </w:r>
      <w:r>
        <w:t xml:space="preserve">    (a) a musical play with orchestra in which most of the dialogue is sung (or the art form that consists of such musicals; or describing something as related to that art form)</w:t>
      </w:r>
      <w:r>
        <w:br/>
      </w:r>
      <w:r>
        <w:t xml:space="preserve">    (b)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(c) more than is needed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positions were very similar: the awkward sleeping positions of those forced to spend long hours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interstate</w:t>
      </w:r>
      <w:r>
        <w:rPr>
          <w:b/>
          <w:bCs/>
        </w:rPr>
        <w:t xml:space="preserve"> </w:t>
      </w:r>
      <w:r>
        <w:rPr>
          <w:b/>
          <w:bCs/>
        </w:rPr>
        <w:t xml:space="preserve">buses.</w:t>
      </w:r>
      <w:r>
        <w:br/>
      </w:r>
      <w:r>
        <w:t xml:space="preserve">    (a) the result of numerical division (if 8 divided by 4 = 2, then 8 can be described as the dividend, 4 as the divisor, and 2 as the quotient)</w:t>
      </w:r>
      <w:r>
        <w:br/>
      </w:r>
      <w:r>
        <w:t xml:space="preserve">    (b)</w:t>
      </w:r>
      <w:r>
        <w:t xml:space="preserve"> </w:t>
      </w:r>
      <w:r>
        <w:rPr>
          <w:u w:val="single"/>
        </w:rPr>
        <w:t xml:space="preserve">n</w:t>
      </w:r>
      <w:r>
        <w:t xml:space="preserve">on-</w:t>
      </w:r>
      <w:r>
        <w:rPr>
          <w:u w:val="single"/>
        </w:rPr>
        <w:t xml:space="preserve">g</w:t>
      </w:r>
      <w:r>
        <w:t xml:space="preserve">overnmental</w:t>
      </w:r>
      <w:r>
        <w:t xml:space="preserve"> </w:t>
      </w:r>
      <w:r>
        <w:rPr>
          <w:u w:val="single"/>
        </w:rPr>
        <w:t xml:space="preserve">o</w:t>
      </w:r>
      <w:r>
        <w:t xml:space="preserve">rganization (private, non-profit organization working for member goals at the international level)</w:t>
      </w:r>
      <w:r>
        <w:br/>
      </w:r>
      <w:r>
        <w:t xml:space="preserve">    (c) freeway, or highway that runs between states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relating to the mutual relations between states -- especially of the United States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Free will was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</w:t>
      </w:r>
      <w:r>
        <w:rPr>
          <w:b/>
          <w:bCs/>
        </w:rPr>
        <w:t xml:space="preserve">.</w:t>
      </w:r>
      <w:r>
        <w:br/>
      </w:r>
      <w:r>
        <w:t xml:space="preserve">    (a) thing that affects a result or outcome</w:t>
      </w:r>
      <w:r>
        <w:br/>
      </w:r>
      <w:r>
        <w:t xml:space="preserve">    (b) job, reservation, booking, or activity</w:t>
      </w:r>
      <w:r>
        <w:br/>
      </w:r>
      <w:r>
        <w:t xml:space="preserve">    (c) something that is made or manufactured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2026-07-31T16:13:19Z</dcterms:created>
  <dcterms:modified xsi:type="dcterms:W3CDTF">2026-07-31T16:13:19Z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