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8ac8807fd5fde5be105154b4b84991bce95562"/>
    <w:p>
      <w:pPr>
        <w:pStyle w:val="Heading1"/>
      </w:pPr>
      <w:r>
        <w:rPr>
          <w:b/>
          <w:bCs/>
        </w:rPr>
        <w:t xml:space="preserve">Cujo</w:t>
      </w:r>
      <w:r>
        <w:br/>
      </w:r>
      <w:r>
        <w:rPr>
          <w:i/>
          <w:iCs/>
        </w:rPr>
        <w:t xml:space="preserve">Stephen King</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Aunt Evvie was nowhere near as</w:t>
      </w:r>
      <w:r>
        <w:rPr>
          <w:b/>
          <w:bCs/>
        </w:rPr>
        <w:t xml:space="preserve"> </w:t>
      </w:r>
      <w:r>
        <w:rPr>
          <w:b/>
          <w:bCs/>
          <w:u w:val="single"/>
        </w:rPr>
        <w:t xml:space="preserve">senile</w:t>
      </w:r>
      <w:r>
        <w:rPr>
          <w:b/>
          <w:bCs/>
        </w:rPr>
        <w:t xml:space="preserve"> </w:t>
      </w:r>
      <w:r>
        <w:rPr>
          <w:b/>
          <w:bCs/>
        </w:rPr>
        <w:t xml:space="preserve">as Arnie Heebert had been, and nowhere near as old, but at ninety-three she was old enough, and, as she was fond of bawling at a resigned (and often hung-over) George Meara when he delivered the mail, she hadn't been stupid enough to lose her home the way Heebert had done.</w:t>
      </w:r>
      <w:r>
        <w:br/>
      </w:r>
      <w:r>
        <w:t xml:space="preserve">    (a) relating to a government, country, or ruling family of a country ruled by a king of queen</w:t>
      </w:r>
      <w:r>
        <w:br/>
      </w:r>
      <w:r>
        <w:t xml:space="preserve">    (b) mental weakness caused by old age; or describing a medical condition as caused by old age</w:t>
      </w:r>
      <w:r>
        <w:br/>
      </w:r>
      <w:r>
        <w:t xml:space="preserve">    (c) in the dark (figuratively) due to a lack of knowledge, advantages, or moral understanding</w:t>
      </w:r>
    </w:p>
    <w:p>
      <w:pPr>
        <w:pStyle w:val="Compact"/>
        <w:numPr>
          <w:ilvl w:val="0"/>
          <w:numId w:val="1001"/>
        </w:numPr>
      </w:pPr>
      <w:r>
        <w:rPr>
          <w:b/>
          <w:bCs/>
        </w:rPr>
        <w:t xml:space="preserve">When Vic and Roger decided to go their own way, they had observed strict protocol and had not gone to any of their previous clients until their connections with the Ellison Agency were formally — and</w:t>
      </w:r>
      <w:r>
        <w:rPr>
          <w:b/>
          <w:bCs/>
        </w:rPr>
        <w:t xml:space="preserve"> </w:t>
      </w:r>
      <w:r>
        <w:rPr>
          <w:b/>
          <w:bCs/>
          <w:u w:val="single"/>
        </w:rPr>
        <w:t xml:space="preserve">amicably</w:t>
      </w:r>
      <w:r>
        <w:rPr>
          <w:b/>
          <w:bCs/>
        </w:rPr>
        <w:t xml:space="preserve"> </w:t>
      </w:r>
      <w:r>
        <w:rPr>
          <w:b/>
          <w:bCs/>
        </w:rPr>
        <w:t xml:space="preserve">— severed.</w:t>
      </w:r>
      <w:r>
        <w:br/>
      </w:r>
      <w:r>
        <w:t xml:space="preserve">    (a) in a manner that finds fault</w:t>
      </w:r>
      <w:r>
        <w:br/>
      </w:r>
      <w:r>
        <w:t xml:space="preserve">    (b) in a manner that is not good</w:t>
      </w:r>
      <w:r>
        <w:br/>
      </w:r>
      <w:r>
        <w:t xml:space="preserve">    (c) friendly or showing goodwill</w:t>
      </w:r>
    </w:p>
    <w:p>
      <w:pPr>
        <w:pStyle w:val="Compact"/>
        <w:numPr>
          <w:ilvl w:val="0"/>
          <w:numId w:val="1001"/>
        </w:numPr>
      </w:pPr>
      <w:r>
        <w:rPr>
          <w:b/>
          <w:bCs/>
        </w:rPr>
        <w:t xml:space="preserve">The process was perhaps strange, certainly</w:t>
      </w:r>
      <w:r>
        <w:rPr>
          <w:b/>
          <w:bCs/>
        </w:rPr>
        <w:t xml:space="preserve"> </w:t>
      </w:r>
      <w:r>
        <w:rPr>
          <w:b/>
          <w:bCs/>
          <w:u w:val="single"/>
        </w:rPr>
        <w:t xml:space="preserve">cumbersome</w:t>
      </w:r>
      <w:r>
        <w:rPr>
          <w:b/>
          <w:bCs/>
        </w:rPr>
        <w:t xml:space="preserve">, but it seemed to work fine.</w:t>
      </w:r>
      <w:r>
        <w:br/>
      </w:r>
      <w:r>
        <w:t xml:space="preserve">    (a) difficult to handle or awkward</w:t>
      </w:r>
      <w:r>
        <w:br/>
      </w:r>
      <w:r>
        <w:t xml:space="preserve">    (b) made by taking on as one's own</w:t>
      </w:r>
      <w:r>
        <w:br/>
      </w:r>
      <w:r>
        <w:t xml:space="preserve">    (c) a sensible view of a situation</w:t>
      </w:r>
    </w:p>
    <w:p>
      <w:pPr>
        <w:pStyle w:val="Compact"/>
        <w:numPr>
          <w:ilvl w:val="0"/>
          <w:numId w:val="1001"/>
        </w:numPr>
      </w:pPr>
      <w:r>
        <w:rPr>
          <w:b/>
          <w:bCs/>
        </w:rPr>
        <w:t xml:space="preserve">The story was written by a local-yokel reporter who</w:t>
      </w:r>
      <w:r>
        <w:rPr>
          <w:b/>
          <w:bCs/>
        </w:rPr>
        <w:t xml:space="preserve"> </w:t>
      </w:r>
      <w:r>
        <w:rPr>
          <w:b/>
          <w:bCs/>
          <w:u w:val="single"/>
        </w:rPr>
        <w:t xml:space="preserve">construed</w:t>
      </w:r>
      <w:r>
        <w:rPr>
          <w:b/>
          <w:bCs/>
        </w:rPr>
        <w:t xml:space="preserve"> </w:t>
      </w:r>
      <w:r>
        <w:rPr>
          <w:b/>
          <w:bCs/>
        </w:rPr>
        <w:t xml:space="preserve">the act as an antiwar gesture.</w:t>
      </w:r>
      <w:r>
        <w:br/>
      </w:r>
      <w:r>
        <w:t xml:space="preserve">    (a) understood something to have a specific meaning</w:t>
      </w:r>
      <w:r>
        <w:br/>
      </w:r>
      <w:r>
        <w:t xml:space="preserve">    (b) not controlled, prevented, or made less intense</w:t>
      </w:r>
      <w:r>
        <w:br/>
      </w:r>
      <w:r>
        <w:t xml:space="preserve">    (c) a non-doctor who assisted a women in childbirth</w:t>
      </w:r>
    </w:p>
    <w:p>
      <w:pPr>
        <w:pStyle w:val="Compact"/>
        <w:numPr>
          <w:ilvl w:val="0"/>
          <w:numId w:val="1001"/>
        </w:numPr>
      </w:pPr>
      <w:r>
        <w:rPr>
          <w:b/>
          <w:bCs/>
        </w:rPr>
        <w:t xml:space="preserve">Tad started round the house toward the swing-and-gym set Vic had built last summer, while lubricating himself wed with gin and tonics, working from a set of plans, doing it after supper on week nights and on weekends with the voices of the Boston Red Sox announcers blaring from the</w:t>
      </w:r>
      <w:r>
        <w:rPr>
          <w:b/>
          <w:bCs/>
        </w:rPr>
        <w:t xml:space="preserve"> </w:t>
      </w:r>
      <w:r>
        <w:rPr>
          <w:b/>
          <w:bCs/>
          <w:u w:val="single"/>
        </w:rPr>
        <w:t xml:space="preserve">transistor radio</w:t>
      </w:r>
      <w:r>
        <w:rPr>
          <w:b/>
          <w:bCs/>
        </w:rPr>
        <w:t xml:space="preserve"> </w:t>
      </w:r>
      <w:r>
        <w:rPr>
          <w:b/>
          <w:bCs/>
        </w:rPr>
        <w:t xml:space="preserve">beside him.</w:t>
      </w:r>
      <w:r>
        <w:br/>
      </w:r>
      <w:r>
        <w:t xml:space="preserve">    (a) a change; or a changed version</w:t>
      </w:r>
      <w:r>
        <w:br/>
      </w:r>
      <w:r>
        <w:t xml:space="preserve">    (b) a type of small portable radio</w:t>
      </w:r>
      <w:r>
        <w:br/>
      </w:r>
      <w:r>
        <w:t xml:space="preserve">    (c) confidential or secret meeting</w:t>
      </w:r>
    </w:p>
    <w:p>
      <w:pPr>
        <w:pStyle w:val="Compact"/>
        <w:numPr>
          <w:ilvl w:val="0"/>
          <w:numId w:val="1001"/>
        </w:numPr>
      </w:pPr>
      <w:r>
        <w:rPr>
          <w:b/>
          <w:bCs/>
        </w:rPr>
        <w:t xml:space="preserve">Looking at her, he saw something utterly foreign to his mother's</w:t>
      </w:r>
      <w:r>
        <w:rPr>
          <w:b/>
          <w:bCs/>
        </w:rPr>
        <w:t xml:space="preserve"> </w:t>
      </w:r>
      <w:r>
        <w:rPr>
          <w:b/>
          <w:bCs/>
          <w:u w:val="single"/>
        </w:rPr>
        <w:t xml:space="preserve">taciturn</w:t>
      </w:r>
      <w:r>
        <w:rPr>
          <w:b/>
          <w:bCs/>
        </w:rPr>
        <w:t xml:space="preserve"> </w:t>
      </w:r>
      <w:r>
        <w:rPr>
          <w:b/>
          <w:bCs/>
        </w:rPr>
        <w:t xml:space="preserve">nature.</w:t>
      </w:r>
      <w:r>
        <w:br/>
      </w:r>
      <w:r>
        <w:t xml:space="preserve">    (a) with a tendency to be reserved and not to talk</w:t>
      </w:r>
      <w:r>
        <w:br/>
      </w:r>
      <w:r>
        <w:t xml:space="preserve">    (b) mental activity of which one is not self-aware</w:t>
      </w:r>
      <w:r>
        <w:br/>
      </w:r>
      <w:r>
        <w:t xml:space="preserve">    (c) the state or degree of being greater than zero</w:t>
      </w:r>
    </w:p>
    <w:p>
      <w:pPr>
        <w:pStyle w:val="Compact"/>
        <w:numPr>
          <w:ilvl w:val="0"/>
          <w:numId w:val="1001"/>
        </w:numPr>
      </w:pPr>
      <w:r>
        <w:rPr>
          <w:b/>
          <w:bCs/>
        </w:rPr>
        <w:t xml:space="preserve">His mind turned toward the Red Razberry Zingers</w:t>
      </w:r>
      <w:r>
        <w:rPr>
          <w:b/>
          <w:bCs/>
        </w:rPr>
        <w:t xml:space="preserve"> </w:t>
      </w:r>
      <w:r>
        <w:rPr>
          <w:b/>
          <w:bCs/>
          <w:u w:val="single"/>
        </w:rPr>
        <w:t xml:space="preserve">fiasco</w:t>
      </w:r>
      <w:r>
        <w:rPr>
          <w:b/>
          <w:bCs/>
        </w:rPr>
        <w:t xml:space="preserve"> </w:t>
      </w:r>
      <w:r>
        <w:rPr>
          <w:b/>
          <w:bCs/>
        </w:rPr>
        <w:t xml:space="preserve">again, and he let it, knowing that sometimes a no-pressure, almost idle review of a bad situation could~ for him, at least —result in some new insight, a fresh angle.</w:t>
      </w:r>
      <w:r>
        <w:br/>
      </w:r>
      <w:r>
        <w:t xml:space="preserve">    (a) a complete failure or humiliating situation</w:t>
      </w:r>
      <w:r>
        <w:br/>
      </w:r>
      <w:r>
        <w:t xml:space="preserve">    (b) something that helps clarify or demonstrate</w:t>
      </w:r>
      <w:r>
        <w:br/>
      </w:r>
      <w:r>
        <w:t xml:space="preserve">    (c) the act of taking something on as one's own</w:t>
      </w:r>
    </w:p>
    <w:p>
      <w:pPr>
        <w:pStyle w:val="Compact"/>
        <w:numPr>
          <w:ilvl w:val="0"/>
          <w:numId w:val="1001"/>
        </w:numPr>
      </w:pPr>
      <w:r>
        <w:rPr>
          <w:b/>
          <w:bCs/>
        </w:rPr>
        <w:t xml:space="preserve">They were both afraid that the silence might</w:t>
      </w:r>
      <w:r>
        <w:rPr>
          <w:b/>
          <w:bCs/>
        </w:rPr>
        <w:t xml:space="preserve"> </w:t>
      </w:r>
      <w:r>
        <w:rPr>
          <w:b/>
          <w:bCs/>
          <w:u w:val="single"/>
        </w:rPr>
        <w:t xml:space="preserve">presage</w:t>
      </w:r>
      <w:r>
        <w:rPr>
          <w:b/>
          <w:bCs/>
        </w:rPr>
        <w:t xml:space="preserve"> </w:t>
      </w:r>
      <w:r>
        <w:rPr>
          <w:b/>
          <w:bCs/>
        </w:rPr>
        <w:t xml:space="preserve">a ruinous outburst and a sudden change of mind on their trip.</w:t>
      </w:r>
      <w:r>
        <w:br/>
      </w:r>
      <w:r>
        <w:t xml:space="preserve">    (a) serve as a sign of something about to happen -- typically something bad</w:t>
      </w:r>
      <w:r>
        <w:br/>
      </w:r>
      <w:r>
        <w:t xml:space="preserve">    (b) the right to run a local store or business under a big company’s name</w:t>
      </w:r>
      <w:r>
        <w:br/>
      </w:r>
      <w:r>
        <w:t xml:space="preserve">    (c) dry out by heat or excessive exposure to sunlight; or make very thirsty</w:t>
      </w:r>
    </w:p>
    <w:p>
      <w:pPr>
        <w:pStyle w:val="Compact"/>
        <w:numPr>
          <w:ilvl w:val="0"/>
          <w:numId w:val="1001"/>
        </w:numPr>
      </w:pPr>
      <w:r>
        <w:rPr>
          <w:b/>
          <w:bCs/>
        </w:rPr>
        <w:t xml:space="preserve">'I'll hustle,' Vic promised solemnly, and she passed on her way back up to the galley,</w:t>
      </w:r>
      <w:r>
        <w:rPr>
          <w:b/>
          <w:bCs/>
        </w:rPr>
        <w:t xml:space="preserve"> </w:t>
      </w:r>
      <w:r>
        <w:rPr>
          <w:b/>
          <w:bCs/>
          <w:u w:val="single"/>
        </w:rPr>
        <w:t xml:space="preserve">resplendent</w:t>
      </w:r>
      <w:r>
        <w:rPr>
          <w:b/>
          <w:bCs/>
        </w:rPr>
        <w:t xml:space="preserve"> </w:t>
      </w:r>
      <w:r>
        <w:rPr>
          <w:b/>
          <w:bCs/>
        </w:rPr>
        <w:t xml:space="preserve">in her powder-blue slacks uniform and her smile.</w:t>
      </w:r>
      <w:r>
        <w:br/>
      </w:r>
      <w:r>
        <w:t xml:space="preserve">    (a) exactness or accuracy</w:t>
      </w:r>
      <w:r>
        <w:br/>
      </w:r>
      <w:r>
        <w:t xml:space="preserve">    (b) able to be translated</w:t>
      </w:r>
      <w:r>
        <w:br/>
      </w:r>
      <w:r>
        <w:t xml:space="preserve">    (c) beautiful or splendid</w:t>
      </w:r>
    </w:p>
    <w:p>
      <w:pPr>
        <w:pStyle w:val="Compact"/>
        <w:numPr>
          <w:ilvl w:val="0"/>
          <w:numId w:val="1001"/>
        </w:numPr>
      </w:pPr>
      <w:r>
        <w:rPr>
          <w:b/>
          <w:bCs/>
        </w:rPr>
        <w:t xml:space="preserve">He liked to look at them, read them by</w:t>
      </w:r>
      <w:r>
        <w:rPr>
          <w:b/>
          <w:bCs/>
        </w:rPr>
        <w:t xml:space="preserve"> </w:t>
      </w:r>
      <w:r>
        <w:rPr>
          <w:b/>
          <w:bCs/>
          <w:u w:val="single"/>
        </w:rPr>
        <w:t xml:space="preserve">rote</w:t>
      </w:r>
      <w:r>
        <w:rPr>
          <w:b/>
          <w:bCs/>
        </w:rPr>
        <w:t xml:space="preserve">, look at his daddy's printing.</w:t>
      </w:r>
      <w:r>
        <w:br/>
      </w:r>
      <w:r>
        <w:t xml:space="preserve">    (a) Rome from the founding of the city until the formation of the Republic (753-509 BC)</w:t>
      </w:r>
      <w:r>
        <w:br/>
      </w:r>
      <w:r>
        <w:t xml:space="preserve">    (b) memorization by repetition; or repeated behavior done automatically without thought</w:t>
      </w:r>
      <w:r>
        <w:br/>
      </w:r>
      <w:r>
        <w:t xml:space="preserve">    (c) Nathaniel Hawthorne's famous novel of hidden guilt and societal condemnation (1850)</w:t>
      </w:r>
    </w:p>
    <w:p>
      <w:pPr>
        <w:pStyle w:val="Compact"/>
        <w:numPr>
          <w:ilvl w:val="0"/>
          <w:numId w:val="1001"/>
        </w:numPr>
      </w:pPr>
      <w:r>
        <w:rPr>
          <w:b/>
          <w:bCs/>
        </w:rPr>
        <w:t xml:space="preserve">When Donna made the mistake of giggling helplessly at the thought of fifteen-year-old</w:t>
      </w:r>
      <w:r>
        <w:rPr>
          <w:b/>
          <w:bCs/>
        </w:rPr>
        <w:t xml:space="preserve"> </w:t>
      </w:r>
      <w:r>
        <w:rPr>
          <w:b/>
          <w:bCs/>
          <w:u w:val="single"/>
        </w:rPr>
        <w:t xml:space="preserve">myopic</w:t>
      </w:r>
      <w:r>
        <w:rPr>
          <w:b/>
          <w:bCs/>
        </w:rPr>
        <w:t xml:space="preserve"> </w:t>
      </w:r>
      <w:r>
        <w:rPr>
          <w:b/>
          <w:bCs/>
        </w:rPr>
        <w:t xml:space="preserve">Debbie Gehringer shooting anyone, Tad burst into miserable tears and ran into the living room.</w:t>
      </w:r>
      <w:r>
        <w:br/>
      </w:r>
      <w:r>
        <w:t xml:space="preserve">    (a) unable to see distant objects clearly</w:t>
      </w:r>
      <w:r>
        <w:br/>
      </w:r>
      <w:r>
        <w:br/>
      </w:r>
      <w:r>
        <w:t xml:space="preserve">or (figuratively):  not thinking or understanding beyond immediate effect to future or broader effect</w:t>
      </w:r>
      <w:r>
        <w:br/>
      </w:r>
      <w:r>
        <w:t xml:space="preserve">    (b) of an organism in the early stages of development prior to birth, hatching, or sprouting  OR  of anything in an early stage of development</w:t>
      </w:r>
      <w:r>
        <w:br/>
      </w:r>
      <w:r>
        <w:t xml:space="preserve">    (c) relating to a Christian ceremony signifying spiritual cleansing and rebirth  OR  relating to a challenging experience that initiates or purifies</w:t>
      </w:r>
    </w:p>
    <w:p>
      <w:pPr>
        <w:pStyle w:val="Compact"/>
        <w:numPr>
          <w:ilvl w:val="0"/>
          <w:numId w:val="1001"/>
        </w:numPr>
      </w:pPr>
      <w:r>
        <w:rPr>
          <w:b/>
          <w:bCs/>
        </w:rPr>
        <w:t xml:space="preserve">A sign nailed</w:t>
      </w:r>
      <w:r>
        <w:rPr>
          <w:b/>
          <w:bCs/>
        </w:rPr>
        <w:t xml:space="preserve"> </w:t>
      </w:r>
      <w:r>
        <w:rPr>
          <w:b/>
          <w:bCs/>
          <w:u w:val="single"/>
        </w:rPr>
        <w:t xml:space="preserve">askew</w:t>
      </w:r>
      <w:r>
        <w:rPr>
          <w:b/>
          <w:bCs/>
        </w:rPr>
        <w:t xml:space="preserve"> </w:t>
      </w:r>
      <w:r>
        <w:rPr>
          <w:b/>
          <w:bCs/>
        </w:rPr>
        <w:t xml:space="preserve">to a tree at the head of the driveway read FREE KITTEN'S.</w:t>
      </w:r>
      <w:r>
        <w:br/>
      </w:r>
      <w:r>
        <w:t xml:space="preserve">    (a) opposed to "globalization"</w:t>
      </w:r>
      <w:r>
        <w:br/>
      </w:r>
      <w:r>
        <w:t xml:space="preserve">    (b) not straight; or not right</w:t>
      </w:r>
      <w:r>
        <w:br/>
      </w:r>
      <w:r>
        <w:t xml:space="preserve">    (c) rain, snow, hail, or sleet</w:t>
      </w:r>
    </w:p>
    <w:p>
      <w:pPr>
        <w:pStyle w:val="Compact"/>
        <w:numPr>
          <w:ilvl w:val="0"/>
          <w:numId w:val="1001"/>
        </w:numPr>
      </w:pPr>
      <w:r>
        <w:rPr>
          <w:b/>
          <w:bCs/>
        </w:rPr>
        <w:t xml:space="preserve">But the</w:t>
      </w:r>
      <w:r>
        <w:rPr>
          <w:b/>
          <w:bCs/>
        </w:rPr>
        <w:t xml:space="preserve"> </w:t>
      </w:r>
      <w:r>
        <w:rPr>
          <w:b/>
          <w:bCs/>
          <w:u w:val="single"/>
        </w:rPr>
        <w:t xml:space="preserve">cumulative</w:t>
      </w:r>
      <w:r>
        <w:rPr>
          <w:b/>
          <w:bCs/>
        </w:rPr>
        <w:t xml:space="preserve"> </w:t>
      </w:r>
      <w:r>
        <w:rPr>
          <w:b/>
          <w:bCs/>
        </w:rPr>
        <w:t xml:space="preserve">effect of those spots ...it's like watching Jimmy Carter saying, "I'll never lie to you".'</w:t>
      </w:r>
      <w:r>
        <w:br/>
      </w:r>
      <w:r>
        <w:t xml:space="preserve">    (a) degree to which things are related</w:t>
      </w:r>
      <w:r>
        <w:br/>
      </w:r>
      <w:r>
        <w:t xml:space="preserve">    (b) not connected by blood or marriage</w:t>
      </w:r>
      <w:r>
        <w:br/>
      </w:r>
      <w:r>
        <w:t xml:space="preserve">    (c) increased by a series of additions</w:t>
      </w:r>
    </w:p>
    <w:p>
      <w:pPr>
        <w:pStyle w:val="Compact"/>
        <w:numPr>
          <w:ilvl w:val="0"/>
          <w:numId w:val="1001"/>
        </w:numPr>
      </w:pPr>
      <w:r>
        <w:rPr>
          <w:b/>
          <w:bCs/>
        </w:rPr>
        <w:t xml:space="preserve">The dog rose to its feet, moving shadows that resolved themselves into its large and</w:t>
      </w:r>
      <w:r>
        <w:rPr>
          <w:b/>
          <w:bCs/>
        </w:rPr>
        <w:t xml:space="preserve"> </w:t>
      </w:r>
      <w:r>
        <w:rPr>
          <w:b/>
          <w:bCs/>
          <w:u w:val="single"/>
        </w:rPr>
        <w:t xml:space="preserve">ungainly</w:t>
      </w:r>
      <w:r>
        <w:rPr>
          <w:b/>
          <w:bCs/>
        </w:rPr>
        <w:t xml:space="preserve"> </w:t>
      </w:r>
      <w:r>
        <w:rPr>
          <w:b/>
          <w:bCs/>
        </w:rPr>
        <w:t xml:space="preserve">form.</w:t>
      </w:r>
      <w:r>
        <w:br/>
      </w:r>
      <w:r>
        <w:t xml:space="preserve">    (a) lacking adult height or maturity</w:t>
      </w:r>
      <w:r>
        <w:br/>
      </w:r>
      <w:r>
        <w:t xml:space="preserve">    (b) lacking appropriate weight compared to height</w:t>
      </w:r>
      <w:r>
        <w:br/>
      </w:r>
      <w:r>
        <w:t xml:space="preserve">    (c) lacking grace in movement or appearance; or difficult to handle or manage</w:t>
      </w:r>
    </w:p>
    <w:p>
      <w:pPr>
        <w:pStyle w:val="Compact"/>
        <w:numPr>
          <w:ilvl w:val="0"/>
          <w:numId w:val="1001"/>
        </w:numPr>
      </w:pPr>
      <w:r>
        <w:rPr>
          <w:b/>
          <w:bCs/>
        </w:rPr>
        <w:t xml:space="preserve">Less than two hours before one of her mother's Famous Cocktail Parties (that was how ' Donna's father always referred to them, with a</w:t>
      </w:r>
      <w:r>
        <w:rPr>
          <w:b/>
          <w:bCs/>
        </w:rPr>
        <w:t xml:space="preserve"> </w:t>
      </w:r>
      <w:r>
        <w:rPr>
          <w:b/>
          <w:bCs/>
          <w:u w:val="single"/>
        </w:rPr>
        <w:t xml:space="preserve">satirical</w:t>
      </w:r>
      <w:r>
        <w:rPr>
          <w:b/>
          <w:bCs/>
        </w:rPr>
        <w:t xml:space="preserve"> </w:t>
      </w:r>
      <w:r>
        <w:rPr>
          <w:b/>
          <w:bCs/>
        </w:rPr>
        <w:t xml:space="preserve">tone that automatically conferred the capital letters — the same satirical tone that could sometimes drive Samantha into a frenzy), the disposal in the kitchen sink had somehow backed up into the bar sink, and when her mother turned the gadget on again in an effort to get rid of everything, green goo had exploded all over the ceiling.</w:t>
      </w:r>
      <w:r>
        <w:br/>
      </w:r>
      <w:r>
        <w:t xml:space="preserve">    (a) full of anger or unhappiness at having to accept something not liked</w:t>
      </w:r>
      <w:r>
        <w:br/>
      </w:r>
      <w:r>
        <w:t xml:space="preserve">    (b) a way of making fun of people or ideas -- often through exaggeration</w:t>
      </w:r>
      <w:r>
        <w:br/>
      </w:r>
      <w:r>
        <w:t xml:space="preserve">    (c) relating to expert judgement of what is good and bad about something</w:t>
      </w:r>
    </w:p>
    <w:p>
      <w:pPr>
        <w:pStyle w:val="Compact"/>
        <w:numPr>
          <w:ilvl w:val="0"/>
          <w:numId w:val="1001"/>
        </w:numPr>
      </w:pPr>
      <w:r>
        <w:rPr>
          <w:b/>
          <w:bCs/>
        </w:rPr>
        <w:t xml:space="preserve">He began to work on these questions a Iittle at a time, the way most people do, running an objective set of facts through a bath of various chemicals which, when taken together, make up the complex human perceptual mechanism known as</w:t>
      </w:r>
      <w:r>
        <w:rPr>
          <w:b/>
          <w:bCs/>
        </w:rPr>
        <w:t xml:space="preserve"> </w:t>
      </w:r>
      <w:r>
        <w:rPr>
          <w:b/>
          <w:bCs/>
          <w:u w:val="single"/>
        </w:rPr>
        <w:t xml:space="preserve">subjectivity</w:t>
      </w:r>
      <w:r>
        <w:rPr>
          <w:b/>
          <w:bCs/>
        </w:rPr>
        <w:t xml:space="preserve">.</w:t>
      </w:r>
      <w:r>
        <w:br/>
      </w:r>
      <w:r>
        <w:t xml:space="preserve">    (a) the quality or degree of being influenced by personal belief, feelings, or preferences (rather than being based purely upon fact)</w:t>
      </w:r>
      <w:r>
        <w:br/>
      </w:r>
      <w:r>
        <w:t xml:space="preserve">    (b) removes something that was caught by something else; or separates or smooths things that were twisted together in a confusing mass</w:t>
      </w:r>
      <w:r>
        <w:br/>
      </w:r>
      <w:r>
        <w:t xml:space="preserve">    (c) having the characteristics of a "sycophant" (someone who tries to flatter or please those in authority to gain personal advantage)</w:t>
      </w:r>
    </w:p>
    <w:p>
      <w:pPr>
        <w:pStyle w:val="Compact"/>
        <w:numPr>
          <w:ilvl w:val="0"/>
          <w:numId w:val="1001"/>
        </w:numPr>
      </w:pPr>
      <w:r>
        <w:rPr>
          <w:b/>
          <w:bCs/>
        </w:rPr>
        <w:t xml:space="preserve">Tad shrieked and clapped his hands to his face, pulling his cheeks down,</w:t>
      </w:r>
      <w:r>
        <w:rPr>
          <w:b/>
          <w:bCs/>
        </w:rPr>
        <w:t xml:space="preserve"> </w:t>
      </w:r>
      <w:r>
        <w:rPr>
          <w:b/>
          <w:bCs/>
          <w:u w:val="single"/>
        </w:rPr>
        <w:t xml:space="preserve">harrowing</w:t>
      </w:r>
      <w:r>
        <w:rPr>
          <w:b/>
          <w:bCs/>
        </w:rPr>
        <w:t xml:space="preserve"> </w:t>
      </w:r>
      <w:r>
        <w:rPr>
          <w:b/>
          <w:bCs/>
        </w:rPr>
        <w:t xml:space="preserve">them with his fingernails.</w:t>
      </w:r>
      <w:r>
        <w:br/>
      </w:r>
      <w:r>
        <w:t xml:space="preserve">    (a) not tending to find fault</w:t>
      </w:r>
      <w:r>
        <w:br/>
      </w:r>
      <w:r>
        <w:t xml:space="preserve">    (b) frightening or unsettling</w:t>
      </w:r>
      <w:r>
        <w:br/>
      </w:r>
      <w:r>
        <w:t xml:space="preserve">    (c) able to be disagreed with</w:t>
      </w:r>
    </w:p>
    <w:p>
      <w:pPr>
        <w:pStyle w:val="Compact"/>
        <w:numPr>
          <w:ilvl w:val="0"/>
          <w:numId w:val="1001"/>
        </w:numPr>
      </w:pPr>
      <w:r>
        <w:rPr>
          <w:b/>
          <w:bCs/>
        </w:rPr>
        <w:t xml:space="preserve">He shrugged, openly</w:t>
      </w:r>
      <w:r>
        <w:rPr>
          <w:b/>
          <w:bCs/>
        </w:rPr>
        <w:t xml:space="preserve"> </w:t>
      </w:r>
      <w:r>
        <w:rPr>
          <w:b/>
          <w:bCs/>
          <w:u w:val="single"/>
        </w:rPr>
        <w:t xml:space="preserve">antagonistic</w:t>
      </w:r>
      <w:r>
        <w:rPr>
          <w:b/>
          <w:bCs/>
        </w:rPr>
        <w:t xml:space="preserve"> </w:t>
      </w:r>
      <w:r>
        <w:rPr>
          <w:b/>
          <w:bCs/>
        </w:rPr>
        <w:t xml:space="preserve">now, provoking her purposely, she suspected.</w:t>
      </w:r>
      <w:r>
        <w:br/>
      </w:r>
      <w:r>
        <w:t xml:space="preserve">    (a) with opposition or hostility</w:t>
      </w:r>
      <w:r>
        <w:br/>
      </w:r>
      <w:r>
        <w:t xml:space="preserve">    (b) without boundaries or limits</w:t>
      </w:r>
      <w:r>
        <w:br/>
      </w:r>
      <w:r>
        <w:t xml:space="preserve">    (c) not good at making decisions</w:t>
      </w:r>
    </w:p>
    <w:p>
      <w:pPr>
        <w:pStyle w:val="Compact"/>
        <w:numPr>
          <w:ilvl w:val="0"/>
          <w:numId w:val="1001"/>
        </w:numPr>
      </w:pPr>
      <w:r>
        <w:rPr>
          <w:b/>
          <w:bCs/>
        </w:rPr>
        <w:t xml:space="preserve">She remembered from her childhood diving lessons at Camp Tapawingo that there came an instant, that first time on the high board, when you either had to try it or retreat</w:t>
      </w:r>
      <w:r>
        <w:rPr>
          <w:b/>
          <w:bCs/>
        </w:rPr>
        <w:t xml:space="preserve"> </w:t>
      </w:r>
      <w:r>
        <w:rPr>
          <w:b/>
          <w:bCs/>
          <w:u w:val="single"/>
        </w:rPr>
        <w:t xml:space="preserve">ignominiously</w:t>
      </w:r>
      <w:r>
        <w:rPr>
          <w:b/>
          <w:bCs/>
        </w:rPr>
        <w:t xml:space="preserve"> </w:t>
      </w:r>
      <w:r>
        <w:rPr>
          <w:b/>
          <w:bCs/>
        </w:rPr>
        <w:t xml:space="preserve">to let the girl behind you have her crack at it.</w:t>
      </w:r>
      <w:r>
        <w:br/>
      </w:r>
      <w:r>
        <w:t xml:space="preserve">    (a) in a manner that deserves or brings disgrace or shame</w:t>
      </w:r>
      <w:r>
        <w:br/>
      </w:r>
      <w:r>
        <w:t xml:space="preserve">    (b) in a manner that is clear, so it is easily understood</w:t>
      </w:r>
      <w:r>
        <w:br/>
      </w:r>
      <w:r>
        <w:t xml:space="preserve">    (c) with exceptional or heroic courage when facing danger</w:t>
      </w:r>
    </w:p>
    <w:p>
      <w:pPr>
        <w:pStyle w:val="Compact"/>
        <w:numPr>
          <w:ilvl w:val="0"/>
          <w:numId w:val="1001"/>
        </w:numPr>
      </w:pPr>
      <w:r>
        <w:rPr>
          <w:b/>
          <w:bCs/>
        </w:rPr>
        <w:t xml:space="preserve">Give me the</w:t>
      </w:r>
      <w:r>
        <w:rPr>
          <w:b/>
          <w:bCs/>
        </w:rPr>
        <w:t xml:space="preserve"> </w:t>
      </w:r>
      <w:r>
        <w:rPr>
          <w:b/>
          <w:bCs/>
          <w:u w:val="single"/>
        </w:rPr>
        <w:t xml:space="preserve">gist</w:t>
      </w:r>
      <w:r>
        <w:rPr>
          <w:b/>
          <w:bCs/>
        </w:rPr>
        <w:t xml:space="preserve">.</w:t>
      </w:r>
      <w:r>
        <w:br/>
      </w:r>
      <w:r>
        <w:t xml:space="preserve">    (a) the act of taking something on as one's own</w:t>
      </w:r>
      <w:r>
        <w:br/>
      </w:r>
      <w:r>
        <w:t xml:space="preserve">    (b) something that helps clarify or demonstrate</w:t>
      </w:r>
      <w:r>
        <w:br/>
      </w:r>
      <w:r>
        <w:t xml:space="preserve">    (c) the main point(s) of a more detailed matter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2026-07-31T16:13:20Z</dcterms:created>
  <dcterms:modified xsi:type="dcterms:W3CDTF">2026-07-31T16:13:20Z</dcterms:modified>
</cp:coreProperties>
</file>

<file path=docProps/custom.xml><?xml version="1.0" encoding="utf-8"?>
<Properties xmlns="http://schemas.openxmlformats.org/officeDocument/2006/custom-properties" xmlns:vt="http://schemas.openxmlformats.org/officeDocument/2006/docPropsVTypes"/>
</file>