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e6ce7977d9d7254b380c2ccef126970f125c8f"/>
    <w:p>
      <w:pPr>
        <w:pStyle w:val="Heading1"/>
      </w:pPr>
      <w:r>
        <w:rPr>
          <w:b/>
          <w:bCs/>
        </w:rPr>
        <w:t xml:space="preserve">Cry, the Beloved Country</w:t>
      </w:r>
      <w:r>
        <w:br/>
      </w:r>
      <w:r>
        <w:rPr>
          <w:i/>
          <w:iCs/>
        </w:rPr>
        <w:t xml:space="preserve">Alan Paton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forgotten that there were no buses; at least I had forgotten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boycott</w:t>
      </w:r>
      <w:r>
        <w:rPr>
          <w:b/>
          <w:bCs/>
        </w:rPr>
        <w:t xml:space="preserve"> </w:t>
      </w:r>
      <w:r>
        <w:rPr>
          <w:b/>
          <w:bCs/>
        </w:rPr>
        <w:t xml:space="preserve">of the buses.</w:t>
      </w:r>
      <w:r>
        <w:br/>
      </w:r>
      <w:r>
        <w:t xml:space="preserve">    (a) present something to treat as true in order to advance a discussion or to further investigation even though it might not be true</w:t>
      </w:r>
      <w:r>
        <w:br/>
      </w:r>
      <w:r>
        <w:t xml:space="preserve">    (b) to refuse to buy things (from someone); or to refuse to participate in an activity (with someone) in order to express disapproval</w:t>
      </w:r>
      <w:r>
        <w:br/>
      </w:r>
      <w:r>
        <w:t xml:space="preserve">    (c) the act of hiding something by making it blend in with its surroundings; or hiding the truth; or something that hides or deceives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 I heard he was gone to Orlando, and lives there amongst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squatters</w:t>
      </w:r>
      <w:r>
        <w:rPr>
          <w:b/>
          <w:bCs/>
        </w:rPr>
        <w:t xml:space="preserve"> </w:t>
      </w:r>
      <w:r>
        <w:rPr>
          <w:b/>
          <w:bCs/>
        </w:rPr>
        <w:t xml:space="preserve">in Shanty Town.</w:t>
      </w:r>
      <w:r>
        <w:br/>
      </w:r>
      <w:r>
        <w:t xml:space="preserve">    (a) chemicals that trigger behaviors in others of the same species</w:t>
      </w:r>
      <w:r>
        <w:br/>
      </w:r>
      <w:r>
        <w:t xml:space="preserve">    (b) people who live in an unoccupied place without the legal right</w:t>
      </w:r>
      <w:r>
        <w:br/>
      </w:r>
      <w:r>
        <w:t xml:space="preserve">    (c) results or the processes of learning, discovering, or deciding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what did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vagabonds</w:t>
      </w:r>
      <w:r>
        <w:rPr>
          <w:b/>
          <w:bCs/>
        </w:rPr>
        <w:t xml:space="preserve"> </w:t>
      </w:r>
      <w:r>
        <w:rPr>
          <w:b/>
          <w:bCs/>
        </w:rPr>
        <w:t xml:space="preserve">do?</w:t>
      </w:r>
      <w:r>
        <w:br/>
      </w:r>
      <w:r>
        <w:t xml:space="preserve">    (a) degrades (decreases) the purity, quality, or status of something</w:t>
      </w:r>
      <w:r>
        <w:br/>
      </w:r>
      <w:r>
        <w:t xml:space="preserve">    (b) shows fear by positioning the body as though afraid of being hit</w:t>
      </w:r>
      <w:r>
        <w:br/>
      </w:r>
      <w:r>
        <w:t xml:space="preserve">    (c) a person who wanders from town to town with no fixed home or job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Msimangu's face lights up, but he talks humbly, there is no pride or false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</w:t>
      </w:r>
      <w:r>
        <w:rPr>
          <w:b/>
          <w:bCs/>
        </w:rPr>
        <w:t xml:space="preserve">.</w:t>
      </w:r>
      <w:r>
        <w:br/>
      </w:r>
      <w:r>
        <w:t xml:space="preserve">    (a) a Muslim religious teacher or leader</w:t>
      </w:r>
      <w:r>
        <w:br/>
      </w:r>
      <w:r>
        <w:t xml:space="preserve">    (b) lacking experience or sophistication</w:t>
      </w:r>
      <w:r>
        <w:br/>
      </w:r>
      <w:r>
        <w:t xml:space="preserve">    (c) something that limits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brother is filled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</w:t>
      </w:r>
      <w:r>
        <w:rPr>
          <w:b/>
          <w:bCs/>
        </w:rPr>
        <w:t xml:space="preserve"> </w:t>
      </w:r>
      <w:r>
        <w:rPr>
          <w:b/>
          <w:bCs/>
        </w:rPr>
        <w:t xml:space="preserve">for him.</w:t>
      </w:r>
      <w:r>
        <w:br/>
      </w:r>
      <w:r>
        <w:t xml:space="preserve">    (a) sympathy for another's suffering and wanting to help</w:t>
      </w:r>
      <w:r>
        <w:br/>
      </w:r>
      <w:r>
        <w:t xml:space="preserve">    (b) the process of controlling (how something turns out)</w:t>
      </w:r>
      <w:r>
        <w:br/>
      </w:r>
      <w:r>
        <w:t xml:space="preserve">    (c) the taking on or adoption of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is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, there is a mark of pain between his eyes.</w:t>
      </w:r>
      <w:r>
        <w:br/>
      </w:r>
      <w:r>
        <w:t xml:space="preserve">    (a) without concern</w:t>
      </w:r>
      <w:r>
        <w:br/>
      </w:r>
      <w:r>
        <w:t xml:space="preserve">    (b) able to be found</w:t>
      </w:r>
      <w:r>
        <w:br/>
      </w:r>
      <w:r>
        <w:t xml:space="preserve">    (c) likely to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Tixo, he says, Tixo,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</w:t>
      </w:r>
      <w:r>
        <w:rPr>
          <w:b/>
          <w:bCs/>
        </w:rPr>
        <w:t xml:space="preserve"> </w:t>
      </w:r>
      <w:r>
        <w:rPr>
          <w:b/>
          <w:bCs/>
        </w:rPr>
        <w:t xml:space="preserve">me not.</w:t>
      </w:r>
      <w:r>
        <w:br/>
      </w:r>
      <w:r>
        <w:t xml:space="preserve">    (a) not easily identified</w:t>
      </w:r>
      <w:r>
        <w:br/>
      </w:r>
      <w:r>
        <w:t xml:space="preserve">    (b) abandon or give up on</w:t>
      </w:r>
      <w:r>
        <w:br/>
      </w:r>
      <w:r>
        <w:t xml:space="preserve">    (c) able to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say to him, do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, he will say, it is as my father says.</w:t>
      </w:r>
      <w:r>
        <w:br/>
      </w:r>
      <w:r>
        <w:t xml:space="preserve">    (a) mark important text; or the text that is marked</w:t>
      </w:r>
      <w:r>
        <w:br/>
      </w:r>
      <w:r>
        <w:t xml:space="preserve">    (b) feel regret for having done wrong and resolve to be a better person in the future</w:t>
      </w:r>
      <w:r>
        <w:br/>
      </w:r>
      <w:r>
        <w:t xml:space="preserve">    (c) give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natives today produce criminals and prostitutes and drunkards, not because it is their nature to do so, but because their simple system of order and tradition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has been destroyed.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what is normal or typical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compelled</w:t>
      </w:r>
      <w:r>
        <w:rPr>
          <w:b/>
          <w:bCs/>
        </w:rPr>
        <w:t xml:space="preserve"> </w:t>
      </w:r>
      <w:r>
        <w:rPr>
          <w:b/>
          <w:bCs/>
        </w:rPr>
        <w:t xml:space="preserve">himself to read the last paragraph slowly—with his head, not his heart, so that he could understand it.</w:t>
      </w:r>
      <w:r>
        <w:br/>
      </w:r>
      <w:r>
        <w:t xml:space="preserve">    (a) didn't trust or have confidence in</w:t>
      </w:r>
      <w:r>
        <w:br/>
      </w:r>
      <w:r>
        <w:t xml:space="preserve">    (b) fruit cooked with sugar (like jam)</w:t>
      </w:r>
      <w:r>
        <w:br/>
      </w:r>
      <w:r>
        <w:t xml:space="preserve">    (c)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Alongside of these very arguments we use others totally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inconsistent</w:t>
      </w:r>
      <w:r>
        <w:rPr>
          <w:b/>
          <w:bCs/>
        </w:rPr>
        <w:t xml:space="preserve">, so that the accusation of repression may be refuted.</w:t>
      </w:r>
      <w:r>
        <w:br/>
      </w:r>
      <w:r>
        <w:t xml:space="preserve">    (a) the character or degree of bouncing back light (or more rarely: heat, sound, electromagnetic waves...)</w:t>
      </w:r>
      <w:r>
        <w:br/>
      </w:r>
      <w:r>
        <w:t xml:space="preserve">    (b) igneous or sedimentary rock that changes due to pressure, heat, or chemical reactions (such as marble)</w:t>
      </w:r>
      <w:r>
        <w:br/>
      </w:r>
      <w:r>
        <w:t xml:space="preserve">    (c) not the same in different parts or at different times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not in agreement [with something else]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Jarvis looked at him, at first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, but then something came to him.</w:t>
      </w:r>
      <w:r>
        <w:br/>
      </w:r>
      <w:r>
        <w:t xml:space="preserve">    (a) collided</w:t>
      </w:r>
      <w:r>
        <w:br/>
      </w:r>
      <w:r>
        <w:t xml:space="preserve">    (b) confused (or perplexed or baffled)</w:t>
      </w:r>
      <w:r>
        <w:br/>
      </w:r>
      <w:r>
        <w:t xml:space="preserve">    (c) restored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Gertrude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sullenly</w:t>
      </w:r>
      <w:r>
        <w:rPr>
          <w:b/>
          <w:bCs/>
        </w:rPr>
        <w:t xml:space="preserve">.</w:t>
      </w:r>
      <w:r>
        <w:br/>
      </w:r>
      <w:r>
        <w:t xml:space="preserve">    (a) in a manner that calls or attracts</w:t>
      </w:r>
      <w:r>
        <w:br/>
      </w:r>
      <w:r>
        <w:t xml:space="preserve">    (b) showing a gloomy or bad mood</w:t>
      </w:r>
      <w:r>
        <w:br/>
      </w:r>
      <w:r>
        <w:t xml:space="preserve">    (c) in a manner that involves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must also bear in mind the strange coincidence that what is argued to be a wrong identification led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apprehension</w:t>
      </w:r>
      <w:r>
        <w:rPr>
          <w:b/>
          <w:bCs/>
        </w:rPr>
        <w:t xml:space="preserve"> </w:t>
      </w:r>
      <w:r>
        <w:rPr>
          <w:b/>
          <w:bCs/>
        </w:rPr>
        <w:t xml:space="preserve">of an associate who immediately confessed.</w:t>
      </w:r>
      <w:r>
        <w:br/>
      </w:r>
      <w:r>
        <w:t xml:space="preserve">    (a) something made from parts</w:t>
      </w:r>
      <w:r>
        <w:br/>
      </w:r>
      <w:r>
        <w:t xml:space="preserve">    (b) the capture (typically of a criminal)</w:t>
      </w:r>
      <w:r>
        <w:br/>
      </w:r>
      <w:r>
        <w:t xml:space="preserve">    (c) something that stands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small girls looked on, half with enjoyment, half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apprehension</w:t>
      </w:r>
      <w:r>
        <w:rPr>
          <w:b/>
          <w:bCs/>
        </w:rPr>
        <w:t xml:space="preserve">.</w:t>
      </w:r>
      <w:r>
        <w:br/>
      </w:r>
      <w:r>
        <w:t xml:space="preserve">    (a) vaccination (to protect from a disease)</w:t>
      </w:r>
      <w:r>
        <w:br/>
      </w:r>
      <w:r>
        <w:t xml:space="preserve">    (b) worry or concern about what will happen</w:t>
      </w:r>
      <w:r>
        <w:br/>
      </w:r>
      <w:r>
        <w:t xml:space="preserve">    (c) able to generate electricity from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question is whether on the facts here proved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that nature was rightly drawn.</w:t>
      </w:r>
      <w:r>
        <w:br/>
      </w:r>
      <w:r>
        <w:t xml:space="preserve">    (a) purpose, job, or natural activity</w:t>
      </w:r>
      <w:r>
        <w:br/>
      </w:r>
      <w:r>
        <w:t xml:space="preserve">    (b) conclusion (reached by reasoning)</w:t>
      </w:r>
      <w:r>
        <w:br/>
      </w:r>
      <w:r>
        <w:t xml:space="preserve">    (c) someone who expresses disapproval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not come here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you.</w:t>
      </w:r>
      <w:r>
        <w:br/>
      </w:r>
      <w:r>
        <w:t xml:space="preserve">    (a) criticize</w:t>
      </w:r>
      <w:r>
        <w:br/>
      </w:r>
      <w:r>
        <w:t xml:space="preserve">    (b) move into position to work; or start</w:t>
      </w:r>
      <w:r>
        <w:br/>
      </w:r>
      <w:r>
        <w:t xml:space="preserve">    (c) to spread to other parts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while he was waiting he looked at the counsellors who stood behind the chief, and he saw too that they were frowning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perplexed</w:t>
      </w:r>
      <w:r>
        <w:rPr>
          <w:b/>
          <w:bCs/>
        </w:rPr>
        <w:t xml:space="preserve">, and that for this matter there was no counsel that they could give at all.</w:t>
      </w:r>
      <w:r>
        <w:br/>
      </w:r>
      <w:r>
        <w:t xml:space="preserve">    (a) baffled (confused--not knowing what to do)</w:t>
      </w:r>
      <w:r>
        <w:br/>
      </w:r>
      <w:r>
        <w:t xml:space="preserve">    (b) nervous or confused</w:t>
      </w:r>
      <w:r>
        <w:br/>
      </w:r>
      <w:r>
        <w:t xml:space="preserve">    (c) excessively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chief saluted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magistrate</w:t>
      </w:r>
      <w:r>
        <w:rPr>
          <w:b/>
          <w:bCs/>
        </w:rPr>
        <w:t xml:space="preserve">, and...</w:t>
      </w:r>
      <w:r>
        <w:br/>
      </w:r>
      <w:r>
        <w:t xml:space="preserve">    (a) judge</w:t>
      </w:r>
      <w:r>
        <w:br/>
      </w:r>
      <w:r>
        <w:t xml:space="preserve">    (b) people who attack</w:t>
      </w:r>
      <w:r>
        <w:br/>
      </w:r>
      <w:r>
        <w:t xml:space="preserve">    (c) someone who shows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this he prayed long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earnestly</w:t>
      </w:r>
      <w:r>
        <w:rPr>
          <w:b/>
          <w:bCs/>
        </w:rPr>
        <w:t xml:space="preserve">.</w:t>
      </w:r>
      <w:r>
        <w:br/>
      </w:r>
      <w:r>
        <w:t xml:space="preserve">    (a) sincerely with seriousness</w:t>
      </w:r>
      <w:r>
        <w:br/>
      </w:r>
      <w:r>
        <w:t xml:space="preserve">    (b) in a self-aware manner</w:t>
      </w:r>
      <w:r>
        <w:br/>
      </w:r>
      <w:r>
        <w:t xml:space="preserve">    (c) finally; or in the end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2026-07-31T18:55:18Z</dcterms:created>
  <dcterms:modified xsi:type="dcterms:W3CDTF">2026-07-31T18:55:18Z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