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3e644383cbb307983744b460d5c00ac61b87d3"/>
    <w:p>
      <w:pPr>
        <w:pStyle w:val="Heading1"/>
      </w:pPr>
      <w:r>
        <w:rPr>
          <w:b/>
          <w:bCs/>
        </w:rPr>
        <w:t xml:space="preserve">Crime and Punishment</w:t>
      </w:r>
      <w:r>
        <w:br/>
      </w:r>
      <w:r>
        <w:rPr>
          <w:i/>
          <w:iCs/>
        </w:rPr>
        <w:t xml:space="preserve">Fyodor Dostoyevsky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Oprah Winfrey is often praised for overcoming diversity to become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</w:t>
      </w:r>
      <w:r>
        <w:rPr>
          <w:b/>
          <w:bCs/>
        </w:rPr>
        <w:t xml:space="preserve"> </w:t>
      </w:r>
      <w:r>
        <w:rPr>
          <w:b/>
          <w:bCs/>
        </w:rPr>
        <w:t xml:space="preserve">to others.</w:t>
      </w:r>
      <w:r>
        <w:br/>
      </w:r>
      <w:r>
        <w:t xml:space="preserve">    (a) helper or supporter</w:t>
      </w:r>
      <w:r>
        <w:br/>
      </w:r>
      <w:r>
        <w:t xml:space="preserve">    (b) inspiration or example</w:t>
      </w:r>
      <w:r>
        <w:br/>
      </w:r>
      <w:r>
        <w:t xml:space="preserve">    (c) taxpayer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impolite. She pretended not to notice except that she treated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impatience</w:t>
      </w:r>
      <w:r>
        <w:br/>
      </w:r>
      <w:r>
        <w:t xml:space="preserve">    (b) lack of respect</w:t>
      </w:r>
      <w:r>
        <w:br/>
      </w:r>
      <w:r>
        <w:t xml:space="preserve">    (c)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liar.</w:t>
      </w:r>
      <w:r>
        <w:br/>
      </w:r>
      <w:r>
        <w:t xml:space="preserve">    (a) deserving no respect</w:t>
      </w:r>
      <w:r>
        <w:br/>
      </w:r>
      <w:r>
        <w:t xml:space="preserve">    (b) good (at pretending)</w:t>
      </w:r>
      <w:r>
        <w:br/>
      </w:r>
      <w:r>
        <w:t xml:space="preserve">    (c) unreliable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 up in class with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said, "I believe animals deserve to be treated kindly, no matter what."</w:t>
      </w:r>
      <w:r>
        <w:br/>
      </w:r>
      <w:r>
        <w:t xml:space="preserve">    (a) firm belief</w:t>
      </w:r>
      <w:r>
        <w:br/>
      </w:r>
      <w:r>
        <w:t xml:space="preserve">    (b) raised voice</w:t>
      </w:r>
      <w:r>
        <w:br/>
      </w:r>
      <w:r>
        <w:t xml:space="preserve">    (c) shaky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lie to or mislead</w:t>
      </w:r>
      <w:r>
        <w:br/>
      </w:r>
      <w:r>
        <w:t xml:space="preserve">    (b) entertain</w:t>
      </w:r>
      <w:r>
        <w:br/>
      </w:r>
      <w:r>
        <w:t xml:space="preserve">    (c) attract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found her in the desert--dehydrated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delirious</w:t>
      </w:r>
      <w:r>
        <w:rPr>
          <w:b/>
          <w:bCs/>
        </w:rPr>
        <w:t xml:space="preserve">.</w:t>
      </w:r>
      <w:r>
        <w:br/>
      </w:r>
      <w:r>
        <w:t xml:space="preserve">    (a) thirsty</w:t>
      </w:r>
      <w:r>
        <w:br/>
      </w:r>
      <w:r>
        <w:t xml:space="preserve">    (b) mentally confused</w:t>
      </w:r>
      <w:r>
        <w:br/>
      </w:r>
      <w:r>
        <w:t xml:space="preserve">    (c) completely alone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, rich and entitled attitude.</w:t>
      </w:r>
      <w:r>
        <w:br/>
      </w:r>
      <w:r>
        <w:t xml:space="preserve">    (a) arrogant</w:t>
      </w:r>
      <w:r>
        <w:br/>
      </w:r>
      <w:r>
        <w:t xml:space="preserve">    (b) wealthy</w:t>
      </w:r>
      <w:r>
        <w:br/>
      </w:r>
      <w:r>
        <w:t xml:space="preserve">    (c) optimistic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thoughtfully kind</w:t>
      </w:r>
      <w:r>
        <w:br/>
      </w:r>
      <w:r>
        <w:t xml:space="preserve">    (b) disrespectfully bold</w:t>
      </w:r>
      <w:r>
        <w:br/>
      </w:r>
      <w:r>
        <w:t xml:space="preserve">    (c) extremely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investigation</w:t>
      </w:r>
      <w:r>
        <w:br/>
      </w:r>
      <w:r>
        <w:t xml:space="preserve">    (b) statement</w:t>
      </w:r>
      <w:r>
        <w:br/>
      </w:r>
      <w:r>
        <w:t xml:space="preserve">    (c)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been seen</w:t>
      </w:r>
      <w:r>
        <w:br/>
      </w:r>
      <w:r>
        <w:t xml:space="preserve">    (b) inserted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avoid</w:t>
      </w:r>
      <w:r>
        <w:br/>
      </w:r>
      <w:r>
        <w:t xml:space="preserve">    (b) hate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contrast to that</w:t>
      </w:r>
      <w:r>
        <w:br/>
      </w:r>
      <w:r>
        <w:t xml:space="preserve">    (b) in addition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young person</w:t>
      </w:r>
      <w:r>
        <w:br/>
      </w:r>
      <w:r>
        <w:t xml:space="preserve">    (b) city dweller</w:t>
      </w:r>
      <w:r>
        <w:br/>
      </w:r>
      <w:r>
        <w:t xml:space="preserve">    (c) poor farmer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perplexed</w:t>
      </w:r>
      <w:r>
        <w:rPr>
          <w:b/>
          <w:bCs/>
        </w:rPr>
        <w:t xml:space="preserve"> </w:t>
      </w:r>
      <w:r>
        <w:rPr>
          <w:b/>
          <w:bCs/>
        </w:rPr>
        <w:t xml:space="preserve">by her sudden change of mind on this important issue.</w:t>
      </w:r>
      <w:r>
        <w:br/>
      </w:r>
      <w:r>
        <w:t xml:space="preserve">    (a) amused</w:t>
      </w:r>
      <w:r>
        <w:br/>
      </w:r>
      <w:r>
        <w:t xml:space="preserve">    (b) annoyed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spell properly</w:t>
      </w:r>
      <w:r>
        <w:br/>
      </w:r>
      <w:r>
        <w:t xml:space="preserve">    (b) remember</w:t>
      </w:r>
      <w:r>
        <w:br/>
      </w:r>
      <w:r>
        <w:t xml:space="preserve">    (c) pronounce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the criticism, she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resolute</w:t>
      </w:r>
      <w:r>
        <w:rPr>
          <w:b/>
          <w:bCs/>
        </w:rPr>
        <w:t xml:space="preserve"> </w:t>
      </w:r>
      <w:r>
        <w:rPr>
          <w:b/>
          <w:bCs/>
        </w:rPr>
        <w:t xml:space="preserve">in her decision to speak out.</w:t>
      </w:r>
      <w:r>
        <w:br/>
      </w:r>
      <w:r>
        <w:t xml:space="preserve">    (a) out of touch with reality</w:t>
      </w:r>
      <w:r>
        <w:br/>
      </w:r>
      <w:r>
        <w:t xml:space="preserve">    (b) hopeful</w:t>
      </w:r>
      <w:r>
        <w:br/>
      </w:r>
      <w:r>
        <w:t xml:space="preserve">    (c) determined and unwavering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smell of freshly brewed coffee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her from her sleep.</w:t>
      </w:r>
      <w:r>
        <w:br/>
      </w:r>
      <w:r>
        <w:t xml:space="preserve">    (a) awakened</w:t>
      </w:r>
      <w:r>
        <w:br/>
      </w:r>
      <w:r>
        <w:t xml:space="preserve">    (b) deepened</w:t>
      </w:r>
      <w:r>
        <w:br/>
      </w:r>
      <w:r>
        <w:t xml:space="preserve">    (c) interrupted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without pattern or planning</w:t>
      </w:r>
      <w:r>
        <w:br/>
      </w:r>
      <w:r>
        <w:t xml:space="preserve">    (b) apparently reasonable, but unproven</w:t>
      </w:r>
      <w:r>
        <w:br/>
      </w:r>
      <w:r>
        <w:t xml:space="preserve">    (c) person without moral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future</w:t>
      </w:r>
      <w:r>
        <w:br/>
      </w:r>
      <w:r>
        <w:t xml:space="preserve">    (c) other's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person.</w:t>
      </w:r>
      <w:r>
        <w:br/>
      </w:r>
      <w:r>
        <w:t xml:space="preserve">    (a) easy-going</w:t>
      </w:r>
      <w:r>
        <w:br/>
      </w:r>
      <w:r>
        <w:t xml:space="preserve">    (b) driven</w:t>
      </w:r>
      <w:r>
        <w:br/>
      </w:r>
      <w:r>
        <w:t xml:space="preserve">    (c) revengeful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2026-07-31T14:33:52Z</dcterms:created>
  <dcterms:modified xsi:type="dcterms:W3CDTF">2026-07-31T14:33:52Z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