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c0a440621f679124de9ce34961c48e53ca9a4c"/>
    <w:p>
      <w:pPr>
        <w:pStyle w:val="Heading1"/>
      </w:pPr>
      <w:r>
        <w:rPr>
          <w:b/>
          <w:bCs/>
        </w:rPr>
        <w:t xml:space="preserve">Crime and Punishment</w:t>
      </w:r>
      <w:r>
        <w:br/>
      </w:r>
      <w:r>
        <w:rPr>
          <w:i/>
          <w:iCs/>
        </w:rPr>
        <w:t xml:space="preserve">Fyodor Dostoyevsky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workers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aggrieved</w:t>
      </w:r>
      <w:r>
        <w:rPr>
          <w:b/>
          <w:bCs/>
        </w:rPr>
        <w:t xml:space="preserve"> </w:t>
      </w:r>
      <w:r>
        <w:rPr>
          <w:b/>
          <w:bCs/>
        </w:rPr>
        <w:t xml:space="preserve">by the new policy changes.</w:t>
      </w:r>
      <w:r>
        <w:br/>
      </w:r>
      <w:r>
        <w:t xml:space="preserve">    (a) thrilled</w:t>
      </w:r>
      <w:r>
        <w:br/>
      </w:r>
      <w:r>
        <w:t xml:space="preserve">    (b) puzzled</w:t>
      </w:r>
      <w:r>
        <w:br/>
      </w:r>
      <w:r>
        <w:t xml:space="preserve">    (c) wronged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Until she learned to motivate herself,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led to bad grades.</w:t>
      </w:r>
      <w:r>
        <w:br/>
      </w:r>
      <w:r>
        <w:t xml:space="preserve">    (a) lack of interest</w:t>
      </w:r>
      <w:r>
        <w:br/>
      </w:r>
      <w:r>
        <w:t xml:space="preserve">    (b) lack of ability</w:t>
      </w:r>
      <w:r>
        <w:br/>
      </w:r>
      <w:r>
        <w:t xml:space="preserve">    (c) distraction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Apropos</w:t>
      </w:r>
      <w:r>
        <w:rPr>
          <w:b/>
          <w:bCs/>
        </w:rPr>
        <w:t xml:space="preserve"> </w:t>
      </w:r>
      <w:r>
        <w:rPr>
          <w:b/>
          <w:bCs/>
        </w:rPr>
        <w:t xml:space="preserve">of the new policy, she asked how it would affect hourly employees.</w:t>
      </w:r>
      <w:r>
        <w:br/>
      </w:r>
      <w:r>
        <w:t xml:space="preserve">    (a) regarding</w:t>
      </w:r>
      <w:r>
        <w:br/>
      </w:r>
      <w:r>
        <w:t xml:space="preserve">    (b) confusing</w:t>
      </w:r>
      <w:r>
        <w:br/>
      </w:r>
      <w:r>
        <w:t xml:space="preserve">    (c)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Jacob remained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chaste</w:t>
      </w:r>
      <w:r>
        <w:rPr>
          <w:b/>
          <w:bCs/>
        </w:rPr>
        <w:t xml:space="preserve"> </w:t>
      </w:r>
      <w:r>
        <w:rPr>
          <w:b/>
          <w:bCs/>
        </w:rPr>
        <w:t xml:space="preserve">until he met his future spouse.</w:t>
      </w:r>
      <w:r>
        <w:br/>
      </w:r>
      <w:r>
        <w:t xml:space="preserve">    (a) unfaithful to anyone</w:t>
      </w:r>
      <w:r>
        <w:br/>
      </w:r>
      <w:r>
        <w:t xml:space="preserve">    (b) disillusioned</w:t>
      </w:r>
      <w:r>
        <w:br/>
      </w:r>
      <w:r>
        <w:t xml:space="preserve">    (c) a virgin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test results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conclusive</w:t>
      </w:r>
      <w:r>
        <w:rPr>
          <w:b/>
          <w:bCs/>
        </w:rPr>
        <w:t xml:space="preserve">, proving the medicine was effective.</w:t>
      </w:r>
      <w:r>
        <w:br/>
      </w:r>
      <w:r>
        <w:t xml:space="preserve">    (a) early (and uncertain)</w:t>
      </w:r>
      <w:r>
        <w:br/>
      </w:r>
      <w:r>
        <w:t xml:space="preserve">    (b) possible (but unproven)</w:t>
      </w:r>
      <w:r>
        <w:br/>
      </w:r>
      <w:r>
        <w:t xml:space="preserve">    (c) definite (leaving no doubt)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died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destitute</w:t>
      </w:r>
      <w:r>
        <w:rPr>
          <w:b/>
          <w:bCs/>
        </w:rPr>
        <w:t xml:space="preserve"> </w:t>
      </w:r>
      <w:r>
        <w:rPr>
          <w:b/>
          <w:bCs/>
        </w:rPr>
        <w:t xml:space="preserve">in Paris at the age of 38.</w:t>
      </w:r>
      <w:r>
        <w:br/>
      </w:r>
      <w:r>
        <w:t xml:space="preserve">    (a) too young</w:t>
      </w:r>
      <w:r>
        <w:br/>
      </w:r>
      <w:r>
        <w:t xml:space="preserve">    (b) extremely poor</w:t>
      </w:r>
      <w:r>
        <w:br/>
      </w:r>
      <w:r>
        <w:t xml:space="preserve">    (c) among family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Federal Reserve Chairman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expound</w:t>
      </w:r>
      <w:r>
        <w:rPr>
          <w:b/>
          <w:bCs/>
        </w:rPr>
        <w:t xml:space="preserve"> </w:t>
      </w:r>
      <w:r>
        <w:rPr>
          <w:b/>
          <w:bCs/>
        </w:rPr>
        <w:t xml:space="preserve">on the inflation outlook.</w:t>
      </w:r>
      <w:r>
        <w:br/>
      </w:r>
      <w:r>
        <w:t xml:space="preserve">    (a) discuss in detail</w:t>
      </w:r>
      <w:r>
        <w:br/>
      </w:r>
      <w:r>
        <w:t xml:space="preserve">    (b) make more excuses</w:t>
      </w:r>
      <w:r>
        <w:br/>
      </w:r>
      <w:r>
        <w:t xml:space="preserve">    (c) ask questions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brace I have to wear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hindering</w:t>
      </w:r>
      <w:r>
        <w:rPr>
          <w:b/>
          <w:bCs/>
        </w:rPr>
        <w:t xml:space="preserve"> </w:t>
      </w:r>
      <w:r>
        <w:rPr>
          <w:b/>
          <w:bCs/>
        </w:rPr>
        <w:t xml:space="preserve">my movements</w:t>
      </w:r>
      <w:r>
        <w:br/>
      </w:r>
      <w:r>
        <w:t xml:space="preserve">    (a) making difficult</w:t>
      </w:r>
      <w:r>
        <w:br/>
      </w:r>
      <w:r>
        <w:t xml:space="preserve">    (b) helping or assisting</w:t>
      </w:r>
      <w:r>
        <w:br/>
      </w:r>
      <w:r>
        <w:t xml:space="preserve">    (c) drawing attention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Internet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hypochondriac</w:t>
      </w:r>
      <w:r>
        <w:rPr>
          <w:b/>
          <w:bCs/>
        </w:rPr>
        <w:t xml:space="preserve">'s best friend.</w:t>
      </w:r>
      <w:r>
        <w:br/>
      </w:r>
      <w:r>
        <w:t xml:space="preserve">    (a) someone who is attracted to conspiracy theories</w:t>
      </w:r>
      <w:r>
        <w:br/>
      </w:r>
      <w:r>
        <w:t xml:space="preserve">    (b) someone who likes to hear different opinions</w:t>
      </w:r>
      <w:r>
        <w:br/>
      </w:r>
      <w:r>
        <w:t xml:space="preserve">    (c) someone who worries excessively about imaginary illnesses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trusted her to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impartial</w:t>
      </w:r>
      <w:r>
        <w:rPr>
          <w:b/>
          <w:bCs/>
        </w:rPr>
        <w:t xml:space="preserve">.</w:t>
      </w:r>
      <w:r>
        <w:br/>
      </w:r>
      <w:r>
        <w:t xml:space="preserve">    (a) unbiased</w:t>
      </w:r>
      <w:r>
        <w:br/>
      </w:r>
      <w:r>
        <w:t xml:space="preserve">    (b) smart</w:t>
      </w:r>
      <w:r>
        <w:br/>
      </w:r>
      <w:r>
        <w:t xml:space="preserve">    (c) forgiving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insufferable</w:t>
      </w:r>
      <w:r>
        <w:rPr>
          <w:b/>
          <w:bCs/>
        </w:rPr>
        <w:t xml:space="preserve"> </w:t>
      </w:r>
      <w:r>
        <w:rPr>
          <w:b/>
          <w:bCs/>
        </w:rPr>
        <w:t xml:space="preserve">heat and humidity made it difficult to breathe.</w:t>
      </w:r>
      <w:r>
        <w:br/>
      </w:r>
      <w:r>
        <w:t xml:space="preserve">    (a) seasonal</w:t>
      </w:r>
      <w:r>
        <w:br/>
      </w:r>
      <w:r>
        <w:t xml:space="preserve">    (b) extremely unpleasant</w:t>
      </w:r>
      <w:r>
        <w:br/>
      </w:r>
      <w:r>
        <w:t xml:space="preserve">    (c) extremely unusual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thrives at sifting through that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detail.</w:t>
      </w:r>
      <w:r>
        <w:br/>
      </w:r>
      <w:r>
        <w:t xml:space="preserve">    (a) quickly eliminated</w:t>
      </w:r>
      <w:r>
        <w:br/>
      </w:r>
      <w:r>
        <w:t xml:space="preserve">    (b) available from prior research</w:t>
      </w:r>
      <w:r>
        <w:br/>
      </w:r>
      <w:r>
        <w:t xml:space="preserve">    (c) including even small considerations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Years of broken promises taught the team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mistrust</w:t>
      </w:r>
      <w:r>
        <w:rPr>
          <w:b/>
          <w:bCs/>
        </w:rPr>
        <w:t xml:space="preserve"> </w:t>
      </w:r>
      <w:r>
        <w:rPr>
          <w:b/>
          <w:bCs/>
        </w:rPr>
        <w:t xml:space="preserve">anything he said.</w:t>
      </w:r>
      <w:r>
        <w:br/>
      </w:r>
      <w:r>
        <w:t xml:space="preserve">    (a) not remember</w:t>
      </w:r>
      <w:r>
        <w:br/>
      </w:r>
      <w:r>
        <w:t xml:space="preserve">    (b) not trust</w:t>
      </w:r>
      <w:r>
        <w:br/>
      </w:r>
      <w:r>
        <w:t xml:space="preserve">    (c) not question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walking with a barely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perceptible</w:t>
      </w:r>
      <w:r>
        <w:rPr>
          <w:b/>
          <w:bCs/>
        </w:rPr>
        <w:t xml:space="preserve"> </w:t>
      </w:r>
      <w:r>
        <w:rPr>
          <w:b/>
          <w:bCs/>
        </w:rPr>
        <w:t xml:space="preserve">limp.</w:t>
      </w:r>
      <w:r>
        <w:br/>
      </w:r>
      <w:r>
        <w:t xml:space="preserve">    (a) new</w:t>
      </w:r>
      <w:r>
        <w:br/>
      </w:r>
      <w:r>
        <w:t xml:space="preserve">    (b) painful</w:t>
      </w:r>
      <w:r>
        <w:br/>
      </w:r>
      <w:r>
        <w:t xml:space="preserve">    (c) noticeable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read MLK's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poignant</w:t>
      </w:r>
      <w:r>
        <w:rPr>
          <w:b/>
          <w:bCs/>
        </w:rPr>
        <w:t xml:space="preserve"> </w:t>
      </w:r>
      <w:r>
        <w:rPr>
          <w:b/>
          <w:bCs/>
        </w:rPr>
        <w:t xml:space="preserve">"Letter from Birmingham Jail"?</w:t>
      </w:r>
      <w:r>
        <w:br/>
      </w:r>
      <w:r>
        <w:t xml:space="preserve">    (a) logically compelling</w:t>
      </w:r>
      <w:r>
        <w:br/>
      </w:r>
      <w:r>
        <w:t xml:space="preserve">    (b) long</w:t>
      </w:r>
      <w:r>
        <w:br/>
      </w:r>
      <w:r>
        <w:t xml:space="preserve">    (c) arousing deep emotion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Relapses</w:t>
      </w:r>
      <w:r>
        <w:rPr>
          <w:b/>
          <w:bCs/>
        </w:rPr>
        <w:t xml:space="preserve"> </w:t>
      </w:r>
      <w:r>
        <w:rPr>
          <w:b/>
          <w:bCs/>
        </w:rPr>
        <w:t xml:space="preserve">are common with major depressive disorder.</w:t>
      </w:r>
      <w:r>
        <w:br/>
      </w:r>
      <w:r>
        <w:t xml:space="preserve">    (a) lost work days</w:t>
      </w:r>
      <w:r>
        <w:br/>
      </w:r>
      <w:r>
        <w:t xml:space="preserve">    (b) returns to illness</w:t>
      </w:r>
      <w:r>
        <w:br/>
      </w:r>
      <w:r>
        <w:t xml:space="preserve">    (c) crying spells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behavior at the party made everyone want to go home early.</w:t>
      </w:r>
      <w:r>
        <w:br/>
      </w:r>
      <w:r>
        <w:t xml:space="preserve">    (a) highly amusing</w:t>
      </w:r>
      <w:r>
        <w:br/>
      </w:r>
      <w:r>
        <w:t xml:space="preserve">    (b) warmly welcomed</w:t>
      </w:r>
      <w:r>
        <w:br/>
      </w:r>
      <w:r>
        <w:t xml:space="preserve">    (c) deeply offensive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serf</w:t>
      </w:r>
      <w:r>
        <w:rPr>
          <w:b/>
          <w:bCs/>
        </w:rPr>
        <w:t xml:space="preserve"> </w:t>
      </w:r>
      <w:r>
        <w:rPr>
          <w:b/>
          <w:bCs/>
        </w:rPr>
        <w:t xml:space="preserve">worked the lord's fields from dawn until dusk for little reward.</w:t>
      </w:r>
      <w:r>
        <w:br/>
      </w:r>
      <w:r>
        <w:t xml:space="preserve">    (a) wandering hermit</w:t>
      </w:r>
      <w:r>
        <w:br/>
      </w:r>
      <w:r>
        <w:t xml:space="preserve">    (b) trained knight</w:t>
      </w:r>
      <w:r>
        <w:br/>
      </w:r>
      <w:r>
        <w:t xml:space="preserve">    (c) bound peasant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appreciated</w:t>
      </w:r>
      <w:r>
        <w:br/>
      </w:r>
      <w:r>
        <w:t xml:space="preserve">    (b) unnecessary</w:t>
      </w:r>
      <w:r>
        <w:br/>
      </w:r>
      <w:r>
        <w:t xml:space="preserve">    (c) 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 unsupportable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supposition</w:t>
      </w:r>
      <w:r>
        <w:rPr>
          <w:b/>
          <w:bCs/>
        </w:rPr>
        <w:t xml:space="preserve">.</w:t>
      </w:r>
      <w:r>
        <w:br/>
      </w:r>
      <w:r>
        <w:t xml:space="preserve">    (a) computer program</w:t>
      </w:r>
      <w:r>
        <w:br/>
      </w:r>
      <w:r>
        <w:t xml:space="preserve">    (b) belief</w:t>
      </w:r>
      <w:r>
        <w:br/>
      </w:r>
      <w:r>
        <w:t xml:space="preserve">    (c) expense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2026-07-31T14:33:53Z</dcterms:created>
  <dcterms:modified xsi:type="dcterms:W3CDTF">2026-07-31T14:33:53Z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