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e20e2488e2a3de8c04f1b03e0f3fb028c8504f"/>
    <w:p>
      <w:pPr>
        <w:pStyle w:val="Heading1"/>
      </w:pPr>
      <w:r>
        <w:rPr>
          <w:b/>
          <w:bCs/>
        </w:rPr>
        <w:t xml:space="preserve">Crime and Punishment</w:t>
      </w:r>
      <w:r>
        <w:br/>
      </w:r>
      <w:r>
        <w:rPr>
          <w:i/>
          <w:iCs/>
        </w:rPr>
        <w:t xml:space="preserve">Fyodor Dostoyevsky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there was such accumulated bitterness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in the young man's heart, that, in spite of all the fastidiousness of youth, he minded his rags least of all in the street.</w:t>
      </w:r>
      <w:r>
        <w:br/>
      </w:r>
      <w:r>
        <w:t xml:space="preserve">    (a) frustration at being treated unfairly</w:t>
      </w:r>
      <w:r>
        <w:br/>
      </w:r>
      <w:r>
        <w:t xml:space="preserve">    (b) intense dislike and disrespect</w:t>
      </w:r>
      <w:r>
        <w:br/>
      </w:r>
      <w:r>
        <w:t xml:space="preserve">    (c) prejudice or unfair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Granted, granted, I am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, but she is a woman of a noble heart, full of sentiments, refined by education.</w:t>
      </w:r>
      <w:r>
        <w:br/>
      </w:r>
      <w:r>
        <w:t xml:space="preserve">    (a) someone without moral principles</w:t>
      </w:r>
      <w:r>
        <w:br/>
      </w:r>
      <w:r>
        <w:t xml:space="preserve">    (b) the condition of being different</w:t>
      </w:r>
      <w:r>
        <w:br/>
      </w:r>
      <w:r>
        <w:t xml:space="preserve">    (c) important, serious, or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condemn her for it, I don't blame her, for the one thing left her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past, and all the rest is dust and ashes.</w:t>
      </w:r>
      <w:r>
        <w:br/>
      </w:r>
      <w:r>
        <w:t xml:space="preserve">    (a) memory</w:t>
      </w:r>
      <w:r>
        <w:br/>
      </w:r>
      <w:r>
        <w:t xml:space="preserve">    (b) result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for getting the axe,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cost him no anxiety, for nothing could be easier.</w:t>
      </w:r>
      <w:r>
        <w:br/>
      </w:r>
      <w:r>
        <w:t xml:space="preserve">    (a) moving out of an interacting position; or stopping</w:t>
      </w:r>
      <w:r>
        <w:br/>
      </w:r>
      <w:r>
        <w:t xml:space="preserve">    (b) minor (unimportant or easily done)</w:t>
      </w:r>
      <w:r>
        <w:br/>
      </w:r>
      <w:r>
        <w:t xml:space="preserve">    (c) canceling or annulling a formal ruling or contract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simply the weakness of fever, a moment's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delirium</w:t>
      </w:r>
      <w:r>
        <w:rPr>
          <w:b/>
          <w:bCs/>
        </w:rPr>
        <w:t xml:space="preserve">,</w:t>
      </w:r>
      <w:r>
        <w:br/>
      </w:r>
      <w:r>
        <w:t xml:space="preserve">    (a) a psychologist concerned with the treatment of abnormal thinking and behavior</w:t>
      </w:r>
      <w:r>
        <w:br/>
      </w:r>
      <w:r>
        <w:t xml:space="preserve">    (b) a stone shaped like a disk that spins and is used to grind, sharpen or polish</w:t>
      </w:r>
      <w:r>
        <w:br/>
      </w:r>
      <w:r>
        <w:t xml:space="preserve">    (c) state of mental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she was obviously embarrassed at filling half the room and smelling so strongly of scent; and though her smile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as well as cringing, it betrayed evident uneasiness.</w:t>
      </w:r>
      <w:r>
        <w:br/>
      </w:r>
      <w:r>
        <w:t xml:space="preserve">    (a) working against psychosis (any severe mental disorder in which contact with reality is lost or highly distorted)</w:t>
      </w:r>
      <w:r>
        <w:br/>
      </w:r>
      <w:r>
        <w:t xml:space="preserve">    (b) improperly bold or disrespectful -- especially toward someone who is older or considered to be of higher status</w:t>
      </w:r>
      <w:r>
        <w:br/>
      </w:r>
      <w:r>
        <w:t xml:space="preserve">    (c) alternative medicine using extremely diluted doses of a substance to treat the same symptoms larger doses cause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vividly recalled those old doubts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perplexities</w:t>
      </w:r>
      <w:r>
        <w:rPr>
          <w:b/>
          <w:bCs/>
        </w:rPr>
        <w:t xml:space="preserve">,</w:t>
      </w:r>
      <w:r>
        <w:br/>
      </w:r>
      <w:r>
        <w:t xml:space="preserve">    (a) things that confuse</w:t>
      </w:r>
      <w:r>
        <w:br/>
      </w:r>
      <w:r>
        <w:t xml:space="preserve">    (b) outward appearances</w:t>
      </w:r>
      <w:r>
        <w:br/>
      </w:r>
      <w:r>
        <w:t xml:space="preserve">    (c) agreements to marry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Excuse me, I fancied so from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.</w:t>
      </w:r>
      <w:r>
        <w:br/>
      </w:r>
      <w:r>
        <w:t xml:space="preserve">    (a) questioning or investigating</w:t>
      </w:r>
      <w:r>
        <w:br/>
      </w:r>
      <w:r>
        <w:t xml:space="preserve">    (b) small quantity or indication</w:t>
      </w:r>
      <w:r>
        <w:br/>
      </w:r>
      <w:r>
        <w:t xml:space="preserve">    (c) reason (for doing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"That's all true," Zossimov hastened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</w:t>
      </w:r>
      <w:r>
        <w:rPr>
          <w:b/>
          <w:bCs/>
        </w:rPr>
        <w:t xml:space="preserve">.</w:t>
      </w:r>
      <w:r>
        <w:br/>
      </w:r>
      <w:r>
        <w:t xml:space="preserve">    (a) the right to run a local store or business under a big company’s name</w:t>
      </w:r>
      <w:r>
        <w:br/>
      </w:r>
      <w:r>
        <w:t xml:space="preserve">    (b) insert between other elements; or to interrupt or stop action by others</w:t>
      </w:r>
      <w:r>
        <w:br/>
      </w:r>
      <w:r>
        <w:t xml:space="preserve">    (c) dry out by heat or excessive exposure to sunlight; or make very thirsty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hoped,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that he would not fall down in the street.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addition to what has just been said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"She is lying," he thought to himself, biting his nails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vindictively</w:t>
      </w:r>
      <w:r>
        <w:rPr>
          <w:b/>
          <w:bCs/>
        </w:rPr>
        <w:t xml:space="preserve">.</w:t>
      </w:r>
      <w:r>
        <w:br/>
      </w:r>
      <w:r>
        <w:t xml:space="preserve">    (a) without concern for what others might think of oneself</w:t>
      </w:r>
      <w:r>
        <w:br/>
      </w:r>
      <w:r>
        <w:t xml:space="preserve">    (b) desirous of seeking revenge or wanting to hurt someone</w:t>
      </w:r>
      <w:r>
        <w:br/>
      </w:r>
      <w:r>
        <w:t xml:space="preserve">    (c) expressed in a manner that shows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one expression in the letter, one slander about me, and rather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contemptible</w:t>
      </w:r>
      <w:r>
        <w:rPr>
          <w:b/>
          <w:bCs/>
        </w:rPr>
        <w:t xml:space="preserve"> </w:t>
      </w:r>
      <w:r>
        <w:rPr>
          <w:b/>
          <w:bCs/>
        </w:rPr>
        <w:t xml:space="preserve">one.</w:t>
      </w:r>
      <w:r>
        <w:br/>
      </w:r>
      <w:r>
        <w:t xml:space="preserve">    (a) aka analytic -- relating to a theory of psychiatry</w:t>
      </w:r>
      <w:r>
        <w:br/>
      </w:r>
      <w:r>
        <w:t xml:space="preserve">    (b) deserving no respect (worthless or of bad quality)</w:t>
      </w:r>
      <w:r>
        <w:br/>
      </w:r>
      <w:r>
        <w:t xml:space="preserve">    (c) the quality or degree of not being straightforward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remarkable, in fact, that the majority, indeed, of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benefactors</w:t>
      </w:r>
      <w:r>
        <w:rPr>
          <w:b/>
          <w:bCs/>
        </w:rPr>
        <w:t xml:space="preserve"> </w:t>
      </w:r>
      <w:r>
        <w:rPr>
          <w:b/>
          <w:bCs/>
        </w:rPr>
        <w:t xml:space="preserve">and leaders of humanity were guilty of terrible carnage.</w:t>
      </w:r>
      <w:r>
        <w:br/>
      </w:r>
      <w:r>
        <w:t xml:space="preserve">    (a) logical conclusions reached by reasoning</w:t>
      </w:r>
      <w:r>
        <w:br/>
      </w:r>
      <w:r>
        <w:t xml:space="preserve">    (b) people who help a person or organization</w:t>
      </w:r>
      <w:r>
        <w:br/>
      </w:r>
      <w:r>
        <w:t xml:space="preserve">    (c) acts of taking something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evident that that idea had very often occurred to her before and he had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it again.</w:t>
      </w:r>
      <w:r>
        <w:br/>
      </w:r>
      <w:r>
        <w:t xml:space="preserve">    (a) beyond the permitted boundary or limit</w:t>
      </w:r>
      <w:r>
        <w:br/>
      </w:r>
      <w:r>
        <w:t xml:space="preserve">    (b) to awaken, make more active, or excite</w:t>
      </w:r>
      <w:r>
        <w:br/>
      </w:r>
      <w:r>
        <w:t xml:space="preserve">    (c) explains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are living in this filth which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so,</w:t>
      </w:r>
      <w:r>
        <w:br/>
      </w:r>
      <w:r>
        <w:t xml:space="preserve">    (a) quit</w:t>
      </w:r>
      <w:r>
        <w:br/>
      </w:r>
      <w:r>
        <w:t xml:space="preserve">    (b) hate</w:t>
      </w:r>
      <w:r>
        <w:br/>
      </w:r>
      <w:r>
        <w:t xml:space="preserve">    (c) draw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you know,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peasants</w:t>
      </w:r>
      <w:r>
        <w:rPr>
          <w:b/>
          <w:bCs/>
        </w:rPr>
        <w:t xml:space="preserve"> </w:t>
      </w:r>
      <w:r>
        <w:rPr>
          <w:b/>
          <w:bCs/>
        </w:rPr>
        <w:t xml:space="preserve">live there, real rude Russian peasants.</w:t>
      </w:r>
      <w:r>
        <w:br/>
      </w:r>
      <w:r>
        <w:t xml:space="preserve">    (a) members of an artistic movement pioneered by Pablo Picasso and Georges Braque that featured surfaces of geometrical planes to depict three-dimensional organic forms</w:t>
      </w:r>
      <w:r>
        <w:br/>
      </w:r>
      <w:r>
        <w:t xml:space="preserve">    (b) organisms in the early stages of growth prior to birth, hatching, or sprouting; in humans organisms during the first eight weeks of development (prior to the fetal stage)</w:t>
      </w:r>
      <w:r>
        <w:br/>
      </w:r>
      <w:r>
        <w:t xml:space="preserve">    (c) a person of low income, education, and social standing -- especially one who raises crops or livestock (used historically or possibly in relation to a very poor country)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 </w:t>
      </w:r>
      <w:r>
        <w:rPr>
          <w:b/>
          <w:bCs/>
        </w:rPr>
        <w:t xml:space="preserve">smile appeared on his lips.</w:t>
      </w:r>
      <w:r>
        <w:br/>
      </w:r>
      <w:r>
        <w:t xml:space="preserve">    (a) absolute</w:t>
      </w:r>
      <w:r>
        <w:br/>
      </w:r>
      <w:r>
        <w:t xml:space="preserve">    (b) pleasing</w:t>
      </w:r>
      <w:r>
        <w:br/>
      </w:r>
      <w:r>
        <w:t xml:space="preserve">    (c) arrogant or condescending; i.e., acting superior or self-important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regard you in any case as a man of noble character and not without elements of magnanimity, though I don't agree with all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convictions</w:t>
      </w:r>
      <w:r>
        <w:rPr>
          <w:b/>
          <w:bCs/>
        </w:rPr>
        <w:t xml:space="preserve">.</w:t>
      </w:r>
      <w:r>
        <w:br/>
      </w:r>
      <w:r>
        <w:t xml:space="preserve">    (a) calculates or judges too low</w:t>
      </w:r>
      <w:r>
        <w:br/>
      </w:r>
      <w:r>
        <w:t xml:space="preserve">    (b) a strong, firmly held belief</w:t>
      </w:r>
      <w:r>
        <w:br/>
      </w:r>
      <w:r>
        <w:t xml:space="preserve">    (c) not working or not operating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least you didn't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long, you went straight to the furthest point at one bound.</w:t>
      </w:r>
      <w:r>
        <w:br/>
      </w:r>
      <w:r>
        <w:t xml:space="preserve">    (a) lie or mislead</w:t>
      </w:r>
      <w:r>
        <w:br/>
      </w:r>
      <w:r>
        <w:t xml:space="preserve">    (b) bad or harmful</w:t>
      </w:r>
      <w:r>
        <w:br/>
      </w:r>
      <w:r>
        <w:t xml:space="preserve">    (c) tell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all this period Razumihin wore an 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resolute</w:t>
      </w:r>
      <w:r>
        <w:rPr>
          <w:b/>
          <w:bCs/>
        </w:rPr>
        <w:t xml:space="preserve"> </w:t>
      </w:r>
      <w:r>
        <w:rPr>
          <w:b/>
          <w:bCs/>
        </w:rPr>
        <w:t xml:space="preserve">determination.</w:t>
      </w:r>
      <w:r>
        <w:br/>
      </w:r>
      <w:r>
        <w:t xml:space="preserve">    (a) able to be understood or explained</w:t>
      </w:r>
      <w:r>
        <w:br/>
      </w:r>
      <w:r>
        <w:t xml:space="preserve">    (b) aware or concerned about something</w:t>
      </w:r>
      <w:r>
        <w:br/>
      </w:r>
      <w:r>
        <w:t xml:space="preserve">    (c) firm in purpose, belief, or action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2026-07-31T14:33:53Z</dcterms:created>
  <dcterms:modified xsi:type="dcterms:W3CDTF">2026-07-31T14:33:53Z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