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638a9c2419d667ba262a361a6cbe121a958c023"/>
    <w:p>
      <w:pPr>
        <w:pStyle w:val="Heading1"/>
      </w:pPr>
      <w:r>
        <w:rPr>
          <w:b/>
          <w:bCs/>
        </w:rPr>
        <w:t xml:space="preserve">Crime and Punishment</w:t>
      </w:r>
      <w:r>
        <w:br/>
      </w:r>
      <w:r>
        <w:rPr>
          <w:i/>
          <w:iCs/>
        </w:rPr>
        <w:t xml:space="preserve">Fyodor Dostoyevsky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was not because he was cowardly and abject, quite the contrary; but for some time past he had been in an overstrained irritable condition, verging 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hypochondria</w:t>
      </w:r>
      <w:r>
        <w:rPr>
          <w:b/>
          <w:bCs/>
        </w:rPr>
        <w:t xml:space="preserve">.</w:t>
      </w:r>
      <w:r>
        <w:br/>
      </w:r>
      <w:r>
        <w:t xml:space="preserve">    (a) light-emitting diode -- a semiconductor device that emits light when current flows through it</w:t>
      </w:r>
      <w:r>
        <w:br/>
      </w:r>
      <w:r>
        <w:t xml:space="preserve">    (b) a psychological disorder characterized by excessive worry about imaginary, personal illnesses</w:t>
      </w:r>
      <w:r>
        <w:br/>
      </w:r>
      <w:r>
        <w:t xml:space="preserve">    (c) doors divided in such a fashion that the bottom half may remain shut while the top half opens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tavern, the degraded appearance of the man, the five nights in the hay barge, and the pot of spirits, and yet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poignant</w:t>
      </w:r>
      <w:r>
        <w:rPr>
          <w:b/>
          <w:bCs/>
        </w:rPr>
        <w:t xml:space="preserve"> </w:t>
      </w:r>
      <w:r>
        <w:rPr>
          <w:b/>
          <w:bCs/>
        </w:rPr>
        <w:t xml:space="preserve">love for his wife and children bewildered his listener.</w:t>
      </w:r>
      <w:r>
        <w:br/>
      </w:r>
      <w:r>
        <w:t xml:space="preserve">    (a) sharp or intense</w:t>
      </w:r>
      <w:r>
        <w:br/>
      </w:r>
      <w:r>
        <w:t xml:space="preserve">    (b) able to be found</w:t>
      </w:r>
      <w:r>
        <w:br/>
      </w:r>
      <w:r>
        <w:t xml:space="preserve">    (c) likely to change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was more, she showed and read to everyone the letter in Dounia's own handwriting to Mr. Svidrigailov and even allowed them to take copies of it—which I must say I think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superfluous</w:t>
      </w:r>
      <w:r>
        <w:rPr>
          <w:b/>
          <w:bCs/>
        </w:rPr>
        <w:t xml:space="preserve">.</w:t>
      </w:r>
      <w:r>
        <w:br/>
      </w:r>
      <w:r>
        <w:t xml:space="preserve">    (a) without purpose, job, or natural activity</w:t>
      </w:r>
      <w:r>
        <w:br/>
      </w:r>
      <w:r>
        <w:t xml:space="preserve">    (b) the quality of being sensible and careful</w:t>
      </w:r>
      <w:r>
        <w:br/>
      </w:r>
      <w:r>
        <w:t xml:space="preserve">    (c) more than is needed, desired, or required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certain percentage, they tell us, must every year go...that way...to the devil, I suppose, so that the rest may remain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chaste</w:t>
      </w:r>
      <w:r>
        <w:rPr>
          <w:b/>
          <w:bCs/>
        </w:rPr>
        <w:t xml:space="preserve">, and not be interfered with.</w:t>
      </w:r>
      <w:r>
        <w:br/>
      </w:r>
      <w:r>
        <w:t xml:space="preserve">    (a) not having sexual intercourse (ever, outside of marriage, or for a long time); or not involving sexual desire</w:t>
      </w:r>
      <w:r>
        <w:br/>
      </w:r>
      <w:r>
        <w:t xml:space="preserve">    (b) a citizen of Rome between the founding of the city (753 BC) and the fall of the Western Roman Empire (476 AD)</w:t>
      </w:r>
      <w:r>
        <w:br/>
      </w:r>
      <w:r>
        <w:t xml:space="preserve">    (c) able to be portrayed or created in a particular way  OR  able to be interpreted, translated, or extracted from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Hundreds, thousands perhaps, might be set on the right path; dozens of families saved from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destitution</w:t>
      </w:r>
      <w:r>
        <w:rPr>
          <w:b/>
          <w:bCs/>
        </w:rPr>
        <w:t xml:space="preserve">, from ruin, from vice, from the Lock hospitals—and all with her money.</w:t>
      </w:r>
      <w:r>
        <w:br/>
      </w:r>
      <w:r>
        <w:t xml:space="preserve">    (a) in disagreement</w:t>
      </w:r>
      <w:r>
        <w:br/>
      </w:r>
      <w:r>
        <w:t xml:space="preserve">    (b) relative amount</w:t>
      </w:r>
      <w:r>
        <w:br/>
      </w:r>
      <w:r>
        <w:t xml:space="preserve">    (c) extreme poverty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turned everything over to the last threads and rags,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mistrusting</w:t>
      </w:r>
      <w:r>
        <w:rPr>
          <w:b/>
          <w:bCs/>
        </w:rPr>
        <w:t xml:space="preserve"> </w:t>
      </w:r>
      <w:r>
        <w:rPr>
          <w:b/>
          <w:bCs/>
        </w:rPr>
        <w:t xml:space="preserve">himself, went through his search three times.</w:t>
      </w:r>
      <w:r>
        <w:br/>
      </w:r>
      <w:r>
        <w:t xml:space="preserve">    (a) someone who disturbs or annoys</w:t>
      </w:r>
      <w:r>
        <w:br/>
      </w:r>
      <w:r>
        <w:t xml:space="preserve">    (b) lacking trust or confidence in</w:t>
      </w:r>
      <w:r>
        <w:br/>
      </w:r>
      <w:r>
        <w:t xml:space="preserve">    (c) calculating or judging too low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"And pray, what time were you directed to appear, sir?" shouted the assistant superintendent, seeming for some unknown reason more and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aggrieved</w:t>
      </w:r>
      <w:r>
        <w:rPr>
          <w:b/>
          <w:bCs/>
        </w:rPr>
        <w:t xml:space="preserve">.</w:t>
      </w:r>
      <w:r>
        <w:br/>
      </w:r>
      <w:r>
        <w:t xml:space="preserve">    (a) felt harmed by unfair treatment</w:t>
      </w:r>
      <w:r>
        <w:br/>
      </w:r>
      <w:r>
        <w:t xml:space="preserve">    (b) learned, discovered, or decided</w:t>
      </w:r>
      <w:r>
        <w:br/>
      </w:r>
      <w:r>
        <w:t xml:space="preserve">    (c) selected (on a computer screen)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Yet he could not overcome his sense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repugnance</w:t>
      </w:r>
      <w:r>
        <w:rPr>
          <w:b/>
          <w:bCs/>
        </w:rPr>
        <w:t xml:space="preserve">.</w:t>
      </w:r>
      <w:r>
        <w:br/>
      </w:r>
      <w:r>
        <w:t xml:space="preserve">    (a) strong disgust</w:t>
      </w:r>
      <w:r>
        <w:br/>
      </w:r>
      <w:r>
        <w:t xml:space="preserve">    (b) dissatisfaction</w:t>
      </w:r>
      <w:r>
        <w:br/>
      </w:r>
      <w:r>
        <w:t xml:space="preserve">    (c) discouragement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jewel-case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conclusive</w:t>
      </w:r>
      <w:r>
        <w:rPr>
          <w:b/>
          <w:bCs/>
        </w:rPr>
        <w:t xml:space="preserve"> </w:t>
      </w:r>
      <w:r>
        <w:rPr>
          <w:b/>
          <w:bCs/>
        </w:rPr>
        <w:t xml:space="preserve">proof that he did stand there....That's how I explain it.</w:t>
      </w:r>
      <w:r>
        <w:br/>
      </w:r>
      <w:r>
        <w:t xml:space="preserve">    (a) putting an end to doubt or question</w:t>
      </w:r>
      <w:r>
        <w:br/>
      </w:r>
      <w:r>
        <w:t xml:space="preserve">    (b) full of strong desire for something</w:t>
      </w:r>
      <w:r>
        <w:br/>
      </w:r>
      <w:r>
        <w:t xml:space="preserve">    (c) in a manner that takes on or adopts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supposition</w:t>
      </w:r>
      <w:r>
        <w:rPr>
          <w:b/>
          <w:bCs/>
        </w:rPr>
        <w:t xml:space="preserve"> </w:t>
      </w:r>
      <w:r>
        <w:rPr>
          <w:b/>
          <w:bCs/>
        </w:rPr>
        <w:t xml:space="preserve">that it was a calculated crime and a cunning criminal doesn't work.</w:t>
      </w:r>
      <w:r>
        <w:br/>
      </w:r>
      <w:r>
        <w:t xml:space="preserve">    (a) a powerful stimulant drug that increases activity in the brain and nervous system -- often addictive</w:t>
      </w:r>
      <w:r>
        <w:br/>
      </w:r>
      <w:r>
        <w:t xml:space="preserve">    (b) something supposed (rather than something known to be so) -- such as a disputed belief or assumption</w:t>
      </w:r>
      <w:r>
        <w:br/>
      </w:r>
      <w:r>
        <w:t xml:space="preserve">    (c) nerve cells running from the base of the skull to the lower back and enclosed by vertebrae in adults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went out, trembling all over from a sort of wild hysterical sensation, in which there was an element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insufferable</w:t>
      </w:r>
      <w:r>
        <w:rPr>
          <w:b/>
          <w:bCs/>
        </w:rPr>
        <w:t xml:space="preserve"> </w:t>
      </w:r>
      <w:r>
        <w:rPr>
          <w:b/>
          <w:bCs/>
        </w:rPr>
        <w:t xml:space="preserve">rapture.</w:t>
      </w:r>
      <w:r>
        <w:br/>
      </w:r>
      <w:r>
        <w:t xml:space="preserve">    (a) excessively enjoying</w:t>
      </w:r>
      <w:r>
        <w:br/>
      </w:r>
      <w:r>
        <w:t xml:space="preserve">    (b) extremely unpleasant</w:t>
      </w:r>
      <w:r>
        <w:br/>
      </w:r>
      <w:r>
        <w:t xml:space="preserve">    (c) dies or is destroyed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assure you that all that is seriously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hindering</w:t>
      </w:r>
      <w:r>
        <w:rPr>
          <w:b/>
          <w:bCs/>
        </w:rPr>
        <w:t xml:space="preserve"> </w:t>
      </w:r>
      <w:r>
        <w:rPr>
          <w:b/>
          <w:bCs/>
        </w:rPr>
        <w:t xml:space="preserve">my recovery, because it's continually irritating me.</w:t>
      </w:r>
      <w:r>
        <w:br/>
      </w:r>
      <w:r>
        <w:t xml:space="preserve">    (a) slowing down or causing problems for</w:t>
      </w:r>
      <w:r>
        <w:br/>
      </w:r>
      <w:r>
        <w:t xml:space="preserve">    (b) suggesting that someone was involved</w:t>
      </w:r>
      <w:r>
        <w:br/>
      </w:r>
      <w:r>
        <w:t xml:space="preserve">    (c) walking in an awkward, shuffling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police still remained round the woman, someone mentioned the police station....Raskolnikov looked on with a strange sensation of indifference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apathy</w:t>
      </w:r>
      <w:r>
        <w:rPr>
          <w:b/>
          <w:bCs/>
        </w:rPr>
        <w:t xml:space="preserve">.</w:t>
      </w:r>
      <w:r>
        <w:br/>
      </w:r>
      <w:r>
        <w:t xml:space="preserve">    (a) poor ability to make a decision</w:t>
      </w:r>
      <w:r>
        <w:br/>
      </w:r>
      <w:r>
        <w:t xml:space="preserve">    (b) lack of interest and enthusiasm</w:t>
      </w:r>
      <w:r>
        <w:br/>
      </w:r>
      <w:r>
        <w:t xml:space="preserve">    (c) non-traditional or non-standard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"But we know all who had pledges, and you are the only one who hasn't come forward," Porfiry answered with hardly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perceptible</w:t>
      </w:r>
      <w:r>
        <w:rPr>
          <w:b/>
          <w:bCs/>
        </w:rPr>
        <w:t xml:space="preserve"> </w:t>
      </w:r>
      <w:r>
        <w:rPr>
          <w:b/>
          <w:bCs/>
        </w:rPr>
        <w:t xml:space="preserve">irony.</w:t>
      </w:r>
      <w:r>
        <w:br/>
      </w:r>
      <w:r>
        <w:t xml:space="preserve">    (a) capable of being noticed</w:t>
      </w:r>
      <w:r>
        <w:br/>
      </w:r>
      <w:r>
        <w:t xml:space="preserve">    (b) the state of being awake</w:t>
      </w:r>
      <w:r>
        <w:br/>
      </w:r>
      <w:r>
        <w:t xml:space="preserve">    (c) able to take on or adopt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serf</w:t>
      </w:r>
      <w:r>
        <w:rPr>
          <w:b/>
          <w:bCs/>
        </w:rPr>
        <w:t xml:space="preserve">, Filka; just after his burial I called out forgetting 'Filka, my pipe!'</w:t>
      </w:r>
      <w:r>
        <w:br/>
      </w:r>
      <w:r>
        <w:t xml:space="preserve">    (a) a person who tries to flatter or please someone in authority in order to gain personal advantage</w:t>
      </w:r>
      <w:r>
        <w:br/>
      </w:r>
      <w:r>
        <w:t xml:space="preserve">    (b) a person who uses seemingly believable, but invalid arguments that display ingenuity in reasoning</w:t>
      </w:r>
      <w:r>
        <w:br/>
      </w:r>
      <w:r>
        <w:t xml:space="preserve">    (c) Middle Ages Europe:  a person who is bound to the land and owned with the land by the feudal lord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Assuming an aggrieved air, Luzhin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relapsed</w:t>
      </w:r>
      <w:r>
        <w:rPr>
          <w:b/>
          <w:bCs/>
        </w:rPr>
        <w:t xml:space="preserve"> </w:t>
      </w:r>
      <w:r>
        <w:rPr>
          <w:b/>
          <w:bCs/>
        </w:rPr>
        <w:t xml:space="preserve">into dignified silence.</w:t>
      </w:r>
      <w:r>
        <w:br/>
      </w:r>
      <w:r>
        <w:t xml:space="preserve">    (a) returned to an undesirable previous condition</w:t>
      </w:r>
      <w:r>
        <w:br/>
      </w:r>
      <w:r>
        <w:t xml:space="preserve">    (b) caused to happen or occurred as a consequence</w:t>
      </w:r>
      <w:r>
        <w:br/>
      </w:r>
      <w:r>
        <w:t xml:space="preserve">    (c) donated a portion of one's income to a church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Trust me in this matter and, believe me, I shall be capable of judging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impartially</w:t>
      </w:r>
      <w:r>
        <w:rPr>
          <w:b/>
          <w:bCs/>
        </w:rPr>
        <w:t xml:space="preserve">.</w:t>
      </w:r>
      <w:r>
        <w:br/>
      </w:r>
      <w:r>
        <w:t xml:space="preserve">    (a) without favoritism or bias</w:t>
      </w:r>
      <w:r>
        <w:br/>
      </w:r>
      <w:r>
        <w:t xml:space="preserve">    (b) not capable of being found</w:t>
      </w:r>
      <w:r>
        <w:br/>
      </w:r>
      <w:r>
        <w:t xml:space="preserve">    (c) in a bad or harmful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apropos</w:t>
      </w:r>
      <w:r>
        <w:rPr>
          <w:b/>
          <w:bCs/>
        </w:rPr>
        <w:t xml:space="preserve"> </w:t>
      </w:r>
      <w:r>
        <w:rPr>
          <w:b/>
          <w:bCs/>
        </w:rPr>
        <w:t xml:space="preserve">of the miracle let me tell you that I think you have been asleep for the last two or three days.</w:t>
      </w:r>
      <w:r>
        <w:br/>
      </w:r>
      <w:r>
        <w:t xml:space="preserve">    (a) the state of being aware of one's mental activity</w:t>
      </w:r>
      <w:r>
        <w:br/>
      </w:r>
      <w:r>
        <w:t xml:space="preserve">    (b) appropriate or relevant to the situation or topic</w:t>
      </w:r>
      <w:r>
        <w:br/>
      </w:r>
      <w:r>
        <w:t xml:space="preserve">    (c) the quality of being without boundaries or limits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Expound</w:t>
      </w:r>
      <w:r>
        <w:rPr>
          <w:b/>
          <w:bCs/>
        </w:rPr>
        <w:t xml:space="preserve"> </w:t>
      </w:r>
      <w:r>
        <w:rPr>
          <w:b/>
          <w:bCs/>
        </w:rPr>
        <w:t xml:space="preserve">the latest theories!</w:t>
      </w:r>
      <w:r>
        <w:br/>
      </w:r>
      <w:r>
        <w:t xml:space="preserve">    (a) something repeated regularly</w:t>
      </w:r>
      <w:r>
        <w:br/>
      </w:r>
      <w:r>
        <w:t xml:space="preserve">    (b) explain or discuss in detail</w:t>
      </w:r>
      <w:r>
        <w:br/>
      </w:r>
      <w:r>
        <w:t xml:space="preserve">    (c) tell someone about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described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minutely</w:t>
      </w:r>
      <w:r>
        <w:rPr>
          <w:b/>
          <w:bCs/>
        </w:rPr>
        <w:t xml:space="preserve"> </w:t>
      </w:r>
      <w:r>
        <w:rPr>
          <w:b/>
          <w:bCs/>
        </w:rPr>
        <w:t xml:space="preserve">how he had taken her keys, what they were like, as well as the chest and its contents;</w:t>
      </w:r>
      <w:r>
        <w:br/>
      </w:r>
      <w:r>
        <w:t xml:space="preserve">    (a) with careful attention to detail</w:t>
      </w:r>
      <w:r>
        <w:br/>
      </w:r>
      <w:r>
        <w:t xml:space="preserve">    (b) in a manner that deserves praise</w:t>
      </w:r>
      <w:r>
        <w:br/>
      </w:r>
      <w:r>
        <w:t xml:space="preserve">    (c) in a manner that does not change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2026-07-31T14:33:53Z</dcterms:created>
  <dcterms:modified xsi:type="dcterms:W3CDTF">2026-07-31T14:33:53Z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