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f1569c349a98a01cb9d3eada169bc41c8bb6721"/>
    <w:p>
      <w:pPr>
        <w:pStyle w:val="Heading1"/>
      </w:pPr>
      <w:r>
        <w:rPr>
          <w:b/>
          <w:bCs/>
        </w:rPr>
        <w:t xml:space="preserve">Crank</w:t>
      </w:r>
      <w:r>
        <w:br/>
      </w:r>
      <w:r>
        <w:rPr>
          <w:i/>
          <w:iCs/>
        </w:rPr>
        <w:t xml:space="preserve">Ellen Hopkins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My mom gave a detailed run-down of 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varied</w:t>
      </w:r>
      <w:r>
        <w:rPr>
          <w:b/>
          <w:bCs/>
        </w:rPr>
        <w:t xml:space="preserve"> </w:t>
      </w:r>
      <w:r>
        <w:rPr>
          <w:b/>
          <w:bCs/>
        </w:rPr>
        <w:t xml:space="preserve">bad habits.</w:t>
      </w:r>
      <w:r>
        <w:br/>
      </w:r>
      <w:r>
        <w:t xml:space="preserve">    (a) differed; or changed</w:t>
      </w:r>
      <w:r>
        <w:br/>
      </w:r>
      <w:r>
        <w:t xml:space="preserve">    (b) began fighting again</w:t>
      </w:r>
      <w:r>
        <w:br/>
      </w:r>
      <w:r>
        <w:t xml:space="preserve">    (c) took on as one's own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Burned out, adrift on a sea of uncertain synapses, a place where your eyes refuse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focus</w:t>
      </w:r>
      <w:r>
        <w:rPr>
          <w:b/>
          <w:bCs/>
        </w:rPr>
        <w:t xml:space="preserve"> </w:t>
      </w:r>
      <w:r>
        <w:rPr>
          <w:b/>
          <w:bCs/>
        </w:rPr>
        <w:t xml:space="preserve">and your brain refuses to function.</w:t>
      </w:r>
      <w:r>
        <w:br/>
      </w:r>
      <w:r>
        <w:t xml:space="preserve">    (a) software that stops uninvited software from spreading between computers and causing damage to data and software</w:t>
      </w:r>
      <w:r>
        <w:br/>
      </w:r>
      <w:r>
        <w:t xml:space="preserve">    (b) adjust (to see clearly)</w:t>
      </w:r>
      <w:r>
        <w:br/>
      </w:r>
      <w:r>
        <w:t xml:space="preserve">    (c) a condition where the body cannot properly regulate blood sugar levels because it produces little or no insulin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Forgiveness granted, I made some decisions: appreciate family,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focus</w:t>
      </w:r>
      <w:r>
        <w:rPr>
          <w:b/>
          <w:bCs/>
        </w:rPr>
        <w:t xml:space="preserve"> </w:t>
      </w:r>
      <w:r>
        <w:rPr>
          <w:b/>
          <w:bCs/>
        </w:rPr>
        <w:t xml:space="preserve">on school and hunt for Kristina.</w:t>
      </w:r>
      <w:r>
        <w:br/>
      </w:r>
      <w:r>
        <w:t xml:space="preserve">    (a) make one's home in; or live in; or stay (in a place)</w:t>
      </w:r>
      <w:r>
        <w:br/>
      </w:r>
      <w:r>
        <w:t xml:space="preserve">    (b) concentrate</w:t>
      </w:r>
      <w:r>
        <w:br/>
      </w:r>
      <w:r>
        <w:t xml:space="preserve">    (c) a real estate loan; or pledging something for a loan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Everything shut down,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cerebral</w:t>
      </w:r>
      <w:r>
        <w:rPr>
          <w:b/>
          <w:bCs/>
        </w:rPr>
        <w:t xml:space="preserve"> </w:t>
      </w:r>
      <w:r>
        <w:rPr>
          <w:b/>
          <w:bCs/>
        </w:rPr>
        <w:t xml:space="preserve">ghost town.</w:t>
      </w:r>
      <w:r>
        <w:br/>
      </w:r>
      <w:r>
        <w:t xml:space="preserve">    (a) relating to the brain</w:t>
      </w:r>
      <w:r>
        <w:br/>
      </w:r>
      <w:r>
        <w:t xml:space="preserve">    (b) exactness or accuracy</w:t>
      </w:r>
      <w:r>
        <w:br/>
      </w:r>
      <w:r>
        <w:t xml:space="preserve">    (c) able to be translated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he accepted my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negative</w:t>
      </w:r>
      <w:r>
        <w:rPr>
          <w:b/>
          <w:bCs/>
        </w:rPr>
        <w:t xml:space="preserve"> </w:t>
      </w:r>
      <w:r>
        <w:rPr>
          <w:b/>
          <w:bCs/>
        </w:rPr>
        <w:t xml:space="preserve">answer with a smile that meant he didn't believe a word.</w:t>
      </w:r>
      <w:r>
        <w:br/>
      </w:r>
      <w:r>
        <w:t xml:space="preserve">    (a) indicating an answer of "no"</w:t>
      </w:r>
      <w:r>
        <w:br/>
      </w:r>
      <w:r>
        <w:t xml:space="preserve">    (b) to be most powerful, important, or noticeable</w:t>
      </w:r>
      <w:r>
        <w:br/>
      </w:r>
      <w:r>
        <w:t xml:space="preserve">    (c) argument -- typically over unimportant things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Scared to admit either to those close to me who remained clueless eyes closed to every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negative</w:t>
      </w:r>
      <w:r>
        <w:rPr>
          <w:b/>
          <w:bCs/>
        </w:rPr>
        <w:t xml:space="preserve"> </w:t>
      </w:r>
      <w:r>
        <w:rPr>
          <w:b/>
          <w:bCs/>
        </w:rPr>
        <w:t xml:space="preserve">thing about me, or dying to know every dirty little tidbit.</w:t>
      </w:r>
      <w:r>
        <w:br/>
      </w:r>
      <w:r>
        <w:t xml:space="preserve">    (a) bad</w:t>
      </w:r>
      <w:r>
        <w:br/>
      </w:r>
      <w:r>
        <w:t xml:space="preserve">    (b) begin fighting</w:t>
      </w:r>
      <w:r>
        <w:br/>
      </w:r>
      <w:r>
        <w:t xml:space="preserve">    (c) tell (a story)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told Adam to come on over, I wasn't going anywhere then proceeded to fret, as I did anytime he and Lince popped up together in a single thought, anyway I had only this day to make him remember me,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however</w:t>
      </w:r>
      <w:r>
        <w:rPr>
          <w:b/>
          <w:bCs/>
        </w:rPr>
        <w:t xml:space="preserve"> </w:t>
      </w:r>
      <w:r>
        <w:rPr>
          <w:b/>
          <w:bCs/>
        </w:rPr>
        <w:t xml:space="preserve">I could.</w:t>
      </w:r>
      <w:r>
        <w:br/>
      </w:r>
      <w:r>
        <w:t xml:space="preserve">    (a) starts (a fire)</w:t>
      </w:r>
      <w:r>
        <w:br/>
      </w:r>
      <w:r>
        <w:t xml:space="preserve">    (b) in whatever way</w:t>
      </w:r>
      <w:r>
        <w:br/>
      </w:r>
      <w:r>
        <w:t xml:space="preserve">    (c) starts fighting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$500,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however</w:t>
      </w:r>
      <w:r>
        <w:rPr>
          <w:b/>
          <w:bCs/>
        </w:rPr>
        <w:t xml:space="preserve">, presented a challenge.</w:t>
      </w:r>
      <w:r>
        <w:br/>
      </w:r>
      <w:r>
        <w:t xml:space="preserve">    (a) therefore (for that reason)</w:t>
      </w:r>
      <w:r>
        <w:br/>
      </w:r>
      <w:r>
        <w:t xml:space="preserve">    (b) in keeping with or in agreement with what was just stated</w:t>
      </w:r>
      <w:r>
        <w:br/>
      </w:r>
      <w:r>
        <w:t xml:space="preserve">    (c) a word used to connect contrasting ideas as when using</w:t>
      </w:r>
      <w:r>
        <w:t xml:space="preserve"> </w:t>
      </w:r>
      <w:r>
        <w:rPr>
          <w:i/>
          <w:iCs/>
        </w:rPr>
        <w:t xml:space="preserve">though</w:t>
      </w:r>
      <w:r>
        <w:t xml:space="preserve">,</w:t>
      </w:r>
      <w:r>
        <w:t xml:space="preserve"> </w:t>
      </w:r>
      <w:r>
        <w:rPr>
          <w:i/>
          <w:iCs/>
        </w:rPr>
        <w:t xml:space="preserve">in spite of that</w:t>
      </w:r>
      <w:r>
        <w:t xml:space="preserve">,</w:t>
      </w:r>
      <w:r>
        <w:t xml:space="preserve"> </w:t>
      </w:r>
      <w:r>
        <w:rPr>
          <w:i/>
          <w:iCs/>
        </w:rPr>
        <w:t xml:space="preserve">in contrast</w:t>
      </w:r>
      <w:r>
        <w:t xml:space="preserve">,</w:t>
      </w:r>
      <w:r>
        <w:t xml:space="preserve"> </w:t>
      </w:r>
      <w:r>
        <w:rPr>
          <w:i/>
          <w:iCs/>
        </w:rPr>
        <w:t xml:space="preserve">nevertheless</w:t>
      </w:r>
      <w:r>
        <w:t xml:space="preserve">, etc.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Red and raw like my brain, unable to shut down, thoughts crashing like electrons orbiting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nucleus</w:t>
      </w:r>
      <w:r>
        <w:rPr>
          <w:b/>
          <w:bCs/>
        </w:rPr>
        <w:t xml:space="preserve"> </w:t>
      </w:r>
      <w:r>
        <w:rPr>
          <w:b/>
          <w:bCs/>
        </w:rPr>
        <w:t xml:space="preserve">of dueling emotions.</w:t>
      </w:r>
      <w:r>
        <w:br/>
      </w:r>
      <w:r>
        <w:t xml:space="preserve">    (a) the act, process, or instance of telling a story</w:t>
      </w:r>
      <w:r>
        <w:br/>
      </w:r>
      <w:r>
        <w:t xml:space="preserve">    (b) the center (or most important part) of something</w:t>
      </w:r>
      <w:r>
        <w:br/>
      </w:r>
      <w:r>
        <w:t xml:space="preserve">    (c) a general feeling of not being as good as others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With a lot more prodding, I talked about Adam aka Buddy (</w:t>
      </w:r>
      <w:r>
        <w:rPr>
          <w:b/>
          <w:bCs/>
          <w:u w:val="single"/>
        </w:rPr>
        <w:t xml:space="preserve">omitting</w:t>
      </w:r>
      <w:r>
        <w:rPr>
          <w:b/>
          <w:bCs/>
        </w:rPr>
        <w:t xml:space="preserve"> </w:t>
      </w:r>
      <w:r>
        <w:rPr>
          <w:b/>
          <w:bCs/>
        </w:rPr>
        <w:t xml:space="preserve">everything of use to anyone interested in blackmail).</w:t>
      </w:r>
      <w:r>
        <w:br/>
      </w:r>
      <w:r>
        <w:t xml:space="preserve">    (a) commending or praising publicly</w:t>
      </w:r>
      <w:r>
        <w:br/>
      </w:r>
      <w:r>
        <w:t xml:space="preserve">    (b) telling someone about something</w:t>
      </w:r>
      <w:r>
        <w:br/>
      </w:r>
      <w:r>
        <w:t xml:space="preserve">    (c) to exclude or neglect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Still, just in case, I never dared mention sex, interrupted by periods' Lince, interrupted by drugs' or my own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infatuation</w:t>
      </w:r>
      <w:r>
        <w:rPr>
          <w:b/>
          <w:bCs/>
        </w:rPr>
        <w:t xml:space="preserve"> </w:t>
      </w:r>
      <w:r>
        <w:rPr>
          <w:b/>
          <w:bCs/>
        </w:rPr>
        <w:t xml:space="preserve">with the monster's spectacular rock and roll.</w:t>
      </w:r>
      <w:r>
        <w:br/>
      </w:r>
      <w:r>
        <w:t xml:space="preserve">    (a) deeply but often foolishly in love with or obsessed with someone or something</w:t>
      </w:r>
      <w:r>
        <w:br/>
      </w:r>
      <w:r>
        <w:t xml:space="preserve">    (b) a psychologist concerned with the treatment of abnormal thinking and behavior</w:t>
      </w:r>
      <w:r>
        <w:br/>
      </w:r>
      <w:r>
        <w:t xml:space="preserve">    (c) a stone shaped like a disk that spins and is used to grind, sharpen or polish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was bright,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intuitive</w:t>
      </w:r>
      <w:r>
        <w:rPr>
          <w:b/>
          <w:bCs/>
        </w:rPr>
        <w:t xml:space="preserve">.</w:t>
      </w:r>
      <w:r>
        <w:br/>
      </w:r>
      <w:r>
        <w:t xml:space="preserve">    (a) the quality of being without boundaries or limits</w:t>
      </w:r>
      <w:r>
        <w:br/>
      </w:r>
      <w:r>
        <w:t xml:space="preserve">    (b) knew things instinctively rather than through reasoning</w:t>
      </w:r>
      <w:r>
        <w:br/>
      </w:r>
      <w:r>
        <w:t xml:space="preserve">    (c) suitability; or the degree of having been adapted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Back in the truck, more kisses and a cigarette of my own (</w:t>
      </w:r>
      <w:r>
        <w:rPr>
          <w:b/>
          <w:bCs/>
          <w:u w:val="single"/>
        </w:rPr>
        <w:t xml:space="preserve">pilfered</w:t>
      </w:r>
      <w:r>
        <w:rPr>
          <w:b/>
          <w:bCs/>
        </w:rPr>
        <w:t xml:space="preserve"> </w:t>
      </w:r>
      <w:r>
        <w:rPr>
          <w:b/>
          <w:bCs/>
        </w:rPr>
        <w:t xml:space="preserve">from his pack, pilfered from his mom).</w:t>
      </w:r>
      <w:r>
        <w:br/>
      </w:r>
      <w:r>
        <w:t xml:space="preserve">    (a) stolen</w:t>
      </w:r>
      <w:r>
        <w:br/>
      </w:r>
      <w:r>
        <w:t xml:space="preserve">    (b) traded</w:t>
      </w:r>
      <w:r>
        <w:br/>
      </w:r>
      <w:r>
        <w:t xml:space="preserve">    (c) copied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Brendan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Stoked</w:t>
      </w:r>
      <w:r>
        <w:rPr>
          <w:b/>
          <w:bCs/>
        </w:rPr>
        <w:t xml:space="preserve"> </w:t>
      </w:r>
      <w:r>
        <w:rPr>
          <w:b/>
          <w:bCs/>
        </w:rPr>
        <w:t xml:space="preserve">the Fire.</w:t>
      </w:r>
      <w:r>
        <w:br/>
      </w:r>
      <w:r>
        <w:t xml:space="preserve">    (a) having multiple areas of control or concentration</w:t>
      </w:r>
      <w:r>
        <w:br/>
      </w:r>
      <w:r>
        <w:t xml:space="preserve">    (b) added fuel or stirred a fire to make it burn hotter</w:t>
      </w:r>
      <w:r>
        <w:br/>
      </w:r>
      <w:r>
        <w:t xml:space="preserve">    (c) left a place, job or position previously occupied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mean, I never Crank-</w:t>
      </w:r>
      <w:r>
        <w:rPr>
          <w:b/>
          <w:bCs/>
          <w:u w:val="single"/>
        </w:rPr>
        <w:t xml:space="preserve">enhanced</w:t>
      </w:r>
      <w:r>
        <w:rPr>
          <w:b/>
          <w:bCs/>
        </w:rPr>
        <w:t xml:space="preserve"> </w:t>
      </w:r>
      <w:r>
        <w:rPr>
          <w:b/>
          <w:bCs/>
        </w:rPr>
        <w:t xml:space="preserve">goosebumps lifted as he moved his hands gently across my skin.</w:t>
      </w:r>
      <w:r>
        <w:br/>
      </w:r>
      <w:r>
        <w:t xml:space="preserve">    (a) marked important text</w:t>
      </w:r>
      <w:r>
        <w:br/>
      </w:r>
      <w:r>
        <w:t xml:space="preserve">    (b) increased or improved</w:t>
      </w:r>
      <w:r>
        <w:br/>
      </w:r>
      <w:r>
        <w:t xml:space="preserve">    (c) recognized difference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I'm not exactly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chaste</w:t>
      </w:r>
      <w:r>
        <w:rPr>
          <w:b/>
          <w:bCs/>
        </w:rPr>
        <w:t xml:space="preserve">.</w:t>
      </w:r>
      <w:r>
        <w:br/>
      </w:r>
      <w:r>
        <w:t xml:space="preserve">    (a) not having sexual intercourse (ever, outside of marriage, or for a long time); or not involving sexual desire</w:t>
      </w:r>
      <w:r>
        <w:br/>
      </w:r>
      <w:r>
        <w:t xml:space="preserve">    (b) able to be portrayed or created in a particular way  OR  able to be interpreted, translated, or extracted from</w:t>
      </w:r>
      <w:r>
        <w:br/>
      </w:r>
      <w:r>
        <w:t xml:space="preserve">    (c) a citizen of Rome between the founding of the city (753 BC) and the fall of the Western Roman Empire (476 AD)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other half told me to shut up, told me to smile, told me to find a hint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contrition</w:t>
      </w:r>
      <w:r>
        <w:rPr>
          <w:b/>
          <w:bCs/>
        </w:rPr>
        <w:t xml:space="preserve"> </w:t>
      </w:r>
      <w:r>
        <w:rPr>
          <w:b/>
          <w:bCs/>
        </w:rPr>
        <w:t xml:space="preserve">and agree, "You're right, Mom, some of my choices haven't been the best lately."</w:t>
      </w:r>
      <w:r>
        <w:br/>
      </w:r>
      <w:r>
        <w:t xml:space="preserve">    (a) regret for a fault</w:t>
      </w:r>
      <w:r>
        <w:br/>
      </w:r>
      <w:r>
        <w:t xml:space="preserve">    (b) something that causes ongoing suffering</w:t>
      </w:r>
      <w:r>
        <w:br/>
      </w:r>
      <w:r>
        <w:t xml:space="preserve">    (c) able to generate electricity from light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problem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resolutions</w:t>
      </w:r>
      <w:r>
        <w:rPr>
          <w:b/>
          <w:bCs/>
        </w:rPr>
        <w:t xml:space="preserve"> </w:t>
      </w:r>
      <w:r>
        <w:rPr>
          <w:b/>
          <w:bCs/>
        </w:rPr>
        <w:t xml:space="preserve">is they're only as solid as the person making them.</w:t>
      </w:r>
      <w:r>
        <w:br/>
      </w:r>
      <w:r>
        <w:t xml:space="preserve">    (a) reasons for doing something</w:t>
      </w:r>
      <w:r>
        <w:br/>
      </w:r>
      <w:r>
        <w:t xml:space="preserve">    (b) social events or ceremonies</w:t>
      </w:r>
      <w:r>
        <w:br/>
      </w:r>
      <w:r>
        <w:t xml:space="preserve">    (c) firm decisions to do things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Somehow She Didn't Notice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wavering</w:t>
      </w:r>
      <w:r>
        <w:rPr>
          <w:b/>
          <w:bCs/>
        </w:rPr>
        <w:t xml:space="preserve"> </w:t>
      </w:r>
      <w:r>
        <w:rPr>
          <w:b/>
          <w:bCs/>
        </w:rPr>
        <w:t xml:space="preserve">tone of my 'Hi, Mom.'</w:t>
      </w:r>
      <w:r>
        <w:br/>
      </w:r>
      <w:r>
        <w:t xml:space="preserve">    (a) moving back and forth; or being unsure or weak</w:t>
      </w:r>
      <w:r>
        <w:br/>
      </w:r>
      <w:r>
        <w:t xml:space="preserve">    (b) thinking carefully and making a judgment about</w:t>
      </w:r>
      <w:r>
        <w:br/>
      </w:r>
      <w:r>
        <w:t xml:space="preserve">    (c) returning to an undesirable previous condition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Whatever choices I made, Jake would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indulge</w:t>
      </w:r>
      <w:r>
        <w:rPr>
          <w:b/>
          <w:bCs/>
        </w:rPr>
        <w:t xml:space="preserve"> </w:t>
      </w:r>
      <w:r>
        <w:rPr>
          <w:b/>
          <w:bCs/>
        </w:rPr>
        <w:t xml:space="preserve">in the latest video games.</w:t>
      </w:r>
      <w:r>
        <w:br/>
      </w:r>
      <w:r>
        <w:t xml:space="preserve">    (a) work or operate</w:t>
      </w:r>
      <w:r>
        <w:br/>
      </w:r>
      <w:r>
        <w:t xml:space="preserve">    (b) think carefully</w:t>
      </w:r>
      <w:r>
        <w:br/>
      </w:r>
      <w:r>
        <w:t xml:space="preserve">    (c) enjoy to excess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2026-07-31T16:58:49Z</dcterms:created>
  <dcterms:modified xsi:type="dcterms:W3CDTF">2026-07-31T16:58:49Z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