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56ab2bee1073a1571c79f4d6e2933eb8e77051"/>
    <w:p>
      <w:pPr>
        <w:pStyle w:val="Heading1"/>
      </w:pPr>
      <w:r>
        <w:rPr>
          <w:b/>
          <w:bCs/>
        </w:rPr>
        <w:t xml:space="preserve">Confessions of a Shopaholic</w:t>
      </w:r>
      <w:r>
        <w:br/>
      </w:r>
      <w:r>
        <w:rPr>
          <w:i/>
          <w:iCs/>
        </w:rPr>
        <w:t xml:space="preserve">Sophie Kinsella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avid</w:t>
      </w:r>
      <w:r>
        <w:rPr>
          <w:b/>
          <w:bCs/>
        </w:rPr>
        <w:t xml:space="preserve"> </w:t>
      </w:r>
      <w:r>
        <w:rPr>
          <w:b/>
          <w:bCs/>
        </w:rPr>
        <w:t xml:space="preserve">reader.</w:t>
      </w:r>
      <w:r>
        <w:br/>
      </w:r>
      <w:r>
        <w:t xml:space="preserve">    (a) done accidentally or without intention</w:t>
      </w:r>
      <w:r>
        <w:br/>
      </w:r>
      <w:r>
        <w:t xml:space="preserve">    (b) enthusiastic</w:t>
      </w:r>
      <w:r>
        <w:br/>
      </w:r>
      <w:r>
        <w:t xml:space="preserve">    (c) tending to arouse strong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Helicopters dropped food and medicine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besieged</w:t>
      </w:r>
      <w:r>
        <w:rPr>
          <w:b/>
          <w:bCs/>
        </w:rPr>
        <w:t xml:space="preserve"> </w:t>
      </w:r>
      <w:r>
        <w:rPr>
          <w:b/>
          <w:bCs/>
        </w:rPr>
        <w:t xml:space="preserve">city.</w:t>
      </w:r>
      <w:r>
        <w:br/>
      </w:r>
      <w:r>
        <w:t xml:space="preserve">    (a) hungry</w:t>
      </w:r>
      <w:r>
        <w:br/>
      </w:r>
      <w:r>
        <w:t xml:space="preserve">    (b) surrounded</w:t>
      </w:r>
      <w:r>
        <w:br/>
      </w:r>
      <w:r>
        <w:t xml:space="preserve">    (c) flooded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falling unemployment rate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bolstering</w:t>
      </w:r>
      <w:r>
        <w:rPr>
          <w:b/>
          <w:bCs/>
        </w:rPr>
        <w:t xml:space="preserve"> </w:t>
      </w:r>
      <w:r>
        <w:rPr>
          <w:b/>
          <w:bCs/>
        </w:rPr>
        <w:t xml:space="preserve">consumer confidence.</w:t>
      </w:r>
      <w:r>
        <w:br/>
      </w:r>
      <w:r>
        <w:t xml:space="preserve">    (a) confusing</w:t>
      </w:r>
      <w:r>
        <w:br/>
      </w:r>
      <w:r>
        <w:t xml:space="preserve">    (b) weakening</w:t>
      </w:r>
      <w:r>
        <w:br/>
      </w:r>
      <w:r>
        <w:t xml:space="preserve">    (c) strengthening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uses Madison in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byline</w:t>
      </w:r>
      <w:r>
        <w:rPr>
          <w:b/>
          <w:bCs/>
        </w:rPr>
        <w:t xml:space="preserve">, but everyone calls her Maddy.</w:t>
      </w:r>
      <w:r>
        <w:br/>
      </w:r>
      <w:r>
        <w:t xml:space="preserve">    (a) business card</w:t>
      </w:r>
      <w:r>
        <w:br/>
      </w:r>
      <w:r>
        <w:t xml:space="preserve">    (b) pen name</w:t>
      </w:r>
      <w:r>
        <w:br/>
      </w:r>
      <w:r>
        <w:t xml:space="preserve">    (c) hometown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story isn't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credible</w:t>
      </w:r>
      <w:r>
        <w:rPr>
          <w:b/>
          <w:bCs/>
        </w:rPr>
        <w:t xml:space="preserve">.</w:t>
      </w:r>
      <w:r>
        <w:br/>
      </w:r>
      <w:r>
        <w:t xml:space="preserve">    (a) long</w:t>
      </w:r>
      <w:r>
        <w:br/>
      </w:r>
      <w:r>
        <w:t xml:space="preserve">    (b) short</w:t>
      </w:r>
      <w:r>
        <w:br/>
      </w:r>
      <w:r>
        <w:t xml:space="preserve">    (c) believable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likes it when they stick to the numbers and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digress</w:t>
      </w:r>
      <w:r>
        <w:rPr>
          <w:b/>
          <w:bCs/>
        </w:rPr>
        <w:t xml:space="preserve"> </w:t>
      </w:r>
      <w:r>
        <w:rPr>
          <w:b/>
          <w:bCs/>
        </w:rPr>
        <w:t xml:space="preserve">into storytelling.</w:t>
      </w:r>
      <w:r>
        <w:br/>
      </w:r>
      <w:r>
        <w:t xml:space="preserve">    (a) wander</w:t>
      </w:r>
      <w:r>
        <w:br/>
      </w:r>
      <w:r>
        <w:t xml:space="preserve">    (b) elaborate</w:t>
      </w:r>
      <w:r>
        <w:br/>
      </w:r>
      <w:r>
        <w:t xml:space="preserve">    (c) compete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flippant</w:t>
      </w:r>
      <w:r>
        <w:rPr>
          <w:b/>
          <w:bCs/>
        </w:rPr>
        <w:t xml:space="preserve"> </w:t>
      </w:r>
      <w:r>
        <w:rPr>
          <w:b/>
          <w:bCs/>
        </w:rPr>
        <w:t xml:space="preserve">joke during the serious meeting upset the group.</w:t>
      </w:r>
      <w:r>
        <w:br/>
      </w:r>
      <w:r>
        <w:t xml:space="preserve">    (a) deeply respectful</w:t>
      </w:r>
      <w:r>
        <w:br/>
      </w:r>
      <w:r>
        <w:t xml:space="preserve">    (b) not properly serious</w:t>
      </w:r>
      <w:r>
        <w:br/>
      </w:r>
      <w:r>
        <w:t xml:space="preserve">    (c) carefully researched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Barbless hooks are much easier to remove from the fish (and the person fishing, in the event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mishap</w:t>
      </w:r>
      <w:r>
        <w:rPr>
          <w:b/>
          <w:bCs/>
        </w:rPr>
        <w:t xml:space="preserve">).</w:t>
      </w:r>
      <w:r>
        <w:br/>
      </w:r>
      <w:r>
        <w:t xml:space="preserve">    (a) reversal of fortunes</w:t>
      </w:r>
      <w:r>
        <w:br/>
      </w:r>
      <w:r>
        <w:t xml:space="preserve">    (b) violent argument</w:t>
      </w:r>
      <w:r>
        <w:br/>
      </w:r>
      <w:r>
        <w:t xml:space="preserve">    (c) minor accident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monetary</w:t>
      </w:r>
      <w:r>
        <w:rPr>
          <w:b/>
          <w:bCs/>
        </w:rPr>
        <w:t xml:space="preserve"> </w:t>
      </w:r>
      <w:r>
        <w:rPr>
          <w:b/>
          <w:bCs/>
        </w:rPr>
        <w:t xml:space="preserve">value of the brooch does not reflect its sentimental value to me.</w:t>
      </w:r>
      <w:r>
        <w:br/>
      </w:r>
      <w:r>
        <w:t xml:space="preserve">    (a) money</w:t>
      </w:r>
      <w:r>
        <w:br/>
      </w:r>
      <w:r>
        <w:t xml:space="preserve">    (b) auction</w:t>
      </w:r>
      <w:r>
        <w:br/>
      </w:r>
      <w:r>
        <w:t xml:space="preserve">    (c) 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opulent</w:t>
      </w:r>
      <w:r>
        <w:rPr>
          <w:b/>
          <w:bCs/>
        </w:rPr>
        <w:t xml:space="preserve"> </w:t>
      </w:r>
      <w:r>
        <w:rPr>
          <w:b/>
          <w:bCs/>
        </w:rPr>
        <w:t xml:space="preserve">hotel lobby had marble floors, crystal lights, and velvet chairs.</w:t>
      </w:r>
      <w:r>
        <w:br/>
      </w:r>
      <w:r>
        <w:t xml:space="preserve">    (a) plain and practical</w:t>
      </w:r>
      <w:r>
        <w:br/>
      </w:r>
      <w:r>
        <w:t xml:space="preserve">    (b) rich and luxurious</w:t>
      </w:r>
      <w:r>
        <w:br/>
      </w:r>
      <w:r>
        <w:t xml:space="preserve">    (c) small and crowded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overdraft</w:t>
      </w:r>
      <w:r>
        <w:rPr>
          <w:b/>
          <w:bCs/>
        </w:rPr>
        <w:t xml:space="preserve"> </w:t>
      </w:r>
      <w:r>
        <w:rPr>
          <w:b/>
          <w:bCs/>
        </w:rPr>
        <w:t xml:space="preserve">fees are outrageous.</w:t>
      </w:r>
      <w:r>
        <w:br/>
      </w:r>
      <w:r>
        <w:t xml:space="preserve">    (a) withdrawing (or attempting to withdraw) more money out of an account than is available in it</w:t>
      </w:r>
      <w:r>
        <w:br/>
      </w:r>
      <w:r>
        <w:t xml:space="preserve">    (b) pleasing music (through the combination of different notes); or describing music as pleasing</w:t>
      </w:r>
      <w:r>
        <w:br/>
      </w:r>
      <w:r>
        <w:t xml:space="preserve">    (c) of the Church of Jesus Christ of Latter-Day Saints which was founded by Joseph Smith in 1830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you read MLK's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"Letter from Birmingham Jail"?</w:t>
      </w:r>
      <w:r>
        <w:br/>
      </w:r>
      <w:r>
        <w:t xml:space="preserve">    (a) arousing deep emotion</w:t>
      </w:r>
      <w:r>
        <w:br/>
      </w:r>
      <w:r>
        <w:t xml:space="preserve">    (b) logically compelling</w:t>
      </w:r>
      <w:r>
        <w:br/>
      </w:r>
      <w:r>
        <w:t xml:space="preserve">    (c) long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committee expressed a desire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redress</w:t>
      </w:r>
      <w:r>
        <w:rPr>
          <w:b/>
          <w:bCs/>
        </w:rPr>
        <w:t xml:space="preserve"> </w:t>
      </w:r>
      <w:r>
        <w:rPr>
          <w:b/>
          <w:bCs/>
        </w:rPr>
        <w:t xml:space="preserve">the oversight.</w:t>
      </w:r>
      <w:r>
        <w:br/>
      </w:r>
      <w:r>
        <w:t xml:space="preserve">    (a) make up for</w:t>
      </w:r>
      <w:r>
        <w:br/>
      </w:r>
      <w:r>
        <w:t xml:space="preserve">    (b) change clothing after</w:t>
      </w:r>
      <w:r>
        <w:br/>
      </w:r>
      <w:r>
        <w:t xml:space="preserve">    (c) investigate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hoping to catch up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remedial</w:t>
      </w:r>
      <w:r>
        <w:rPr>
          <w:b/>
          <w:bCs/>
        </w:rPr>
        <w:t xml:space="preserve"> </w:t>
      </w:r>
      <w:r>
        <w:rPr>
          <w:b/>
          <w:bCs/>
        </w:rPr>
        <w:t xml:space="preserve">math class this summer.</w:t>
      </w:r>
      <w:r>
        <w:br/>
      </w:r>
      <w:r>
        <w:t xml:space="preserve">    (a) to fix a deficiency in</w:t>
      </w:r>
      <w:r>
        <w:br/>
      </w:r>
      <w:r>
        <w:t xml:space="preserve">    (b) hands-on</w:t>
      </w:r>
      <w:r>
        <w:br/>
      </w:r>
      <w:r>
        <w:t xml:space="preserve">    (c) for non-native speakers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 hard workout, it's good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replenish</w:t>
      </w:r>
      <w:r>
        <w:rPr>
          <w:b/>
          <w:bCs/>
        </w:rPr>
        <w:t xml:space="preserve"> </w:t>
      </w:r>
      <w:r>
        <w:rPr>
          <w:b/>
          <w:bCs/>
        </w:rPr>
        <w:t xml:space="preserve">the water and nutrients your body used up.</w:t>
      </w:r>
      <w:r>
        <w:br/>
      </w:r>
      <w:r>
        <w:t xml:space="preserve">    (a) replace</w:t>
      </w:r>
      <w:r>
        <w:br/>
      </w:r>
      <w:r>
        <w:t xml:space="preserve">    (b) consider</w:t>
      </w:r>
      <w:r>
        <w:br/>
      </w:r>
      <w:r>
        <w:t xml:space="preserve">    (c) measure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want to spoil her, but I don't have the heart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instruct</w:t>
      </w:r>
      <w:r>
        <w:br/>
      </w:r>
      <w:r>
        <w:t xml:space="preserve">    (b) compliment</w:t>
      </w:r>
      <w:r>
        <w:br/>
      </w:r>
      <w:r>
        <w:t xml:space="preserve">    (c) criticize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solidarity</w:t>
      </w:r>
      <w:r>
        <w:rPr>
          <w:b/>
          <w:bCs/>
        </w:rPr>
        <w:t xml:space="preserve"> </w:t>
      </w:r>
      <w:r>
        <w:rPr>
          <w:b/>
          <w:bCs/>
        </w:rPr>
        <w:t xml:space="preserve">with those who are oppressed.</w:t>
      </w:r>
      <w:r>
        <w:br/>
      </w:r>
      <w:r>
        <w:t xml:space="preserve">    (a) communication</w:t>
      </w:r>
      <w:r>
        <w:br/>
      </w:r>
      <w:r>
        <w:t xml:space="preserve">    (b) conflict</w:t>
      </w:r>
      <w:r>
        <w:br/>
      </w:r>
      <w:r>
        <w:t xml:space="preserve">    (c)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my living conditions are not what I would like, they are far better than the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squalor</w:t>
      </w:r>
      <w:r>
        <w:rPr>
          <w:b/>
          <w:bCs/>
        </w:rPr>
        <w:t xml:space="preserve"> </w:t>
      </w:r>
      <w:r>
        <w:rPr>
          <w:b/>
          <w:bCs/>
        </w:rPr>
        <w:t xml:space="preserve">I read of in Charles Dickens novels.</w:t>
      </w:r>
      <w:r>
        <w:br/>
      </w:r>
      <w:r>
        <w:t xml:space="preserve">    (a) confusion</w:t>
      </w:r>
      <w:r>
        <w:br/>
      </w:r>
      <w:r>
        <w:t xml:space="preserve">    (b) slum</w:t>
      </w:r>
      <w:r>
        <w:br/>
      </w:r>
      <w:r>
        <w:t xml:space="preserve">    (c) cruelty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supercilious</w:t>
      </w:r>
      <w:r>
        <w:rPr>
          <w:b/>
          <w:bCs/>
        </w:rPr>
        <w:t xml:space="preserve"> </w:t>
      </w:r>
      <w:r>
        <w:rPr>
          <w:b/>
          <w:bCs/>
        </w:rPr>
        <w:t xml:space="preserve">tone made everyone in the room feel inferior.</w:t>
      </w:r>
      <w:r>
        <w:br/>
      </w:r>
      <w:r>
        <w:t xml:space="preserve">    (a) haughty and disdainful</w:t>
      </w:r>
      <w:r>
        <w:br/>
      </w:r>
      <w:r>
        <w:t xml:space="preserve">    (b) warm and welcoming</w:t>
      </w:r>
      <w:r>
        <w:br/>
      </w:r>
      <w:r>
        <w:t xml:space="preserve">    (c) shy and uncertain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uncouth</w:t>
      </w:r>
      <w:r>
        <w:rPr>
          <w:b/>
          <w:bCs/>
        </w:rPr>
        <w:t xml:space="preserve"> </w:t>
      </w:r>
      <w:r>
        <w:rPr>
          <w:b/>
          <w:bCs/>
        </w:rPr>
        <w:t xml:space="preserve">man's behavior at the dinner party was embarrassing to his guests.</w:t>
      </w:r>
      <w:r>
        <w:br/>
      </w:r>
      <w:r>
        <w:t xml:space="preserve">    (a) rude or unpleasant</w:t>
      </w:r>
      <w:r>
        <w:br/>
      </w:r>
      <w:r>
        <w:t xml:space="preserve">    (b) drunken</w:t>
      </w:r>
      <w:r>
        <w:br/>
      </w:r>
      <w:r>
        <w:t xml:space="preserve">    (c) not bathed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2026-07-31T17:52:25Z</dcterms:created>
  <dcterms:modified xsi:type="dcterms:W3CDTF">2026-07-31T17:52:25Z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