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1c26ec7aaa31cf1ebe12b9494e7d2a49ca18ea"/>
    <w:p>
      <w:pPr>
        <w:pStyle w:val="Heading1"/>
      </w:pPr>
      <w:r>
        <w:rPr>
          <w:b/>
          <w:bCs/>
        </w:rPr>
        <w:t xml:space="preserve">Common Sense</w:t>
      </w:r>
      <w:r>
        <w:br/>
      </w:r>
      <w:r>
        <w:rPr>
          <w:i/>
          <w:iCs/>
        </w:rPr>
        <w:t xml:space="preserve">Thomas Paine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Compliments as well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to individuals make no part thereof.</w:t>
      </w:r>
      <w:r>
        <w:br/>
      </w:r>
      <w:r>
        <w:t xml:space="preserve">    (a) find, search, or research</w:t>
      </w:r>
      <w:r>
        <w:br/>
      </w:r>
      <w:r>
        <w:t xml:space="preserve">    (b) harsh or formal criticism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P.S. The Publication of this new Edition hath been delayed, with a View of taking notice (had it been necessary) of any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</w:t>
      </w:r>
      <w:r>
        <w:rPr>
          <w:b/>
          <w:bCs/>
        </w:rPr>
        <w:t xml:space="preserve"> </w:t>
      </w:r>
      <w:r>
        <w:rPr>
          <w:b/>
          <w:bCs/>
        </w:rPr>
        <w:t xml:space="preserve">the Doctrine of Independance: As no Answer hath yet appeared, it is now presumed that none will, the Time needful for getting such a Performance ready for the Public being considerably past.</w:t>
      </w:r>
      <w:r>
        <w:br/>
      </w:r>
      <w:r>
        <w:t xml:space="preserve">    (a) being a boundary or limit</w:t>
      </w:r>
      <w:r>
        <w:br/>
      </w:r>
      <w:r>
        <w:t xml:space="preserve">    (b) disprove or argue against</w:t>
      </w:r>
      <w:r>
        <w:br/>
      </w:r>
      <w:r>
        <w:t xml:space="preserve">    (c) find, search, 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 the Author of this Production is, is wholly unnecessary to the Public, as the Object for Attention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</w:t>
      </w:r>
      <w:r>
        <w:rPr>
          <w:b/>
          <w:bCs/>
        </w:rPr>
        <w:t xml:space="preserve"> </w:t>
      </w:r>
      <w:r>
        <w:rPr>
          <w:b/>
          <w:bCs/>
        </w:rPr>
        <w:t xml:space="preserve">ITSELF, not the MAN.</w:t>
      </w:r>
      <w:r>
        <w:br/>
      </w:r>
      <w:r>
        <w:t xml:space="preserve">    (a) an economic system where most decisions are made through voluntary buying and selling</w:t>
      </w:r>
      <w:r>
        <w:br/>
      </w:r>
      <w:r>
        <w:t xml:space="preserve">    (b) a substance that stimulates the production of antibodies to protect against a disease</w:t>
      </w:r>
      <w:r>
        <w:br/>
      </w:r>
      <w:r>
        <w:t xml:space="preserve">    (c) a belief (or system of beliefs or principles) accepted as authoritative by some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the more simple any thing is, the less liable it is to be disordered; and the easier repaired when disordered; and with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maxim</w:t>
      </w:r>
      <w:r>
        <w:rPr>
          <w:b/>
          <w:bCs/>
        </w:rPr>
        <w:t xml:space="preserve"> </w:t>
      </w:r>
      <w:r>
        <w:rPr>
          <w:b/>
          <w:bCs/>
        </w:rPr>
        <w:t xml:space="preserve">in view, I offer a few remarks on the so much boasted constitution of England.</w:t>
      </w:r>
      <w:r>
        <w:br/>
      </w:r>
      <w:r>
        <w:t xml:space="preserve">    (a) of Norway, Sweden, Denmark and sometimes Finland &amp; Iceland</w:t>
      </w:r>
      <w:r>
        <w:br/>
      </w:r>
      <w:r>
        <w:t xml:space="preserve">    (b) of Athens during the Golden Age of Greece (5th century BC)</w:t>
      </w:r>
      <w:r>
        <w:br/>
      </w:r>
      <w:r>
        <w:t xml:space="preserve">    (c) a short saying that expresses a general truth or principle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world was overrun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tyranny</w:t>
      </w:r>
      <w:r>
        <w:rPr>
          <w:b/>
          <w:bCs/>
        </w:rPr>
        <w:t xml:space="preserve"> </w:t>
      </w:r>
      <w:r>
        <w:rPr>
          <w:b/>
          <w:bCs/>
        </w:rPr>
        <w:t xml:space="preserve">the least remove therefrom was a glorious rescue.</w:t>
      </w:r>
      <w:r>
        <w:br/>
      </w:r>
      <w:r>
        <w:t xml:space="preserve">    (a) harsh and unjust rule</w:t>
      </w:r>
      <w:r>
        <w:br/>
      </w:r>
      <w:r>
        <w:t xml:space="preserve">    (b) long eventful journey</w:t>
      </w:r>
      <w:r>
        <w:br/>
      </w:r>
      <w:r>
        <w:t xml:space="preserve">    (c) a nerve or brain cell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 — The remains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monarchial</w:t>
      </w:r>
      <w:r>
        <w:rPr>
          <w:b/>
          <w:bCs/>
        </w:rPr>
        <w:t xml:space="preserve"> </w:t>
      </w:r>
      <w:r>
        <w:rPr>
          <w:b/>
          <w:bCs/>
        </w:rPr>
        <w:t xml:space="preserve">tyranny in the person of the king.</w:t>
      </w:r>
      <w:r>
        <w:br/>
      </w:r>
      <w:r>
        <w:t xml:space="preserve">    (a) in the dark (figuratively) due to a lack of knowledge, advantages, or moral understanding</w:t>
      </w:r>
      <w:r>
        <w:br/>
      </w:r>
      <w:r>
        <w:t xml:space="preserve">    (b) relating to a government, country, or ruling family of a country ruled by a king of queen</w:t>
      </w:r>
      <w:r>
        <w:br/>
      </w:r>
      <w:r>
        <w:t xml:space="preserve">    (c) mental weakness caused by old age; or describing a medical condition as caused by old 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they might be LIKE unto other nations,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i.e.</w:t>
      </w:r>
      <w:r>
        <w:rPr>
          <w:b/>
          <w:bCs/>
        </w:rPr>
        <w:t xml:space="preserve"> </w:t>
      </w:r>
      <w:r>
        <w:rPr>
          <w:b/>
          <w:bCs/>
        </w:rPr>
        <w:t xml:space="preserve">the Heathens, whereas their true glory laid in being as much UNLIKE them as possible.</w:t>
      </w:r>
      <w:r>
        <w:br/>
      </w:r>
      <w:r>
        <w:t xml:space="preserve">    (a) for example</w:t>
      </w:r>
      <w:r>
        <w:br/>
      </w:r>
      <w:r>
        <w:t xml:space="preserve">    (b) an expression used to intensify denial of an idea</w:t>
      </w:r>
      <w:r>
        <w:br/>
      </w:r>
      <w:r>
        <w:t xml:space="preserve">    (c)</w:t>
      </w:r>
      <w:r>
        <w:t xml:space="preserve"> </w:t>
      </w:r>
      <w:r>
        <w:rPr>
          <w:i/>
          <w:iCs/>
        </w:rPr>
        <w:t xml:space="preserve">that is to say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in other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Secondly, as no man at first could possess any other public honours than were bestowed upon him, so the givers of those honours could have no power to give away the right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.</w:t>
      </w:r>
      <w:r>
        <w:br/>
      </w:r>
      <w:r>
        <w:t xml:space="preserve">    (a) all future generations</w:t>
      </w:r>
      <w:r>
        <w:br/>
      </w:r>
      <w:r>
        <w:t xml:space="preserve">    (b) not thinking carefully</w:t>
      </w:r>
      <w:r>
        <w:br/>
      </w:r>
      <w:r>
        <w:t xml:space="preserve">    (c) lacks adequate funding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his electors could have no idea of giving hereditary right to his descendants, because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exclusion of themselves was incompatible with the free and unrestrained principles they professed to live by.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continuing forever without change; or occurring so frequently it seems constant</w:t>
      </w:r>
      <w:r>
        <w:br/>
      </w:r>
      <w:r>
        <w:t xml:space="preserve">    (c) about things beyond the physical world, such as existence, reality, or the soul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first king was taken by lot, it establishes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next, which excludes hereditary succession.</w:t>
      </w:r>
      <w:r>
        <w:br/>
      </w:r>
      <w:r>
        <w:t xml:space="preserve">    (a) related to a mental illness most commonly associated with undeveloped social abilities, language, and other communication skills</w:t>
      </w:r>
      <w:r>
        <w:br/>
      </w:r>
      <w:r>
        <w:t xml:space="preserve">    (b) related to accepting someone's membership though a special procedure such as a ceremony and/or period of instruction and/or test</w:t>
      </w:r>
      <w:r>
        <w:br/>
      </w:r>
      <w:r>
        <w:t xml:space="preserve">    (c) an example from a prior time -- typically used to justify similar occurrences at a later time (especially a judicial decision)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'Tis a form of government which the word of God bears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 </w:t>
      </w:r>
      <w:r>
        <w:rPr>
          <w:b/>
          <w:bCs/>
        </w:rPr>
        <w:t xml:space="preserve">against, and blood will attend it.</w:t>
      </w:r>
      <w:r>
        <w:br/>
      </w:r>
      <w:r>
        <w:t xml:space="preserve">    (a) an organ attached to the wall of the uterus to nourish the fetus during pregnancy</w:t>
      </w:r>
      <w:r>
        <w:br/>
      </w:r>
      <w:r>
        <w:t xml:space="preserve">    (b) something that serves as evidence -- especially a statement at a trial or hearing</w:t>
      </w:r>
      <w:r>
        <w:br/>
      </w:r>
      <w:r>
        <w:t xml:space="preserve">    (c) an atom that has acquired an electrical charge by the loss or gain of an electron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it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republican</w:t>
      </w:r>
      <w:r>
        <w:rPr>
          <w:b/>
          <w:bCs/>
        </w:rPr>
        <w:t xml:space="preserve"> </w:t>
      </w:r>
      <w:r>
        <w:rPr>
          <w:b/>
          <w:bCs/>
        </w:rPr>
        <w:t xml:space="preserve">and not the monarchical part of the constitution of England which Englishmen glory in, viz.</w:t>
      </w:r>
      <w:r>
        <w:br/>
      </w:r>
      <w:r>
        <w:t xml:space="preserve">    (a) of an organism in the early stages of development prior to birth, hatching, or sprouting  OR  of anything in an early stage of development</w:t>
      </w:r>
      <w:r>
        <w:br/>
      </w:r>
      <w:r>
        <w:t xml:space="preserve">    (b) of a system of government in which a majority of citizens elect representatives to make laws; or someone in favor of such a form of government</w:t>
      </w:r>
      <w:r>
        <w:br/>
      </w:r>
      <w:r>
        <w:t xml:space="preserve">    (c) relating to a Christian ceremony signifying spiritual cleansing and rebirth  OR  relating to a challenging experience that initiates or purifies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Alas, we have been long led away by ancient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prejudices</w:t>
      </w:r>
      <w:r>
        <w:rPr>
          <w:b/>
          <w:bCs/>
        </w:rPr>
        <w:t xml:space="preserve">, and made large sacrifices to superstition.</w:t>
      </w:r>
      <w:r>
        <w:br/>
      </w:r>
      <w:r>
        <w:t xml:space="preserve">    (a) (verb) intentionally angers, challenges, or upsets someone  OR  (noun) insults or other actions intended to anger, challenge, or upset someone</w:t>
      </w:r>
      <w:r>
        <w:br/>
      </w:r>
      <w:r>
        <w:t xml:space="preserve">    (b) items characterized by narrower parallel folds when closed and wider when open -- such as a door or musical instrument with that characteristic</w:t>
      </w:r>
      <w:r>
        <w:br/>
      </w:r>
      <w:r>
        <w:t xml:space="preserve">    (c) bias that prevents objective consideration -- especially an unreasonable belief that is unfair to members of a race, religion, or other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one third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, even of this province, are of English descent.</w:t>
      </w:r>
      <w:r>
        <w:br/>
      </w:r>
      <w:r>
        <w:t xml:space="preserve">    (a) things accepted as true (without proof)</w:t>
      </w:r>
      <w:r>
        <w:br/>
      </w:r>
      <w:r>
        <w:t xml:space="preserve">    (b) people (who live in a particular place)</w:t>
      </w:r>
      <w:r>
        <w:br/>
      </w:r>
      <w:r>
        <w:t xml:space="preserve">    (c) things designed to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to reason, to the universal order of things, to all examples from former ages, to suppose, that this continent can longer remain subject to any external power.</w:t>
      </w:r>
      <w:r>
        <w:br/>
      </w:r>
      <w:r>
        <w:t xml:space="preserve">    (a) related to</w:t>
      </w:r>
      <w:r>
        <w:br/>
      </w:r>
      <w:r>
        <w:t xml:space="preserve">    (b) very large</w:t>
      </w:r>
      <w:r>
        <w:br/>
      </w:r>
      <w:r>
        <w:t xml:space="preserve">    (c) disgusting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great empires of the east are mostly inland,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excluded from the possibility of rivalling her.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resultantly (as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[4] Those who would fully understand of what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a large and equal representation is to a state, should read Burgh's political disquisitions</w:t>
      </w:r>
      <w:r>
        <w:br/>
      </w:r>
      <w:r>
        <w:t xml:space="preserve">    (a) sticks out</w:t>
      </w:r>
      <w:r>
        <w:br/>
      </w:r>
      <w:r>
        <w:t xml:space="preserve">    (b) importance</w:t>
      </w:r>
      <w:r>
        <w:br/>
      </w:r>
      <w:r>
        <w:t xml:space="preserve">    (c)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Common sense will tell us, that the power which hath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endeavoured</w:t>
      </w:r>
      <w:r>
        <w:rPr>
          <w:b/>
          <w:bCs/>
        </w:rPr>
        <w:t xml:space="preserve"> </w:t>
      </w:r>
      <w:r>
        <w:rPr>
          <w:b/>
          <w:bCs/>
        </w:rPr>
        <w:t xml:space="preserve">to subdue us, is of all others the most improper to defend us.</w:t>
      </w:r>
      <w:r>
        <w:br/>
      </w:r>
      <w:r>
        <w:t xml:space="preserve">    (a) not disagreed with</w:t>
      </w:r>
      <w:r>
        <w:br/>
      </w:r>
      <w:r>
        <w:t xml:space="preserve">    (b) tried or attempted</w:t>
      </w:r>
      <w:r>
        <w:br/>
      </w:r>
      <w:r>
        <w:t xml:space="preserve">    (c) decided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 necessity makes many things convenient, which if continued would grow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oppressions</w:t>
      </w:r>
      <w:r>
        <w:rPr>
          <w:b/>
          <w:bCs/>
        </w:rPr>
        <w:t xml:space="preserve">.</w:t>
      </w:r>
      <w:r>
        <w:br/>
      </w:r>
      <w:r>
        <w:t xml:space="preserve">    (a) harsh and unfair treatment</w:t>
      </w:r>
      <w:r>
        <w:br/>
      </w:r>
      <w:r>
        <w:t xml:space="preserve">    (b) bands of inelastic tissue connecting a muscle to bone</w:t>
      </w:r>
      <w:r>
        <w:br/>
      </w:r>
      <w:r>
        <w:t xml:space="preserve">    (c) acts or processes of stopped something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perhaps, it is chiefly owing to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delicacy, that the King's Speech, hath not, before now, suffered a public execution.</w:t>
      </w:r>
      <w:r>
        <w:br/>
      </w:r>
      <w:r>
        <w:t xml:space="preserve">    (a) not demonstrative of</w:t>
      </w:r>
      <w:r>
        <w:br/>
      </w:r>
      <w:r>
        <w:t xml:space="preserve">    (b) sincerity (realness)</w:t>
      </w:r>
      <w:r>
        <w:br/>
      </w:r>
      <w:r>
        <w:t xml:space="preserve">    (c) sensible and careful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2026-07-31T18:54:38Z</dcterms:created>
  <dcterms:modified xsi:type="dcterms:W3CDTF">2026-07-31T18:54:38Z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