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4c15ae8d048896a9d797982cf0ea5385f821ca4"/>
    <w:p>
      <w:pPr>
        <w:pStyle w:val="Heading1"/>
      </w:pPr>
      <w:r>
        <w:rPr>
          <w:b/>
          <w:bCs/>
        </w:rPr>
        <w:t xml:space="preserve">Cold Sassy Tree</w:t>
      </w:r>
      <w:r>
        <w:br/>
      </w:r>
      <w:r>
        <w:rPr>
          <w:i/>
          <w:iCs/>
        </w:rPr>
        <w:t xml:space="preserve">Olive Ann Burns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touring Shakespeare company had let Loma try out after their performance in Cold Sassy's brush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arbor</w:t>
      </w:r>
      <w:r>
        <w:rPr>
          <w:b/>
          <w:bCs/>
        </w:rPr>
        <w:t xml:space="preserve"> </w:t>
      </w:r>
      <w:r>
        <w:rPr>
          <w:b/>
          <w:bCs/>
        </w:rPr>
        <w:t xml:space="preserve">and then asked her to join the troupe.</w:t>
      </w:r>
      <w:r>
        <w:br/>
      </w:r>
      <w:r>
        <w:t xml:space="preserve">    (a) an artists performance of another artist's work that expresses the performer's feelings or ideas about the work</w:t>
      </w:r>
      <w:r>
        <w:br/>
      </w:r>
      <w:r>
        <w:t xml:space="preserve">    (b) a framework that supports climbing plants; or a shady rest area made by such a framework or by trees and shrubs</w:t>
      </w:r>
      <w:r>
        <w:br/>
      </w:r>
      <w:r>
        <w:t xml:space="preserve">    (c) soccer player who typically play in the middle third of the field and who assists with both defense and offense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After the Georgia legislature declared a prohibition against alcoholic beverages in 1907, Papa quit making or drinking beer — he believed in being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law-abiding</w:t>
      </w:r>
      <w:r>
        <w:rPr>
          <w:b/>
          <w:bCs/>
        </w:rPr>
        <w:t xml:space="preserve"> </w:t>
      </w:r>
      <w:r>
        <w:rPr>
          <w:b/>
          <w:bCs/>
        </w:rPr>
        <w:t xml:space="preserve">— and the churches started using fruit nectars instead of wine.</w:t>
      </w:r>
      <w:r>
        <w:br/>
      </w:r>
      <w:r>
        <w:t xml:space="preserve">    (a) a last name</w:t>
      </w:r>
      <w:r>
        <w:br/>
      </w:r>
      <w:r>
        <w:t xml:space="preserve">    (b) law-obeying</w:t>
      </w:r>
      <w:r>
        <w:br/>
      </w:r>
      <w:r>
        <w:t xml:space="preserve">    (c) well suited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hands went straying around the keyboard, found "</w:t>
      </w:r>
      <w:r>
        <w:rPr>
          <w:b/>
          <w:bCs/>
          <w:u w:val="single"/>
        </w:rPr>
        <w:t xml:space="preserve">Abide</w:t>
      </w:r>
      <w:r>
        <w:rPr>
          <w:b/>
          <w:bCs/>
        </w:rPr>
        <w:t xml:space="preserve"> </w:t>
      </w:r>
      <w:r>
        <w:rPr>
          <w:b/>
          <w:bCs/>
        </w:rPr>
        <w:t xml:space="preserve">With Me," and played a few lines, real quiet.</w:t>
      </w:r>
      <w:r>
        <w:br/>
      </w:r>
      <w:r>
        <w:t xml:space="preserve">    (a) live</w:t>
      </w:r>
      <w:r>
        <w:br/>
      </w:r>
      <w:r>
        <w:t xml:space="preserve">    (b) draw</w:t>
      </w:r>
      <w:r>
        <w:br/>
      </w:r>
      <w:r>
        <w:t xml:space="preserve">    (c) quit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Not a man in town thought it mattered a hoot about women voting, and only two ladies went to the first women's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suffrage</w:t>
      </w:r>
      <w:r>
        <w:rPr>
          <w:b/>
          <w:bCs/>
        </w:rPr>
        <w:t xml:space="preserve"> </w:t>
      </w:r>
      <w:r>
        <w:rPr>
          <w:b/>
          <w:bCs/>
        </w:rPr>
        <w:t xml:space="preserve">meeting Miss Love set up.</w:t>
      </w:r>
      <w:r>
        <w:br/>
      </w:r>
      <w:r>
        <w:t xml:space="preserve">    (a) right to vote</w:t>
      </w:r>
      <w:r>
        <w:br/>
      </w:r>
      <w:r>
        <w:t xml:space="preserve">    (b) determination</w:t>
      </w:r>
      <w:r>
        <w:br/>
      </w:r>
      <w:r>
        <w:t xml:space="preserve">    (c) use of reason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When Mr. Beach offered to carry me home in his buggy, I said, "Thank you, sir, I'd sure be much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obliged</w:t>
      </w:r>
      <w:r>
        <w:rPr>
          <w:b/>
          <w:bCs/>
        </w:rPr>
        <w:t xml:space="preserve">."</w:t>
      </w:r>
      <w:r>
        <w:br/>
      </w:r>
      <w:r>
        <w:t xml:space="preserve">    (a) differed; or changed</w:t>
      </w:r>
      <w:r>
        <w:br/>
      </w:r>
      <w:r>
        <w:t xml:space="preserve">    (b) began fighting again</w:t>
      </w:r>
      <w:r>
        <w:br/>
      </w:r>
      <w:r>
        <w:t xml:space="preserve">    (c) grateful or indebted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It's not easy for a pretty lady with her chin in the air to look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flustered</w:t>
      </w:r>
      <w:r>
        <w:rPr>
          <w:b/>
          <w:bCs/>
        </w:rPr>
        <w:t xml:space="preserve">, but Miss Love did.</w:t>
      </w:r>
      <w:r>
        <w:br/>
      </w:r>
      <w:r>
        <w:t xml:space="preserve">    (a) excessively excited</w:t>
      </w:r>
      <w:r>
        <w:br/>
      </w:r>
      <w:r>
        <w:t xml:space="preserve">    (b) place firmly within</w:t>
      </w:r>
      <w:r>
        <w:br/>
      </w:r>
      <w:r>
        <w:t xml:space="preserve">    (c) nervous or confused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"'Ask and it shall be given,' the Bible says. But it ain't so." I felt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blasphemous</w:t>
      </w:r>
      <w:r>
        <w:rPr>
          <w:b/>
          <w:bCs/>
        </w:rPr>
        <w:t xml:space="preserve"> </w:t>
      </w:r>
      <w:r>
        <w:rPr>
          <w:b/>
          <w:bCs/>
        </w:rPr>
        <w:t xml:space="preserve">even to think it, much less say it out loud.</w:t>
      </w:r>
      <w:r>
        <w:br/>
      </w:r>
      <w:r>
        <w:t xml:space="preserve">    (a) disrespectful of something considered sacred</w:t>
      </w:r>
      <w:r>
        <w:br/>
      </w:r>
      <w:r>
        <w:t xml:space="preserve">    (b) exceedingly important, serious, or dangerous</w:t>
      </w:r>
      <w:r>
        <w:br/>
      </w:r>
      <w:r>
        <w:t xml:space="preserve">    (c) the state or degree of agreeing or approving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would be thinking that when you've married somebody else's husband, if you play on 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pi</w:t>
      </w:r>
      <w:r>
        <w:rPr>
          <w:b/>
          <w:bCs/>
        </w:rPr>
        <w:t xml:space="preserve">-ana it ought to be a contrite hymn that starts, "Lord, my sins be as scarlet" or "Too shamed to lift my head, Lord, too stained to hope for Heaven."</w:t>
      </w:r>
      <w:r>
        <w:br/>
      </w:r>
      <w:r>
        <w:t xml:space="preserve">    (a) drugs that causes temporary loss of bodily sensations in a limited region of the body while maintaining consciousness</w:t>
      </w:r>
      <w:r>
        <w:br/>
      </w:r>
      <w:r>
        <w:t xml:space="preserve">    (b) radically new and experimental; or people who practice radically new and experimental ideas -- especially in the arts</w:t>
      </w:r>
      <w:r>
        <w:br/>
      </w:r>
      <w:r>
        <w:t xml:space="preserve">    (c) mathematics:  an important constant representing the circumference of any circle divided by its diameter (about 3.14)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All of a sudden Miss Love hopped up like she'd sat on a pin, plopped herself down on the piano stool, and went to playing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chords</w:t>
      </w:r>
      <w:r>
        <w:rPr>
          <w:b/>
          <w:bCs/>
        </w:rPr>
        <w:t xml:space="preserve">.</w:t>
      </w:r>
      <w:r>
        <w:br/>
      </w:r>
      <w:r>
        <w:t xml:space="preserve">    (a) items characterized by narrower parallel folds when closed and wider when open -- such as a door or musical instrument with that characteristic</w:t>
      </w:r>
      <w:r>
        <w:br/>
      </w:r>
      <w:r>
        <w:t xml:space="preserve">    (b) a combination of three or more notes that blend harmoniously when sounded together; or figuratively to express harmonious blending or clashing</w:t>
      </w:r>
      <w:r>
        <w:br/>
      </w:r>
      <w:r>
        <w:t xml:space="preserve">    (c) (verb) intentionally angers, challenges, or upsets someone  OR  (noun) insults or other actions intended to anger, challenge, or upset someone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Mr. Blakeslee said maybe Will and the boys should go campin' for a few days first. Mama looked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dumfounded</w:t>
      </w:r>
      <w:r>
        <w:rPr>
          <w:b/>
          <w:bCs/>
        </w:rPr>
        <w:t xml:space="preserve">.</w:t>
      </w:r>
      <w:r>
        <w:br/>
      </w:r>
      <w:r>
        <w:t xml:space="preserve">    (a) pointed to differences between; or compared to show differences</w:t>
      </w:r>
      <w:r>
        <w:br/>
      </w:r>
      <w:r>
        <w:t xml:space="preserve">    (b) separated  OR  emotionally uninvolved (separated from emotions)</w:t>
      </w:r>
      <w:r>
        <w:br/>
      </w:r>
      <w:r>
        <w:t xml:space="preserve">    (c) bewildered (confused and surprised)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Ever since she passed, it's been like Mania's lost holt of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reins</w:t>
      </w:r>
      <w:r>
        <w:rPr>
          <w:b/>
          <w:bCs/>
        </w:rPr>
        <w:t xml:space="preserve">.</w:t>
      </w:r>
      <w:r>
        <w:br/>
      </w:r>
      <w:r>
        <w:t xml:space="preserve">    (a) means of control (figuratively referencing the straps used to control a horse)</w:t>
      </w:r>
      <w:r>
        <w:br/>
      </w:r>
      <w:r>
        <w:t xml:space="preserve">    (b) (verb) intentionally angers, challenges, or upsets someone  OR  (noun) insults or other actions intended to anger, challenge, or upset someone</w:t>
      </w:r>
      <w:r>
        <w:br/>
      </w:r>
      <w:r>
        <w:t xml:space="preserve">    (c) injures the ligaments of a joint by stretching them too far (ligaments are the tough, fibrous bands that connect bones across joints)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both laughed,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ambling</w:t>
      </w:r>
      <w:r>
        <w:rPr>
          <w:b/>
          <w:bCs/>
        </w:rPr>
        <w:t xml:space="preserve"> </w:t>
      </w:r>
      <w:r>
        <w:rPr>
          <w:b/>
          <w:bCs/>
        </w:rPr>
        <w:t xml:space="preserve">on towards the house.</w:t>
      </w:r>
      <w:r>
        <w:br/>
      </w:r>
      <w:r>
        <w:t xml:space="preserve">    (a) causing suffering</w:t>
      </w:r>
      <w:r>
        <w:br/>
      </w:r>
      <w:r>
        <w:t xml:space="preserve">    (b) telling (a story)</w:t>
      </w:r>
      <w:r>
        <w:br/>
      </w:r>
      <w:r>
        <w:t xml:space="preserve">    (c) walking leisurely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God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indignant</w:t>
      </w:r>
      <w:r>
        <w:rPr>
          <w:b/>
          <w:bCs/>
        </w:rPr>
        <w:t xml:space="preserve"> </w:t>
      </w:r>
      <w:r>
        <w:rPr>
          <w:b/>
          <w:bCs/>
        </w:rPr>
        <w:t xml:space="preserve">as all get-out.</w:t>
      </w:r>
      <w:r>
        <w:br/>
      </w:r>
      <w:r>
        <w:t xml:space="preserve">    (a) surprised as something unexpected</w:t>
      </w:r>
      <w:r>
        <w:br/>
      </w:r>
      <w:r>
        <w:t xml:space="preserve">    (b) angered or annoyed at something unjust or wrong</w:t>
      </w:r>
      <w:r>
        <w:br/>
      </w:r>
      <w:r>
        <w:t xml:space="preserve">    (c) accepted of something undesired as unavoidable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God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retorted</w:t>
      </w:r>
      <w:r>
        <w:rPr>
          <w:b/>
          <w:bCs/>
        </w:rPr>
        <w:t xml:space="preserve">.</w:t>
      </w:r>
      <w:r>
        <w:br/>
      </w:r>
      <w:r>
        <w:t xml:space="preserve">    (a) said indirectly</w:t>
      </w:r>
      <w:r>
        <w:br/>
      </w:r>
      <w:r>
        <w:t xml:space="preserve">    (b) greatly annoyed</w:t>
      </w:r>
      <w:r>
        <w:br/>
      </w:r>
      <w:r>
        <w:t xml:space="preserve">    (c) quickly replied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Defiled</w:t>
      </w:r>
      <w:r>
        <w:rPr>
          <w:b/>
          <w:bCs/>
        </w:rPr>
        <w:t xml:space="preserve"> </w:t>
      </w:r>
      <w:r>
        <w:rPr>
          <w:b/>
          <w:bCs/>
        </w:rPr>
        <w:t xml:space="preserve">cain't be the right word for you, Love.</w:t>
      </w:r>
      <w:r>
        <w:br/>
      </w:r>
      <w:r>
        <w:t xml:space="preserve">    (a) consented reluctantly; or suffered defeat</w:t>
      </w:r>
      <w:r>
        <w:br/>
      </w:r>
      <w:r>
        <w:t xml:space="preserve">    (b) caused great mental or physical suffering</w:t>
      </w:r>
      <w:r>
        <w:br/>
      </w:r>
      <w:r>
        <w:t xml:space="preserve">    (c) spoiled the beauty or purity of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"I have bought the mansion of a love, but not possess'd it" was 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lament</w:t>
      </w:r>
      <w:r>
        <w:rPr>
          <w:b/>
          <w:bCs/>
        </w:rPr>
        <w:t xml:space="preserve">.</w:t>
      </w:r>
      <w:r>
        <w:br/>
      </w:r>
      <w:r>
        <w:t xml:space="preserve">    (a) expressed grief or regret</w:t>
      </w:r>
      <w:r>
        <w:br/>
      </w:r>
      <w:r>
        <w:t xml:space="preserve">    (b) make or cause to become</w:t>
      </w:r>
      <w:r>
        <w:br/>
      </w:r>
      <w:r>
        <w:t xml:space="preserve">    (c) gradually add or remove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I like being part of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congregation</w:t>
      </w:r>
      <w:r>
        <w:rPr>
          <w:b/>
          <w:bCs/>
        </w:rPr>
        <w:t xml:space="preserve">.</w:t>
      </w:r>
      <w:r>
        <w:br/>
      </w:r>
      <w:r>
        <w:t xml:space="preserve">    (a) people who worship together in the same building</w:t>
      </w:r>
      <w:r>
        <w:br/>
      </w:r>
      <w:r>
        <w:t xml:space="preserve">    (b) the act, process, or instance of telling a story</w:t>
      </w:r>
      <w:r>
        <w:br/>
      </w:r>
      <w:r>
        <w:t xml:space="preserve">    (c) a general feeling of not being as good as others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"But I like being part of a congregation. I miss the people, Rucker."</w:t>
      </w:r>
      <w:r>
        <w:br/>
      </w:r>
      <w:r>
        <w:rPr>
          <w:b/>
          <w:bCs/>
        </w:rPr>
        <w:t xml:space="preserve">"All them dang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hypocrites</w:t>
      </w:r>
      <w:r>
        <w:rPr>
          <w:b/>
          <w:bCs/>
        </w:rPr>
        <w:t xml:space="preserve">?"</w:t>
      </w:r>
      <w:r>
        <w:br/>
      </w:r>
      <w:r>
        <w:rPr>
          <w:b/>
          <w:bCs/>
        </w:rPr>
        <w:t xml:space="preserve">"My mother always said never expect church members to be perfect."</w:t>
      </w:r>
      <w:r>
        <w:br/>
      </w:r>
      <w:r>
        <w:t xml:space="preserve">    (a) bands of inelastic tissue connecting a muscle to bone</w:t>
      </w:r>
      <w:r>
        <w:br/>
      </w:r>
      <w:r>
        <w:t xml:space="preserve">    (b) people who violate moral standards they claim to hold</w:t>
      </w:r>
      <w:r>
        <w:br/>
      </w:r>
      <w:r>
        <w:t xml:space="preserve">    (c) acts or processes of stopped something from happening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Don't talk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sacrilege</w:t>
      </w:r>
      <w:r>
        <w:rPr>
          <w:b/>
          <w:bCs/>
        </w:rPr>
        <w:t xml:space="preserve">.</w:t>
      </w:r>
      <w:r>
        <w:br/>
      </w:r>
      <w:r>
        <w:t xml:space="preserve">    (a) the process or result of learning, discovering, or deciding</w:t>
      </w:r>
      <w:r>
        <w:br/>
      </w:r>
      <w:r>
        <w:t xml:space="preserve">    (b) person, organization, or anything with a separate existence</w:t>
      </w:r>
      <w:r>
        <w:br/>
      </w:r>
      <w:r>
        <w:t xml:space="preserve">    (c) disrespect of something others consider important -- especially something sacred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Please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recollect</w:t>
      </w:r>
      <w:r>
        <w:rPr>
          <w:b/>
          <w:bCs/>
        </w:rPr>
        <w:t xml:space="preserve"> </w:t>
      </w:r>
      <w:r>
        <w:rPr>
          <w:b/>
          <w:bCs/>
        </w:rPr>
        <w:t xml:space="preserve">the funeral I gave Miss Mattie Lou.</w:t>
      </w:r>
      <w:r>
        <w:br/>
      </w:r>
      <w:r>
        <w:t xml:space="preserve">    (a) disagree</w:t>
      </w:r>
      <w:r>
        <w:br/>
      </w:r>
      <w:r>
        <w:t xml:space="preserve">    (b) remember -- especially experiences from long ago</w:t>
      </w:r>
      <w:r>
        <w:br/>
      </w:r>
      <w:r>
        <w:t xml:space="preserve">    (c) subtract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2026-05-20T12:42:30Z</dcterms:created>
  <dcterms:modified xsi:type="dcterms:W3CDTF">2026-05-20T12:42:30Z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