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clay-david-almond-vocabulary-in-context"/>
    <w:p>
      <w:pPr>
        <w:pStyle w:val="Heading1"/>
      </w:pPr>
      <w:r>
        <w:rPr>
          <w:b/>
          <w:bCs/>
        </w:rPr>
        <w:t xml:space="preserve">Clay</w:t>
      </w:r>
      <w:r>
        <w:br/>
      </w:r>
      <w:r>
        <w:rPr>
          <w:i/>
          <w:iCs/>
        </w:rPr>
        <w:t xml:space="preserve">David Almond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swaggering</w:t>
      </w:r>
      <w:r>
        <w:rPr>
          <w:b/>
          <w:bCs/>
        </w:rPr>
        <w:t xml:space="preserve"> </w:t>
      </w:r>
      <w:r>
        <w:rPr>
          <w:b/>
          <w:bCs/>
        </w:rPr>
        <w:t xml:space="preserve">along like always, laughing and joking like always.</w:t>
      </w:r>
      <w:r>
        <w:br/>
      </w:r>
      <w:r>
        <w:t xml:space="preserve">    (a) expressing regret for having done something wrong</w:t>
      </w:r>
      <w:r>
        <w:br/>
      </w:r>
      <w:r>
        <w:t xml:space="preserve">    (b) giving an opinion of what is wrong with something</w:t>
      </w:r>
      <w:r>
        <w:br/>
      </w:r>
      <w:r>
        <w:t xml:space="preserve">    (c) walking and behaving in a highly confident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hypnotism</w:t>
      </w:r>
      <w:r>
        <w:rPr>
          <w:b/>
          <w:bCs/>
        </w:rPr>
        <w:t xml:space="preserve"> </w:t>
      </w:r>
      <w:r>
        <w:rPr>
          <w:b/>
          <w:bCs/>
        </w:rPr>
        <w:t xml:space="preserve">tricks in the bars in Cullercoats and Whitley Bay.</w:t>
      </w:r>
      <w:r>
        <w:br/>
      </w:r>
      <w:r>
        <w:t xml:space="preserve">    (a) a doctrine emphasizing a person's capacity for self-realization through reason rather than through religion and the supernatural</w:t>
      </w:r>
      <w:r>
        <w:br/>
      </w:r>
      <w:r>
        <w:t xml:space="preserve">    (b) a 20th century movement of artists and writers who used impossible or unlikely images to represent unconscious thoughts and dreams</w:t>
      </w:r>
      <w:r>
        <w:br/>
      </w:r>
      <w:r>
        <w:t xml:space="preserve">    (c) the act of putting someone into a trance-like state of focused concentration and heightened suggestibility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both theft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.</w:t>
      </w:r>
      <w:r>
        <w:br/>
      </w:r>
      <w:r>
        <w:t xml:space="preserve">    (a) found a condition or substance to be present</w:t>
      </w:r>
      <w:r>
        <w:br/>
      </w:r>
      <w:r>
        <w:t xml:space="preserve">    (b) disrespectful of something considered sacred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paused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.</w:t>
      </w:r>
      <w:r>
        <w:br/>
      </w:r>
      <w:r>
        <w:t xml:space="preserve">    (a) not limited or without boundaries</w:t>
      </w:r>
      <w:r>
        <w:br/>
      </w:r>
      <w:r>
        <w:t xml:space="preserve">    (b) thought deeply or carefully</w:t>
      </w:r>
      <w:r>
        <w:br/>
      </w:r>
      <w:r>
        <w:t xml:space="preserve">    (c) was overly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thought for an instant of the bitter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beguiling</w:t>
      </w:r>
      <w:r>
        <w:rPr>
          <w:b/>
          <w:bCs/>
        </w:rPr>
        <w:t xml:space="preserve"> </w:t>
      </w:r>
      <w:r>
        <w:rPr>
          <w:b/>
          <w:bCs/>
        </w:rPr>
        <w:t xml:space="preserve">taste of the cigarettes.</w:t>
      </w:r>
      <w:r>
        <w:br/>
      </w:r>
      <w:r>
        <w:t xml:space="preserve">    (a) exercising privileges to which one is not entitled</w:t>
      </w:r>
      <w:r>
        <w:br/>
      </w:r>
      <w:r>
        <w:t xml:space="preserve">    (b) moving out of an interacting position; or stopping</w:t>
      </w:r>
      <w:r>
        <w:br/>
      </w:r>
      <w:r>
        <w:t xml:space="preserve">    (c) enchanting or deceptive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Say five Hail Marys and one Our Father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that you will be good.</w:t>
      </w:r>
      <w:r>
        <w:br/>
      </w:r>
      <w:r>
        <w:t xml:space="preserve">    (a) gain advantage from</w:t>
      </w:r>
      <w:r>
        <w:br/>
      </w:r>
      <w:r>
        <w:t xml:space="preserve">    (b) influence or effect</w:t>
      </w:r>
      <w:r>
        <w:br/>
      </w:r>
      <w:r>
        <w:t xml:space="preserve">    (c) definitely decide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knelt at the altar rail and said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penance</w:t>
      </w:r>
      <w:r>
        <w:rPr>
          <w:b/>
          <w:bCs/>
        </w:rPr>
        <w:t xml:space="preserve">.</w:t>
      </w:r>
      <w:r>
        <w:br/>
      </w:r>
      <w:r>
        <w:t xml:space="preserve">    (a) to expression feelings or thoughts enthusiastically  OR  to squirt or give off (typically under pressure such as blood or leaking gas)</w:t>
      </w:r>
      <w:r>
        <w:br/>
      </w:r>
      <w:r>
        <w:t xml:space="preserve">    (b) the act of hiding something by making it blend in with its surroundings; or hiding the truth; or something that hides or deceives</w:t>
      </w:r>
      <w:r>
        <w:br/>
      </w:r>
      <w:r>
        <w:t xml:space="preserve">    (c) prayer to make up for wrong-doing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an artist is simply human, a human with an astounding skill, a skill that may indeed be God-given,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 </w:t>
      </w:r>
      <w:r>
        <w:rPr>
          <w:b/>
          <w:bCs/>
        </w:rPr>
        <w:t xml:space="preserve">...human.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be able to create living creatures with chemicals and electricity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nuclear</w:t>
      </w:r>
      <w:r>
        <w:rPr>
          <w:b/>
          <w:bCs/>
        </w:rPr>
        <w:t xml:space="preserve"> </w:t>
      </w:r>
      <w:r>
        <w:rPr>
          <w:b/>
          <w:bCs/>
        </w:rPr>
        <w:t xml:space="preserve">power.</w:t>
      </w:r>
      <w:r>
        <w:br/>
      </w:r>
      <w:r>
        <w:t xml:space="preserve">    (a) the condition of being exclusive to (someone or some group)</w:t>
      </w:r>
      <w:r>
        <w:br/>
      </w:r>
      <w:r>
        <w:t xml:space="preserve">    (b) coming from the center of an atom where protons &amp; neutrons reside</w:t>
      </w:r>
      <w:r>
        <w:br/>
      </w:r>
      <w:r>
        <w:t xml:space="preserve">    (c) the quality of inappropriateness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told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to go in peace,</w:t>
      </w:r>
      <w:r>
        <w:br/>
      </w:r>
      <w:r>
        <w:t xml:space="preserve">    (a) people who worship together in the same building</w:t>
      </w:r>
      <w:r>
        <w:br/>
      </w:r>
      <w:r>
        <w:t xml:space="preserve">    (b) a general feeling of not being as good as others</w:t>
      </w:r>
      <w:r>
        <w:br/>
      </w:r>
      <w:r>
        <w:t xml:space="preserve">    (c) the act, process, or instance of telling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spent that night awake, making plasticine creatures, breathing prayers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incantations</w:t>
      </w:r>
      <w:r>
        <w:rPr>
          <w:b/>
          <w:bCs/>
        </w:rPr>
        <w:t xml:space="preserve"> </w:t>
      </w:r>
      <w:r>
        <w:rPr>
          <w:b/>
          <w:bCs/>
        </w:rPr>
        <w:t xml:space="preserve">and commands on them while the moon shone down at me.</w:t>
      </w:r>
      <w:r>
        <w:br/>
      </w:r>
      <w:r>
        <w:t xml:space="preserve">    (a) recitations of words or sounds believed to have a magical effect</w:t>
      </w:r>
      <w:r>
        <w:br/>
      </w:r>
      <w:r>
        <w:t xml:space="preserve">    (b) the branch of physics concerned with the conversion of different forms of energy</w:t>
      </w:r>
      <w:r>
        <w:br/>
      </w:r>
      <w:r>
        <w:t xml:space="preserve">    (c) surgical interruptions of nerve tracts to and from the frontal lobe of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we become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engrossed</w:t>
      </w:r>
      <w:r>
        <w:rPr>
          <w:b/>
          <w:bCs/>
        </w:rPr>
        <w:t xml:space="preserve"> </w:t>
      </w:r>
      <w:r>
        <w:rPr>
          <w:b/>
          <w:bCs/>
        </w:rPr>
        <w:t xml:space="preserve">in it, and sometimes I forget myself and where I am, and I forget how crazy this would seem if someone else from Felling stumbled into the quarry tonight.</w:t>
      </w:r>
      <w:r>
        <w:br/>
      </w:r>
      <w:r>
        <w:t xml:space="preserve">    (a) gradually added or removed</w:t>
      </w:r>
      <w:r>
        <w:br/>
      </w:r>
      <w:r>
        <w:t xml:space="preserve">    (b) limited or with boundaries</w:t>
      </w:r>
      <w:r>
        <w:br/>
      </w:r>
      <w:r>
        <w:t xml:space="preserve">    (c) with all attention focused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we ourselves become somehow not ourselves, but we turn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subtler</w:t>
      </w:r>
      <w:r>
        <w:rPr>
          <w:b/>
          <w:bCs/>
        </w:rPr>
        <w:t xml:space="preserve">, weirder, less attached to our bodies, less attached to our names.</w:t>
      </w:r>
      <w:r>
        <w:br/>
      </w:r>
      <w:r>
        <w:t xml:space="preserve">    (a) more understated (less obvious as individuals)</w:t>
      </w:r>
      <w:r>
        <w:br/>
      </w:r>
      <w:r>
        <w:t xml:space="preserve">    (b) smaller in amount</w:t>
      </w:r>
      <w:r>
        <w:br/>
      </w:r>
      <w:r>
        <w:t xml:space="preserve">    (c) one who tolerates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battle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compensation</w:t>
      </w:r>
      <w:r>
        <w:rPr>
          <w:b/>
          <w:bCs/>
        </w:rPr>
        <w:t xml:space="preserve"> </w:t>
      </w:r>
      <w:r>
        <w:rPr>
          <w:b/>
          <w:bCs/>
        </w:rPr>
        <w:t xml:space="preserve">lasted years, as these things always do.</w:t>
      </w:r>
      <w:r>
        <w:br/>
      </w:r>
      <w:r>
        <w:t xml:space="preserve">    (a) loyalty</w:t>
      </w:r>
      <w:r>
        <w:br/>
      </w:r>
      <w:r>
        <w:t xml:space="preserve">    (b) thought</w:t>
      </w:r>
      <w:r>
        <w:br/>
      </w:r>
      <w:r>
        <w:t xml:space="preserve">    (c) payment to someone (to make up for a loss or inconvenience they suffered)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try to tell myself that I've been fooled, I've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deceived</w:t>
      </w:r>
      <w:r>
        <w:rPr>
          <w:b/>
          <w:bCs/>
        </w:rPr>
        <w:t xml:space="preserve">, I've been hypnotized, I've been ..."Davie?" says Mam.</w:t>
      </w:r>
      <w:r>
        <w:br/>
      </w:r>
      <w:r>
        <w:t xml:space="preserve">    (a) lied or misled</w:t>
      </w:r>
      <w:r>
        <w:br/>
      </w:r>
      <w:r>
        <w:t xml:space="preserve">    (b) began fighting</w:t>
      </w:r>
      <w:r>
        <w:br/>
      </w:r>
      <w:r>
        <w:t xml:space="preserve">    (c) told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"I," says Prat, "am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</w:t>
      </w:r>
      <w:r>
        <w:rPr>
          <w:b/>
          <w:bCs/>
        </w:rPr>
        <w:t xml:space="preserve">."</w:t>
      </w:r>
      <w:r>
        <w:br/>
      </w:r>
      <w:r>
        <w:t xml:space="preserve">    (a) someone who expects the best; or who focuses on the good part of things</w:t>
      </w:r>
      <w:r>
        <w:br/>
      </w:r>
      <w:r>
        <w:t xml:space="preserve">    (b) someone who expects the worst; or who focuses on the bad part of things</w:t>
      </w:r>
      <w:r>
        <w:br/>
      </w:r>
      <w:r>
        <w:t xml:space="preserve">    (c) someone who joins with others in a public protest or display of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cold, but he moves his arm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accommodate</w:t>
      </w:r>
      <w:r>
        <w:rPr>
          <w:b/>
          <w:bCs/>
        </w:rPr>
        <w:t xml:space="preserve"> </w:t>
      </w:r>
      <w:r>
        <w:rPr>
          <w:b/>
          <w:bCs/>
        </w:rPr>
        <w:t xml:space="preserve">me, like he's half-holding me.</w:t>
      </w:r>
      <w:r>
        <w:br/>
      </w:r>
      <w:r>
        <w:t xml:space="preserve">    (a) mark important text; or the text that is marked</w:t>
      </w:r>
      <w:r>
        <w:br/>
      </w:r>
      <w:r>
        <w:t xml:space="preserve">    (b) adjust for</w:t>
      </w:r>
      <w:r>
        <w:br/>
      </w:r>
      <w:r>
        <w:t xml:space="preserve">    (c) give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penitents</w:t>
      </w:r>
      <w:r>
        <w:rPr>
          <w:b/>
          <w:bCs/>
        </w:rPr>
        <w:t xml:space="preserve"> </w:t>
      </w:r>
      <w:r>
        <w:rPr>
          <w:b/>
          <w:bCs/>
        </w:rPr>
        <w:t xml:space="preserve">are waiting outside.</w:t>
      </w:r>
      <w:r>
        <w:br/>
      </w:r>
      <w:r>
        <w:t xml:space="preserve">    (a) shortages (amounts that are less than desired)</w:t>
      </w:r>
      <w:r>
        <w:br/>
      </w:r>
      <w:r>
        <w:t xml:space="preserve">    (b) people expressing sorrow for having done wrong</w:t>
      </w:r>
      <w:r>
        <w:br/>
      </w:r>
      <w:r>
        <w:t xml:space="preserve">    (c) processes of controlling (how things turn out)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so I told him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banal</w:t>
      </w:r>
      <w:r>
        <w:rPr>
          <w:b/>
          <w:bCs/>
        </w:rPr>
        <w:t xml:space="preserve"> </w:t>
      </w:r>
      <w:r>
        <w:rPr>
          <w:b/>
          <w:bCs/>
        </w:rPr>
        <w:t xml:space="preserve">old stuff and he blessed me and dismissed me.</w:t>
      </w:r>
      <w:r>
        <w:br/>
      </w:r>
      <w:r>
        <w:t xml:space="preserve">    (a) the degree or quality of being exactly vertical or straight</w:t>
      </w:r>
      <w:r>
        <w:br/>
      </w:r>
      <w:r>
        <w:t xml:space="preserve">    (b) uninteresting due to a lack of anything original or unusual</w:t>
      </w:r>
      <w:r>
        <w:br/>
      </w:r>
      <w:r>
        <w:t xml:space="preserve">    (c) tendency to be direct in a disagreeable, insensitive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and twisted.</w:t>
      </w:r>
      <w:r>
        <w:br/>
      </w:r>
      <w:r>
        <w:t xml:space="preserve">    (a) lacking grace in movement or appearance; or difficult to handle or manage</w:t>
      </w:r>
      <w:r>
        <w:br/>
      </w:r>
      <w:r>
        <w:t xml:space="preserve">    (b) lacking adult height or maturity</w:t>
      </w:r>
      <w:r>
        <w:br/>
      </w:r>
      <w:r>
        <w:t xml:space="preserve">    (c) lacking appropriate weight compared to height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2026-07-31T18:27:43Z</dcterms:created>
  <dcterms:modified xsi:type="dcterms:W3CDTF">2026-07-31T18:27:43Z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