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0142223b662157ad0403a263ce5e40250d3255"/>
    <w:p>
      <w:pPr>
        <w:pStyle w:val="Heading1"/>
      </w:pPr>
      <w:r>
        <w:rPr>
          <w:b/>
          <w:bCs/>
        </w:rPr>
        <w:t xml:space="preserve">City of Lost Souls</w:t>
      </w:r>
      <w:r>
        <w:br/>
      </w:r>
      <w:r>
        <w:rPr>
          <w:i/>
          <w:iCs/>
        </w:rPr>
        <w:t xml:space="preserve">Cassandra Clare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 little modern, but the</w:t>
      </w:r>
      <w:r>
        <w:rPr>
          <w:b/>
          <w:bCs/>
        </w:rPr>
        <w:t xml:space="preserve"> </w:t>
      </w:r>
      <w:r>
        <w:rPr>
          <w:b/>
          <w:bCs/>
          <w:u w:val="single"/>
        </w:rPr>
        <w:t xml:space="preserve">gist</w:t>
      </w:r>
      <w:r>
        <w:rPr>
          <w:b/>
          <w:bCs/>
        </w:rPr>
        <w:t xml:space="preserve"> </w:t>
      </w:r>
      <w:r>
        <w:rPr>
          <w:b/>
          <w:bCs/>
        </w:rPr>
        <w:t xml:space="preserve">of the idea comes across.</w:t>
      </w:r>
      <w:r>
        <w:br/>
      </w:r>
      <w:r>
        <w:t xml:space="preserve">    (a) the main point(s) of a more detailed matter</w:t>
      </w:r>
      <w:r>
        <w:br/>
      </w:r>
      <w:r>
        <w:t xml:space="preserve">    (b) something that helps clarify or demonstrate</w:t>
      </w:r>
      <w:r>
        <w:br/>
      </w:r>
      <w:r>
        <w:t xml:space="preserve">    (c) the act of taking something on as one's own</w:t>
      </w:r>
    </w:p>
    <w:p>
      <w:pPr>
        <w:pStyle w:val="Compact"/>
        <w:numPr>
          <w:ilvl w:val="0"/>
          <w:numId w:val="1001"/>
        </w:numPr>
      </w:pPr>
      <w:r>
        <w:rPr>
          <w:b/>
          <w:bCs/>
        </w:rPr>
        <w:t xml:space="preserve">She had watched him as he'd talked—</w:t>
      </w:r>
      <w:r>
        <w:rPr>
          <w:b/>
          <w:bCs/>
          <w:u w:val="single"/>
        </w:rPr>
        <w:t xml:space="preserve">covertly</w:t>
      </w:r>
      <w:r>
        <w:rPr>
          <w:b/>
          <w:bCs/>
        </w:rPr>
        <w:t xml:space="preserve">, she'd thought, but she knew now that Jace noticed everything—watching the light glint off his pale hair, the quick movements of his graceful hands, the flex of the muscles in his arms as he'd gestured.</w:t>
      </w:r>
      <w:r>
        <w:br/>
      </w:r>
      <w:r>
        <w:t xml:space="preserve">    (a) in a good or beneficial manner</w:t>
      </w:r>
      <w:r>
        <w:br/>
      </w:r>
      <w:r>
        <w:t xml:space="preserve">    (b) in a manner that is misleading</w:t>
      </w:r>
      <w:r>
        <w:br/>
      </w:r>
      <w:r>
        <w:t xml:space="preserve">    (c) done in a secret or hidden way</w:t>
      </w:r>
    </w:p>
    <w:p>
      <w:pPr>
        <w:pStyle w:val="Compact"/>
        <w:numPr>
          <w:ilvl w:val="0"/>
          <w:numId w:val="1001"/>
        </w:numPr>
      </w:pPr>
      <w:r>
        <w:rPr>
          <w:b/>
          <w:bCs/>
        </w:rPr>
        <w:t xml:space="preserve">Really looked like, alive and moving and</w:t>
      </w:r>
      <w:r>
        <w:rPr>
          <w:b/>
          <w:bCs/>
        </w:rPr>
        <w:t xml:space="preserve"> </w:t>
      </w:r>
      <w:r>
        <w:rPr>
          <w:b/>
          <w:bCs/>
          <w:u w:val="single"/>
        </w:rPr>
        <w:t xml:space="preserve">animated</w:t>
      </w:r>
      <w:r>
        <w:rPr>
          <w:b/>
          <w:bCs/>
        </w:rPr>
        <w:t xml:space="preserve">.</w:t>
      </w:r>
      <w:r>
        <w:br/>
      </w:r>
      <w:r>
        <w:t xml:space="preserve">    (a) competed in a contest to knock each other off horses with blunted lances  OR  competed in any kind of contest</w:t>
      </w:r>
      <w:r>
        <w:br/>
      </w:r>
      <w:r>
        <w:t xml:space="preserve">    (b) not happening at the same time or in a coordinated sequence; or (of watches/clocks) not set to show the same time</w:t>
      </w:r>
      <w:r>
        <w:br/>
      </w:r>
      <w:r>
        <w:t xml:space="preserve">    (c) lively</w:t>
      </w:r>
    </w:p>
    <w:p>
      <w:pPr>
        <w:pStyle w:val="Compact"/>
        <w:numPr>
          <w:ilvl w:val="0"/>
          <w:numId w:val="1001"/>
        </w:numPr>
      </w:pPr>
      <w:r>
        <w:rPr>
          <w:b/>
          <w:bCs/>
        </w:rPr>
        <w:t xml:space="preserve">As far as I know,</w:t>
      </w:r>
      <w:r>
        <w:rPr>
          <w:b/>
          <w:bCs/>
        </w:rPr>
        <w:t xml:space="preserve"> </w:t>
      </w:r>
      <w:r>
        <w:rPr>
          <w:b/>
          <w:bCs/>
          <w:u w:val="single"/>
        </w:rPr>
        <w:t xml:space="preserve">inanimate</w:t>
      </w:r>
      <w:r>
        <w:rPr>
          <w:b/>
          <w:bCs/>
        </w:rPr>
        <w:t xml:space="preserve"> </w:t>
      </w:r>
      <w:r>
        <w:rPr>
          <w:b/>
          <w:bCs/>
        </w:rPr>
        <w:t xml:space="preserve">objects can accidentally kill you.</w:t>
      </w:r>
      <w:r>
        <w:br/>
      </w:r>
      <w:r>
        <w:t xml:space="preserve">    (a) suffering from too few red blood cells</w:t>
      </w:r>
      <w:r>
        <w:br/>
      </w:r>
      <w:r>
        <w:br/>
      </w:r>
      <w:r>
        <w:t xml:space="preserve">or (less commonly):  lacking vitality</w:t>
      </w:r>
      <w:r>
        <w:br/>
      </w:r>
      <w:r>
        <w:t xml:space="preserve">    (b) having the characteristic of or relating to bouncing back light/heat/sound...</w:t>
      </w:r>
      <w:r>
        <w:br/>
      </w:r>
      <w:r>
        <w:t xml:space="preserve">    (c) not living</w:t>
      </w:r>
    </w:p>
    <w:p>
      <w:pPr>
        <w:pStyle w:val="Compact"/>
        <w:numPr>
          <w:ilvl w:val="0"/>
          <w:numId w:val="1001"/>
        </w:numPr>
      </w:pPr>
      <w:r>
        <w:rPr>
          <w:b/>
          <w:bCs/>
        </w:rPr>
        <w:t xml:space="preserve">Maybe because</w:t>
      </w:r>
      <w:r>
        <w:rPr>
          <w:b/>
          <w:bCs/>
        </w:rPr>
        <w:t xml:space="preserve"> </w:t>
      </w:r>
      <w:r>
        <w:rPr>
          <w:b/>
          <w:bCs/>
          <w:u w:val="single"/>
        </w:rPr>
        <w:t xml:space="preserve">immortality</w:t>
      </w:r>
      <w:r>
        <w:rPr>
          <w:b/>
          <w:bCs/>
        </w:rPr>
        <w:t xml:space="preserve"> </w:t>
      </w:r>
      <w:r>
        <w:rPr>
          <w:b/>
          <w:bCs/>
        </w:rPr>
        <w:t xml:space="preserve">is rapidly becoming the third person in our relationship, Alec.</w:t>
      </w:r>
      <w:r>
        <w:br/>
      </w:r>
      <w:r>
        <w:t xml:space="preserve">    (a) someone who disturbs or annoys</w:t>
      </w:r>
      <w:r>
        <w:br/>
      </w:r>
      <w:r>
        <w:t xml:space="preserve">    (b) eternal life (to live forever)</w:t>
      </w:r>
      <w:r>
        <w:br/>
      </w:r>
      <w:r>
        <w:t xml:space="preserve">    (c) with or based on basic beliefs</w:t>
      </w:r>
    </w:p>
    <w:p>
      <w:pPr>
        <w:pStyle w:val="Compact"/>
        <w:numPr>
          <w:ilvl w:val="0"/>
          <w:numId w:val="1001"/>
        </w:numPr>
      </w:pPr>
      <w:r>
        <w:rPr>
          <w:b/>
          <w:bCs/>
        </w:rPr>
        <w:t xml:space="preserve">Alec could detect the presence of a glamour: any</w:t>
      </w:r>
      <w:r>
        <w:rPr>
          <w:b/>
          <w:bCs/>
        </w:rPr>
        <w:t xml:space="preserve"> </w:t>
      </w:r>
      <w:r>
        <w:rPr>
          <w:b/>
          <w:bCs/>
          <w:u w:val="single"/>
        </w:rPr>
        <w:t xml:space="preserve">mundane</w:t>
      </w:r>
      <w:r>
        <w:rPr>
          <w:b/>
          <w:bCs/>
        </w:rPr>
        <w:t xml:space="preserve"> </w:t>
      </w:r>
      <w:r>
        <w:rPr>
          <w:b/>
          <w:bCs/>
        </w:rPr>
        <w:t xml:space="preserve">looking up would see a concrete wall, but he saw an open doorway.</w:t>
      </w:r>
      <w:r>
        <w:br/>
      </w:r>
      <w:r>
        <w:t xml:space="preserve">    (a) ordinary or lacking interest or excitement -- possibly to the point of being boring</w:t>
      </w:r>
      <w:r>
        <w:br/>
      </w:r>
      <w:r>
        <w:br/>
      </w:r>
      <w:r>
        <w:t xml:space="preserve">or more rarely:</w:t>
      </w:r>
      <w:r>
        <w:br/>
      </w:r>
      <w:r>
        <w:br/>
      </w:r>
      <w:r>
        <w:t xml:space="preserve">belonging to this earth or world; not ideal or heavenly</w:t>
      </w:r>
      <w:r>
        <w:br/>
      </w:r>
      <w:r>
        <w:t xml:space="preserve">    (b) the degree to which a performance of or to someone else's work lends itself to the expression of personal artistic ideas or feelings by the performer</w:t>
      </w:r>
      <w:r>
        <w:br/>
      </w:r>
      <w:r>
        <w:t xml:space="preserve">    (c) the quality or degree of being straightforward or clear (sometimes indicating that truth is not worded carefully to spare feelings or gain advantage)</w:t>
      </w:r>
    </w:p>
    <w:p>
      <w:pPr>
        <w:pStyle w:val="Compact"/>
        <w:numPr>
          <w:ilvl w:val="0"/>
          <w:numId w:val="1001"/>
        </w:numPr>
      </w:pPr>
      <w:r>
        <w:rPr>
          <w:b/>
          <w:bCs/>
        </w:rPr>
        <w:t xml:space="preserve">In the</w:t>
      </w:r>
      <w:r>
        <w:rPr>
          <w:b/>
          <w:bCs/>
        </w:rPr>
        <w:t xml:space="preserve"> </w:t>
      </w:r>
      <w:r>
        <w:rPr>
          <w:b/>
          <w:bCs/>
          <w:u w:val="single"/>
        </w:rPr>
        <w:t xml:space="preserve">infirmary</w:t>
      </w:r>
      <w:r>
        <w:rPr>
          <w:b/>
          <w:bCs/>
        </w:rPr>
        <w:t xml:space="preserve"> </w:t>
      </w:r>
      <w:r>
        <w:rPr>
          <w:b/>
          <w:bCs/>
        </w:rPr>
        <w:t xml:space="preserve">he had been taking rattling breaths while his third in command, Bat, had unpacked the healing kit.</w:t>
      </w:r>
      <w:r>
        <w:br/>
      </w:r>
      <w:r>
        <w:t xml:space="preserve">    (a) a small facility where patients receive treatment</w:t>
      </w:r>
      <w:r>
        <w:br/>
      </w:r>
      <w:r>
        <w:t xml:space="preserve">    (b) a state in which there is little ability to think</w:t>
      </w:r>
      <w:r>
        <w:br/>
      </w:r>
      <w:r>
        <w:t xml:space="preserve">    (c) people who do not believe in the existence of god</w:t>
      </w:r>
    </w:p>
    <w:p>
      <w:pPr>
        <w:pStyle w:val="Compact"/>
        <w:numPr>
          <w:ilvl w:val="0"/>
          <w:numId w:val="1001"/>
        </w:numPr>
      </w:pPr>
      <w:r>
        <w:rPr>
          <w:b/>
          <w:bCs/>
        </w:rPr>
        <w:t xml:space="preserve">Her mouth was set, her gaze</w:t>
      </w:r>
      <w:r>
        <w:rPr>
          <w:b/>
          <w:bCs/>
        </w:rPr>
        <w:t xml:space="preserve"> </w:t>
      </w:r>
      <w:r>
        <w:rPr>
          <w:b/>
          <w:bCs/>
          <w:u w:val="single"/>
        </w:rPr>
        <w:t xml:space="preserve">unwavering</w:t>
      </w:r>
      <w:r>
        <w:rPr>
          <w:b/>
          <w:bCs/>
        </w:rPr>
        <w:t xml:space="preserve"> </w:t>
      </w:r>
      <w:r>
        <w:rPr>
          <w:b/>
          <w:bCs/>
        </w:rPr>
        <w:t xml:space="preserve">on the road before her.</w:t>
      </w:r>
      <w:r>
        <w:br/>
      </w:r>
      <w:r>
        <w:t xml:space="preserve">    (a) hidden</w:t>
      </w:r>
      <w:r>
        <w:br/>
      </w:r>
      <w:r>
        <w:t xml:space="preserve">    (b) steady</w:t>
      </w:r>
      <w:r>
        <w:br/>
      </w:r>
      <w:r>
        <w:t xml:space="preserve">    (c) sloped</w:t>
      </w:r>
    </w:p>
    <w:p>
      <w:pPr>
        <w:pStyle w:val="Compact"/>
        <w:numPr>
          <w:ilvl w:val="0"/>
          <w:numId w:val="1001"/>
        </w:numPr>
      </w:pPr>
      <w:r>
        <w:rPr>
          <w:b/>
          <w:bCs/>
        </w:rPr>
        <w:t xml:space="preserve">Only female Shadowhunters can enter the</w:t>
      </w:r>
      <w:r>
        <w:rPr>
          <w:b/>
          <w:bCs/>
        </w:rPr>
        <w:t xml:space="preserve"> </w:t>
      </w:r>
      <w:r>
        <w:rPr>
          <w:b/>
          <w:bCs/>
          <w:u w:val="single"/>
        </w:rPr>
        <w:t xml:space="preserve">Adamant</w:t>
      </w:r>
      <w:r>
        <w:rPr>
          <w:b/>
          <w:bCs/>
        </w:rPr>
        <w:t xml:space="preserve"> </w:t>
      </w:r>
      <w:r>
        <w:rPr>
          <w:b/>
          <w:bCs/>
        </w:rPr>
        <w:t xml:space="preserve">Citadel.</w:t>
      </w:r>
      <w:r>
        <w:br/>
      </w:r>
      <w:r>
        <w:t xml:space="preserve">    (a) the quality of not being sensible and careful</w:t>
      </w:r>
      <w:r>
        <w:br/>
      </w:r>
      <w:r>
        <w:t xml:space="preserve">    (b) determined not to change a decision or belief</w:t>
      </w:r>
      <w:r>
        <w:br/>
      </w:r>
      <w:r>
        <w:t xml:space="preserve">    (c) the characteristic of demonstrating something</w:t>
      </w:r>
    </w:p>
    <w:p>
      <w:pPr>
        <w:pStyle w:val="Compact"/>
        <w:numPr>
          <w:ilvl w:val="0"/>
          <w:numId w:val="1001"/>
        </w:numPr>
      </w:pPr>
      <w:r>
        <w:rPr>
          <w:b/>
          <w:bCs/>
        </w:rPr>
        <w:t xml:space="preserve">Only female Shadowhunters can enter the Adamant</w:t>
      </w:r>
      <w:r>
        <w:rPr>
          <w:b/>
          <w:bCs/>
        </w:rPr>
        <w:t xml:space="preserve"> </w:t>
      </w:r>
      <w:r>
        <w:rPr>
          <w:b/>
          <w:bCs/>
          <w:u w:val="single"/>
        </w:rPr>
        <w:t xml:space="preserve">Citadel</w:t>
      </w:r>
      <w:r>
        <w:rPr>
          <w:b/>
          <w:bCs/>
        </w:rPr>
        <w:t xml:space="preserve">.</w:t>
      </w:r>
      <w:r>
        <w:br/>
      </w:r>
      <w:r>
        <w:t xml:space="preserve">    (a) dense, rainy forest with many species</w:t>
      </w:r>
      <w:r>
        <w:br/>
      </w:r>
      <w:r>
        <w:t xml:space="preserve">    (b) a stronghold or fortress</w:t>
      </w:r>
      <w:r>
        <w:br/>
      </w:r>
      <w:r>
        <w:t xml:space="preserve">    (c) island (that is made of a coral reef)</w:t>
      </w:r>
    </w:p>
    <w:p>
      <w:pPr>
        <w:pStyle w:val="Compact"/>
        <w:numPr>
          <w:ilvl w:val="0"/>
          <w:numId w:val="1001"/>
        </w:numPr>
      </w:pPr>
      <w:r>
        <w:rPr>
          <w:b/>
          <w:bCs/>
        </w:rPr>
        <w:t xml:space="preserve">As friends— Simon laughed</w:t>
      </w:r>
      <w:r>
        <w:rPr>
          <w:b/>
          <w:bCs/>
        </w:rPr>
        <w:t xml:space="preserve"> </w:t>
      </w:r>
      <w:r>
        <w:rPr>
          <w:b/>
          <w:bCs/>
          <w:u w:val="single"/>
        </w:rPr>
        <w:t xml:space="preserve">incredulously</w:t>
      </w:r>
      <w:r>
        <w:rPr>
          <w:b/>
          <w:bCs/>
        </w:rPr>
        <w:t xml:space="preserve">.</w:t>
      </w:r>
      <w:r>
        <w:br/>
      </w:r>
      <w:r>
        <w:t xml:space="preserve">    (a) in a manner that influences reason or general desire to do something</w:t>
      </w:r>
      <w:r>
        <w:br/>
      </w:r>
      <w:r>
        <w:t xml:space="preserve">    (b) in a manner that intentionally angers, challenges, or upsets someone</w:t>
      </w:r>
      <w:r>
        <w:br/>
      </w:r>
      <w:r>
        <w:t xml:space="preserve">    (c) with disbelief; or with difficulty accepting something so unexpected</w:t>
      </w:r>
    </w:p>
    <w:p>
      <w:pPr>
        <w:pStyle w:val="Compact"/>
        <w:numPr>
          <w:ilvl w:val="0"/>
          <w:numId w:val="1001"/>
        </w:numPr>
      </w:pPr>
      <w:r>
        <w:rPr>
          <w:b/>
          <w:bCs/>
        </w:rPr>
        <w:t xml:space="preserve">The warmth came from a fire leaping in the grated fireplace—though there were no chimneys in the building, and the fire had the blue-green</w:t>
      </w:r>
      <w:r>
        <w:rPr>
          <w:b/>
          <w:bCs/>
        </w:rPr>
        <w:t xml:space="preserve"> </w:t>
      </w:r>
      <w:r>
        <w:rPr>
          <w:b/>
          <w:bCs/>
          <w:u w:val="single"/>
        </w:rPr>
        <w:t xml:space="preserve">tinge</w:t>
      </w:r>
      <w:r>
        <w:rPr>
          <w:b/>
          <w:bCs/>
        </w:rPr>
        <w:t xml:space="preserve"> </w:t>
      </w:r>
      <w:r>
        <w:rPr>
          <w:b/>
          <w:bCs/>
        </w:rPr>
        <w:t xml:space="preserve">of enchanted flame.</w:t>
      </w:r>
      <w:r>
        <w:br/>
      </w:r>
      <w:r>
        <w:t xml:space="preserve">    (a) something that is necessary for something else</w:t>
      </w:r>
      <w:r>
        <w:br/>
      </w:r>
      <w:r>
        <w:t xml:space="preserve">    (b) a slight amount; or to contain a slight amount</w:t>
      </w:r>
      <w:r>
        <w:br/>
      </w:r>
      <w:r>
        <w:t xml:space="preserve">    (c) to write or exchange written letters or emails</w:t>
      </w:r>
    </w:p>
    <w:p>
      <w:pPr>
        <w:pStyle w:val="Compact"/>
        <w:numPr>
          <w:ilvl w:val="0"/>
          <w:numId w:val="1001"/>
        </w:numPr>
      </w:pPr>
      <w:r>
        <w:rPr>
          <w:b/>
          <w:bCs/>
        </w:rPr>
        <w:t xml:space="preserve">There was no click, as when you hung up a phone; Clary just sensed a</w:t>
      </w:r>
      <w:r>
        <w:rPr>
          <w:b/>
          <w:bCs/>
        </w:rPr>
        <w:t xml:space="preserve"> </w:t>
      </w:r>
      <w:r>
        <w:rPr>
          <w:b/>
          <w:bCs/>
          <w:u w:val="single"/>
        </w:rPr>
        <w:t xml:space="preserve">severing</w:t>
      </w:r>
      <w:r>
        <w:rPr>
          <w:b/>
          <w:bCs/>
        </w:rPr>
        <w:t xml:space="preserve"> </w:t>
      </w:r>
      <w:r>
        <w:rPr>
          <w:b/>
          <w:bCs/>
        </w:rPr>
        <w:t xml:space="preserve">of their connection, as if a cord had been cut inside her head.</w:t>
      </w:r>
      <w:r>
        <w:br/>
      </w:r>
      <w:r>
        <w:t xml:space="preserve">    (a) to end or cut off completely -- either physically or in relationships</w:t>
      </w:r>
      <w:r>
        <w:br/>
      </w:r>
      <w:r>
        <w:t xml:space="preserve">    (b) calling -- typically to come nearer by using a hand gesture or a nod</w:t>
      </w:r>
      <w:r>
        <w:br/>
      </w:r>
      <w:r>
        <w:t xml:space="preserve">    (c) providing evidence of something -- especially oral evidence in court</w:t>
      </w:r>
    </w:p>
    <w:p>
      <w:pPr>
        <w:pStyle w:val="Compact"/>
        <w:numPr>
          <w:ilvl w:val="0"/>
          <w:numId w:val="1001"/>
        </w:numPr>
      </w:pPr>
      <w:r>
        <w:rPr>
          <w:b/>
          <w:bCs/>
        </w:rPr>
        <w:t xml:space="preserve">The sword of the</w:t>
      </w:r>
      <w:r>
        <w:rPr>
          <w:b/>
          <w:bCs/>
        </w:rPr>
        <w:t xml:space="preserve"> </w:t>
      </w:r>
      <w:r>
        <w:rPr>
          <w:b/>
          <w:bCs/>
          <w:u w:val="single"/>
        </w:rPr>
        <w:t xml:space="preserve">Archangel</w:t>
      </w:r>
      <w:r>
        <w:rPr>
          <w:b/>
          <w:bCs/>
        </w:rPr>
        <w:t xml:space="preserve"> </w:t>
      </w:r>
      <w:r>
        <w:rPr>
          <w:b/>
          <w:bCs/>
        </w:rPr>
        <w:t xml:space="preserve">Michael, that Joshua fought with at Jericho, for it is infused with heavenly fire.</w:t>
      </w:r>
      <w:r>
        <w:br/>
      </w:r>
      <w:r>
        <w:t xml:space="preserve">    (a) easily set on fire</w:t>
      </w:r>
      <w:r>
        <w:br/>
      </w:r>
      <w:r>
        <w:t xml:space="preserve">    (b) angel of high rank</w:t>
      </w:r>
      <w:r>
        <w:br/>
      </w:r>
      <w:r>
        <w:t xml:space="preserve">    (c) untied or released</w:t>
      </w:r>
    </w:p>
    <w:p>
      <w:pPr>
        <w:pStyle w:val="Compact"/>
        <w:numPr>
          <w:ilvl w:val="0"/>
          <w:numId w:val="1001"/>
        </w:numPr>
      </w:pPr>
      <w:r>
        <w:rPr>
          <w:b/>
          <w:bCs/>
        </w:rPr>
        <w:t xml:space="preserve">If it is</w:t>
      </w:r>
      <w:r>
        <w:rPr>
          <w:b/>
          <w:bCs/>
        </w:rPr>
        <w:t xml:space="preserve"> </w:t>
      </w:r>
      <w:r>
        <w:rPr>
          <w:b/>
          <w:bCs/>
          <w:u w:val="single"/>
        </w:rPr>
        <w:t xml:space="preserve">infernal</w:t>
      </w:r>
      <w:r>
        <w:rPr>
          <w:b/>
          <w:bCs/>
        </w:rPr>
        <w:t xml:space="preserve"> </w:t>
      </w:r>
      <w:r>
        <w:rPr>
          <w:b/>
          <w:bCs/>
        </w:rPr>
        <w:t xml:space="preserve">assistance you require, why not summon your father?</w:t>
      </w:r>
      <w:r>
        <w:br/>
      </w:r>
      <w:r>
        <w:t xml:space="preserve">    (a) very bad; or very annoying; or characteristic of hell or the underworld</w:t>
      </w:r>
      <w:r>
        <w:br/>
      </w:r>
      <w:r>
        <w:t xml:space="preserve">    (b) relating to classical music plays in which most of the dialogue is sung</w:t>
      </w:r>
      <w:r>
        <w:br/>
      </w:r>
      <w:r>
        <w:t xml:space="preserve">    (c) strict, firm, or hard (not giving in, not giving way, or not giving up)</w:t>
      </w:r>
    </w:p>
    <w:p>
      <w:pPr>
        <w:pStyle w:val="Compact"/>
        <w:numPr>
          <w:ilvl w:val="0"/>
          <w:numId w:val="1001"/>
        </w:numPr>
      </w:pPr>
      <w:r>
        <w:rPr>
          <w:b/>
          <w:bCs/>
        </w:rPr>
        <w:t xml:space="preserve">It was dark in the</w:t>
      </w:r>
      <w:r>
        <w:rPr>
          <w:b/>
          <w:bCs/>
        </w:rPr>
        <w:t xml:space="preserve"> </w:t>
      </w:r>
      <w:r>
        <w:rPr>
          <w:b/>
          <w:bCs/>
          <w:u w:val="single"/>
        </w:rPr>
        <w:t xml:space="preserve">alcove</w:t>
      </w:r>
      <w:r>
        <w:rPr>
          <w:b/>
          <w:bCs/>
        </w:rPr>
        <w:t xml:space="preserve">, so dark that Jace was only an outline of shadows and gold.</w:t>
      </w:r>
      <w:r>
        <w:br/>
      </w:r>
      <w:r>
        <w:t xml:space="preserve">    (a) a recessed or secluded space -- such as in a room or garden</w:t>
      </w:r>
      <w:r>
        <w:br/>
      </w:r>
      <w:r>
        <w:t xml:space="preserve">    (b) a room leading to a larger or more important room</w:t>
      </w:r>
      <w:r>
        <w:br/>
      </w:r>
      <w:r>
        <w:t xml:space="preserve">    (c) extensive plain without trees (associated with eastern Russia and Siberia)</w:t>
      </w:r>
    </w:p>
    <w:p>
      <w:pPr>
        <w:pStyle w:val="Compact"/>
        <w:numPr>
          <w:ilvl w:val="0"/>
          <w:numId w:val="1001"/>
        </w:numPr>
      </w:pPr>
      <w:r>
        <w:rPr>
          <w:b/>
          <w:bCs/>
        </w:rPr>
        <w:t xml:space="preserve">But what I desire to know is this: When the</w:t>
      </w:r>
      <w:r>
        <w:rPr>
          <w:b/>
          <w:bCs/>
        </w:rPr>
        <w:t xml:space="preserve"> </w:t>
      </w:r>
      <w:r>
        <w:rPr>
          <w:b/>
          <w:bCs/>
          <w:u w:val="single"/>
        </w:rPr>
        <w:t xml:space="preserve">twilight</w:t>
      </w:r>
      <w:r>
        <w:rPr>
          <w:b/>
          <w:bCs/>
        </w:rPr>
        <w:t xml:space="preserve"> </w:t>
      </w:r>
      <w:r>
        <w:rPr>
          <w:b/>
          <w:bCs/>
        </w:rPr>
        <w:t xml:space="preserve">of the Nephilim comes, will the Courts stand with or against me?</w:t>
      </w:r>
      <w:r>
        <w:br/>
      </w:r>
      <w:r>
        <w:t xml:space="preserve">    (a) relating to properties of sound or hearing</w:t>
      </w:r>
      <w:r>
        <w:br/>
      </w:r>
      <w:r>
        <w:t xml:space="preserve">    (b) something accepted as true (without proof)</w:t>
      </w:r>
      <w:r>
        <w:br/>
      </w:r>
      <w:r>
        <w:t xml:space="preserve">    (c) decline or fall</w:t>
      </w:r>
    </w:p>
    <w:p>
      <w:pPr>
        <w:pStyle w:val="Compact"/>
        <w:numPr>
          <w:ilvl w:val="0"/>
          <w:numId w:val="1001"/>
        </w:numPr>
      </w:pPr>
      <w:r>
        <w:rPr>
          <w:b/>
          <w:bCs/>
        </w:rPr>
        <w:t xml:space="preserve">She woke twisted in her sheets, her hair a mass of tangles and the light outside the window dimmed to a</w:t>
      </w:r>
      <w:r>
        <w:rPr>
          <w:b/>
          <w:bCs/>
        </w:rPr>
        <w:t xml:space="preserve"> </w:t>
      </w:r>
      <w:r>
        <w:rPr>
          <w:b/>
          <w:bCs/>
          <w:u w:val="single"/>
        </w:rPr>
        <w:t xml:space="preserve">twilight</w:t>
      </w:r>
      <w:r>
        <w:rPr>
          <w:b/>
          <w:bCs/>
        </w:rPr>
        <w:t xml:space="preserve"> </w:t>
      </w:r>
      <w:r>
        <w:rPr>
          <w:b/>
          <w:bCs/>
        </w:rPr>
        <w:t xml:space="preserve">darkness.</w:t>
      </w:r>
      <w:r>
        <w:br/>
      </w:r>
      <w:r>
        <w:t xml:space="preserve">    (a) the light from the time of day between daylight and darkness</w:t>
      </w:r>
      <w:r>
        <w:br/>
      </w:r>
      <w:r>
        <w:t xml:space="preserve">    (b) light from the stars</w:t>
      </w:r>
      <w:r>
        <w:br/>
      </w:r>
      <w:r>
        <w:t xml:space="preserve">    (c) light from the moon</w:t>
      </w:r>
    </w:p>
    <w:p>
      <w:pPr>
        <w:pStyle w:val="Compact"/>
        <w:numPr>
          <w:ilvl w:val="0"/>
          <w:numId w:val="1001"/>
        </w:numPr>
      </w:pPr>
      <w:r>
        <w:rPr>
          <w:b/>
          <w:bCs/>
        </w:rPr>
        <w:t xml:space="preserve">That reminded her that</w:t>
      </w:r>
      <w:r>
        <w:rPr>
          <w:b/>
          <w:bCs/>
        </w:rPr>
        <w:t xml:space="preserve"> </w:t>
      </w:r>
      <w:r>
        <w:rPr>
          <w:b/>
          <w:bCs/>
          <w:u w:val="single"/>
        </w:rPr>
        <w:t xml:space="preserve">however</w:t>
      </w:r>
      <w:r>
        <w:rPr>
          <w:b/>
          <w:bCs/>
        </w:rPr>
        <w:t xml:space="preserve"> </w:t>
      </w:r>
      <w:r>
        <w:rPr>
          <w:b/>
          <w:bCs/>
        </w:rPr>
        <w:t xml:space="preserve">much of his blood was poison, just as much was the same blood that ran in her own veins.</w:t>
      </w:r>
      <w:r>
        <w:br/>
      </w:r>
      <w:r>
        <w:t xml:space="preserve">    (a) aka analysis -- psychiatric treatment; or a theory of psychiatric treatment</w:t>
      </w:r>
      <w:r>
        <w:br/>
      </w:r>
      <w:r>
        <w:t xml:space="preserve">    (b) people who are good at or spend much time studying, thinking, and reasoning</w:t>
      </w:r>
      <w:r>
        <w:br/>
      </w:r>
      <w:r>
        <w:t xml:space="preserve">    (c) regardless of how</w:t>
      </w:r>
    </w:p>
    <w:p>
      <w:pPr>
        <w:pStyle w:val="Compact"/>
        <w:numPr>
          <w:ilvl w:val="0"/>
          <w:numId w:val="1001"/>
        </w:numPr>
      </w:pPr>
      <w:r>
        <w:rPr>
          <w:b/>
          <w:bCs/>
        </w:rPr>
        <w:t xml:space="preserve">Sebastian,</w:t>
      </w:r>
      <w:r>
        <w:rPr>
          <w:b/>
          <w:bCs/>
        </w:rPr>
        <w:t xml:space="preserve"> </w:t>
      </w:r>
      <w:r>
        <w:rPr>
          <w:b/>
          <w:bCs/>
          <w:u w:val="single"/>
        </w:rPr>
        <w:t xml:space="preserve">however</w:t>
      </w:r>
      <w:r>
        <w:rPr>
          <w:b/>
          <w:bCs/>
        </w:rPr>
        <w:t xml:space="preserve">, had disappeared.</w:t>
      </w:r>
      <w:r>
        <w:br/>
      </w:r>
      <w:r>
        <w:t xml:space="preserve">    (a)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r>
        <w:br/>
      </w:r>
      <w:r>
        <w:t xml:space="preserve">    (b) in keeping with or in agreement with what was just stated</w:t>
      </w:r>
      <w:r>
        <w:br/>
      </w:r>
      <w:r>
        <w:t xml:space="preserve">    (c) therefore (for that reason)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2026-05-20T13:48:38Z</dcterms:created>
  <dcterms:modified xsi:type="dcterms:W3CDTF">2026-05-20T13:48:38Z</dcterms:modified>
</cp:coreProperties>
</file>

<file path=docProps/custom.xml><?xml version="1.0" encoding="utf-8"?>
<Properties xmlns="http://schemas.openxmlformats.org/officeDocument/2006/custom-properties" xmlns:vt="http://schemas.openxmlformats.org/officeDocument/2006/docPropsVTypes"/>
</file>