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7207a0ca295f81b199c64c3e0aad13b371319f"/>
    <w:p>
      <w:pPr>
        <w:pStyle w:val="Heading1"/>
      </w:pPr>
      <w:r>
        <w:rPr>
          <w:b/>
          <w:bCs/>
        </w:rPr>
        <w:t xml:space="preserve">City of Heavenly Fire</w:t>
      </w:r>
      <w:r>
        <w:br/>
      </w:r>
      <w:r>
        <w:rPr>
          <w:i/>
          <w:iCs/>
        </w:rPr>
        <w:t xml:space="preserve">Cassandra Clare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fascinated with the way that human beings had grappled with the ideas of absolute evil and absolute good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tempered</w:t>
      </w:r>
      <w:r>
        <w:rPr>
          <w:b/>
          <w:bCs/>
        </w:rPr>
        <w:t xml:space="preserve"> </w:t>
      </w:r>
      <w:r>
        <w:rPr>
          <w:b/>
          <w:bCs/>
        </w:rPr>
        <w:t xml:space="preserve">with love and free will.</w:t>
      </w:r>
      <w:r>
        <w:br/>
      </w:r>
      <w:r>
        <w:t xml:space="preserve">    (a) not finding fault</w:t>
      </w:r>
      <w:r>
        <w:br/>
      </w:r>
      <w:r>
        <w:t xml:space="preserve">    (b) not demonstrating</w:t>
      </w:r>
      <w:r>
        <w:br/>
      </w:r>
      <w:r>
        <w:t xml:space="preserve">    (c) made less extreme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steel must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tempered</w:t>
      </w:r>
      <w:r>
        <w:rPr>
          <w:b/>
          <w:bCs/>
        </w:rPr>
        <w:t xml:space="preserve">— subjected to great heat, almost enough to melt or destroy the metal—to make it stronger.</w:t>
      </w:r>
      <w:r>
        <w:br/>
      </w:r>
      <w:r>
        <w:t xml:space="preserve">    (a) made stronger or less brittle by heat treatment</w:t>
      </w:r>
      <w:r>
        <w:br/>
      </w:r>
      <w:r>
        <w:t xml:space="preserve">    (b) tending to have excessively unfavorable opinions</w:t>
      </w:r>
      <w:r>
        <w:br/>
      </w:r>
      <w:r>
        <w:t xml:space="preserve">    (c) tending to have exceedingly unfavorable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From outside, the Institute looked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mundane</w:t>
      </w:r>
      <w:r>
        <w:rPr>
          <w:b/>
          <w:bCs/>
        </w:rPr>
        <w:t xml:space="preserve"> </w:t>
      </w:r>
      <w:r>
        <w:rPr>
          <w:b/>
          <w:bCs/>
        </w:rPr>
        <w:t xml:space="preserve">eyes like the ruins of an old Spanish mission.</w:t>
      </w:r>
      <w:r>
        <w:br/>
      </w:r>
      <w:r>
        <w:t xml:space="preserve">    (a) the quality or degree of being straightforward or clear (sometimes indicating that truth is not worded carefully to spare feelings or gain advantage)</w:t>
      </w:r>
      <w:r>
        <w:br/>
      </w:r>
      <w:r>
        <w:t xml:space="preserve">    (b) the degree to which a performance of or to someone else's work lends itself to the expression of personal artistic ideas or feelings by the performer</w:t>
      </w:r>
      <w:r>
        <w:br/>
      </w:r>
      <w:r>
        <w:t xml:space="preserve">    (c) ordinary or lacking interest or excitement -- possibly to the point of being boring</w:t>
      </w:r>
      <w:r>
        <w:br/>
      </w:r>
      <w:r>
        <w:br/>
      </w:r>
      <w:r>
        <w:t xml:space="preserve">or more rarely:</w:t>
      </w:r>
      <w:r>
        <w:br/>
      </w:r>
      <w:r>
        <w:br/>
      </w:r>
      <w:r>
        <w:t xml:space="preserve">belonging to this earth or world; not ideal or heavenly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"Now," said Sebastian in a voice like silk, "drink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Infernal</w:t>
      </w:r>
      <w:r>
        <w:rPr>
          <w:b/>
          <w:bCs/>
        </w:rPr>
        <w:t xml:space="preserve"> </w:t>
      </w:r>
      <w:r>
        <w:rPr>
          <w:b/>
          <w:bCs/>
        </w:rPr>
        <w:t xml:space="preserve">Cup," and he forced the rim of the cup between Katerina's teeth.</w:t>
      </w:r>
      <w:r>
        <w:br/>
      </w:r>
      <w:r>
        <w:t xml:space="preserve">    (a) relating to classical music plays in which most of the dialogue is sung</w:t>
      </w:r>
      <w:r>
        <w:br/>
      </w:r>
      <w:r>
        <w:t xml:space="preserve">    (b) strict, firm, or hard (not giving in, not giving way, or not giving up)</w:t>
      </w:r>
      <w:r>
        <w:br/>
      </w:r>
      <w:r>
        <w:t xml:space="preserve">    (c) very bad; or very annoying; or characteristic of hell or the underworld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others were crying out; Mark leaped to his feet as Sebastian looked down at the blade in his chest, its handle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protruding</w:t>
      </w:r>
      <w:r>
        <w:rPr>
          <w:b/>
          <w:bCs/>
        </w:rPr>
        <w:t xml:space="preserve"> </w:t>
      </w:r>
      <w:r>
        <w:rPr>
          <w:b/>
          <w:bCs/>
        </w:rPr>
        <w:t xml:space="preserve">from his heart.</w:t>
      </w:r>
      <w:r>
        <w:br/>
      </w:r>
      <w:r>
        <w:t xml:space="preserve">    (a) sticking out</w:t>
      </w:r>
      <w:r>
        <w:br/>
      </w:r>
      <w:r>
        <w:t xml:space="preserve">    (b) hiring again</w:t>
      </w:r>
      <w:r>
        <w:br/>
      </w:r>
      <w:r>
        <w:t xml:space="preserve">    (c) getting near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pity for the Nephilim that they have no more favors they can ask of Heaven, and none of the puny instruments of war they forge in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Adamant</w:t>
      </w:r>
      <w:r>
        <w:rPr>
          <w:b/>
          <w:bCs/>
        </w:rPr>
        <w:t xml:space="preserve"> </w:t>
      </w:r>
      <w:r>
        <w:rPr>
          <w:b/>
          <w:bCs/>
        </w:rPr>
        <w:t xml:space="preserve">Citadel can harm me now.</w:t>
      </w:r>
      <w:r>
        <w:br/>
      </w:r>
      <w:r>
        <w:t xml:space="preserve">    (a) the quality of not being sensible and careful</w:t>
      </w:r>
      <w:r>
        <w:br/>
      </w:r>
      <w:r>
        <w:t xml:space="preserve">    (b) determined not to change a decision or belief</w:t>
      </w:r>
      <w:r>
        <w:br/>
      </w:r>
      <w:r>
        <w:t xml:space="preserve">    (c) the characteristic of demonstrating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pity for the Nephilim that they have no more favors they can ask of Heaven, and none of the puny instruments of war they forge in their Adamant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Citadel</w:t>
      </w:r>
      <w:r>
        <w:rPr>
          <w:b/>
          <w:bCs/>
        </w:rPr>
        <w:t xml:space="preserve"> </w:t>
      </w:r>
      <w:r>
        <w:rPr>
          <w:b/>
          <w:bCs/>
        </w:rPr>
        <w:t xml:space="preserve">can harm me now.</w:t>
      </w:r>
      <w:r>
        <w:br/>
      </w:r>
      <w:r>
        <w:t xml:space="preserve">    (a) dense, rainy forest with many species</w:t>
      </w:r>
      <w:r>
        <w:br/>
      </w:r>
      <w:r>
        <w:t xml:space="preserve">    (b) a stronghold or fortress</w:t>
      </w:r>
      <w:r>
        <w:br/>
      </w:r>
      <w:r>
        <w:t xml:space="preserve">    (c) island (that is made of a coral reef)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petrify, you know,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immortals</w:t>
      </w:r>
      <w:r>
        <w:rPr>
          <w:b/>
          <w:bCs/>
        </w:rPr>
        <w:t xml:space="preserve">, like fossils turn to stone.</w:t>
      </w:r>
      <w:r>
        <w:br/>
      </w:r>
      <w:r>
        <w:t xml:space="preserve">    (a) tiles designed to affect noise -- typically to decrease noise</w:t>
      </w:r>
      <w:r>
        <w:br/>
      </w:r>
      <w:r>
        <w:t xml:space="preserve">    (b) instances of taking on or adopting of power or responsibility</w:t>
      </w:r>
      <w:r>
        <w:br/>
      </w:r>
      <w:r>
        <w:t xml:space="preserve">    (c) people who live forever  OR  people famous throughout history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built like an amphitheater: a half circle of tiered benches facing a rectangular raised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dais</w:t>
      </w:r>
      <w:r>
        <w:rPr>
          <w:b/>
          <w:bCs/>
        </w:rPr>
        <w:t xml:space="preserve"> </w:t>
      </w:r>
      <w:r>
        <w:rPr>
          <w:b/>
          <w:bCs/>
        </w:rPr>
        <w:t xml:space="preserve">in the front of the room.</w:t>
      </w:r>
      <w:r>
        <w:br/>
      </w:r>
      <w:r>
        <w:t xml:space="preserve">    (a) raised platform</w:t>
      </w:r>
      <w:r>
        <w:br/>
      </w:r>
      <w:r>
        <w:t xml:space="preserve">    (b) dramatic change</w:t>
      </w:r>
      <w:r>
        <w:br/>
      </w:r>
      <w:r>
        <w:t xml:space="preserve">    (c) in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blasphemy</w:t>
      </w:r>
      <w:r>
        <w:rPr>
          <w:b/>
          <w:bCs/>
        </w:rPr>
        <w:t xml:space="preserve">," Jia agreed.</w:t>
      </w:r>
      <w:r>
        <w:br/>
      </w:r>
      <w:r>
        <w:t xml:space="preserve">    (a) Nazi organization for children aged 10 to 18</w:t>
      </w:r>
      <w:r>
        <w:br/>
      </w:r>
      <w:r>
        <w:t xml:space="preserve">    (b) found a condition or substance to be present</w:t>
      </w:r>
      <w:r>
        <w:br/>
      </w:r>
      <w:r>
        <w:t xml:space="preserve">    (c) disrespectful of something considered sacred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Talk to the representatives, strengthen 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alliances</w:t>
      </w:r>
      <w:r>
        <w:rPr>
          <w:b/>
          <w:bCs/>
        </w:rPr>
        <w:t xml:space="preserve">.</w:t>
      </w:r>
      <w:r>
        <w:br/>
      </w:r>
      <w:r>
        <w:t xml:space="preserve">    (a) associations formed to support common interests</w:t>
      </w:r>
      <w:r>
        <w:br/>
      </w:r>
      <w:r>
        <w:t xml:space="preserve">    (b) senses of isolation due to competing interests</w:t>
      </w:r>
      <w:r>
        <w:br/>
      </w:r>
      <w:r>
        <w:t xml:space="preserve">    (c) associations formed to support common interests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central building was built of golden stone, a Romanesque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manor</w:t>
      </w:r>
      <w:r>
        <w:rPr>
          <w:b/>
          <w:bCs/>
        </w:rPr>
        <w:t xml:space="preserve"> </w:t>
      </w:r>
      <w:r>
        <w:rPr>
          <w:b/>
          <w:bCs/>
        </w:rPr>
        <w:t xml:space="preserve">house surrounded by arched porticoes.</w:t>
      </w:r>
      <w:r>
        <w:br/>
      </w:r>
      <w:r>
        <w:t xml:space="preserve">    (a) when what happens is very different than what might be expected; or when things are together that seem like they don't belong together</w:t>
      </w:r>
      <w:r>
        <w:br/>
      </w:r>
      <w:r>
        <w:t xml:space="preserve">    (b) lymph node -- one of many bean-sized organs that filter bacteria and other toxins from circulating white-blood-cell filled lymph fluid</w:t>
      </w:r>
      <w:r>
        <w:br/>
      </w:r>
      <w:r>
        <w:t xml:space="preserve">    (c) a large house of a wealthy person</w:t>
      </w:r>
      <w:r>
        <w:br/>
      </w:r>
      <w:r>
        <w:br/>
      </w:r>
      <w:r>
        <w:t xml:space="preserve">or historically:</w:t>
      </w:r>
      <w:r>
        <w:br/>
      </w:r>
      <w:r>
        <w:br/>
      </w:r>
      <w:r>
        <w:t xml:space="preserve">the main house of a lord and the land around it that was worked by tenant farmers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in pursuit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vengeance</w:t>
      </w:r>
      <w:r>
        <w:rPr>
          <w:b/>
          <w:bCs/>
        </w:rPr>
        <w:t xml:space="preserve">, and I will have it.</w:t>
      </w:r>
      <w:r>
        <w:br/>
      </w:r>
      <w:r>
        <w:t xml:space="preserve">    (a) something made from parts</w:t>
      </w:r>
      <w:r>
        <w:br/>
      </w:r>
      <w:r>
        <w:t xml:space="preserve">    (b) the act of taking revenge</w:t>
      </w:r>
      <w:r>
        <w:br/>
      </w:r>
      <w:r>
        <w:t xml:space="preserve">    (c) something that stands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Once Maureen is taken care of, it is likely we can return to New York with few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negative</w:t>
      </w:r>
      <w:r>
        <w:rPr>
          <w:b/>
          <w:bCs/>
        </w:rPr>
        <w:t xml:space="preserve"> </w:t>
      </w:r>
      <w:r>
        <w:rPr>
          <w:b/>
          <w:bCs/>
        </w:rPr>
        <w:t xml:space="preserve">consequences.</w:t>
      </w:r>
      <w:r>
        <w:br/>
      </w:r>
      <w:r>
        <w:t xml:space="preserve">    (a) begin fighting</w:t>
      </w:r>
      <w:r>
        <w:br/>
      </w:r>
      <w:r>
        <w:t xml:space="preserve">    (b) bad or harmful</w:t>
      </w:r>
      <w:r>
        <w:br/>
      </w:r>
      <w:r>
        <w:t xml:space="preserve">    (c) tell (a story)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"Isabelle, I don't have time for this," said Robert, looking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exasperatedly</w:t>
      </w:r>
      <w:r>
        <w:rPr>
          <w:b/>
          <w:bCs/>
        </w:rPr>
        <w:t xml:space="preserve"> </w:t>
      </w:r>
      <w:r>
        <w:rPr>
          <w:b/>
          <w:bCs/>
        </w:rPr>
        <w:t xml:space="preserve">at Alec as if he expected his son to side with him.</w:t>
      </w:r>
      <w:r>
        <w:br/>
      </w:r>
      <w:r>
        <w:t xml:space="preserve">    (a) with great annoyance</w:t>
      </w:r>
      <w:r>
        <w:br/>
      </w:r>
      <w:r>
        <w:t xml:space="preserve">    (b) in a critical manner</w:t>
      </w:r>
      <w:r>
        <w:br/>
      </w:r>
      <w:r>
        <w:t xml:space="preserve">    (c) in a wasteful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widening quickly, the jagged crack becoming a vast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chasm</w:t>
      </w:r>
      <w:r>
        <w:rPr>
          <w:b/>
          <w:bCs/>
        </w:rPr>
        <w:t xml:space="preserve"> </w:t>
      </w:r>
      <w:r>
        <w:rPr>
          <w:b/>
          <w:bCs/>
        </w:rPr>
        <w:t xml:space="preserve">with sheer sides that dropped away into shadow.</w:t>
      </w:r>
      <w:r>
        <w:br/>
      </w:r>
      <w:r>
        <w:t xml:space="preserve">    (a) a nerve or brain cell</w:t>
      </w:r>
      <w:r>
        <w:br/>
      </w:r>
      <w:r>
        <w:t xml:space="preserve">    (b) long eventful journey</w:t>
      </w:r>
      <w:r>
        <w:br/>
      </w:r>
      <w:r>
        <w:t xml:space="preserve">    (c) a large gap or divide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bodies were burning on orderlg rows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pyres</w:t>
      </w:r>
      <w:r>
        <w:rPr>
          <w:b/>
          <w:bCs/>
        </w:rPr>
        <w:t xml:space="preserve"> </w:t>
      </w:r>
      <w:r>
        <w:rPr>
          <w:b/>
          <w:bCs/>
        </w:rPr>
        <w:t xml:space="preserve">that had been set up along the road to Brocelind Forest.</w:t>
      </w:r>
      <w:r>
        <w:br/>
      </w:r>
      <w:r>
        <w:t xml:space="preserve">    (a) piles of wood or other burnable materials</w:t>
      </w:r>
      <w:r>
        <w:br/>
      </w:r>
      <w:r>
        <w:t xml:space="preserve">    (b) works of fiction depicting a bleak future</w:t>
      </w:r>
      <w:r>
        <w:br/>
      </w:r>
      <w:r>
        <w:t xml:space="preserve">    (c) dreamlike states of altered consciousness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"And it definitely doesn't mean you're the only one who can kill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many Endarkened Sebastian has standing around him," Clary pointed out.</w:t>
      </w:r>
      <w:r>
        <w:br/>
      </w:r>
      <w:r>
        <w:t xml:space="preserve">    (a) aka analysis -- psychiatric treatment; or a theory of psychiatric treatment</w:t>
      </w:r>
      <w:r>
        <w:br/>
      </w:r>
      <w:r>
        <w:t xml:space="preserve">    (b) people who are good at or spend much time studying, thinking, and reasoning</w:t>
      </w:r>
      <w:r>
        <w:br/>
      </w:r>
      <w:r>
        <w:t xml:space="preserve">    (c) whatever number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Endarkened,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were not weakened.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therefore (for that reason)</w:t>
      </w:r>
      <w:r>
        <w:br/>
      </w:r>
      <w:r>
        <w:t xml:space="preserve">    (c) a word used to connect contrasting ideas as when using</w:t>
      </w:r>
      <w:r>
        <w:t xml:space="preserve"> </w:t>
      </w:r>
      <w:r>
        <w:rPr>
          <w:i/>
          <w:iCs/>
        </w:rPr>
        <w:t xml:space="preserve">though</w:t>
      </w:r>
      <w:r>
        <w:t xml:space="preserve">,</w:t>
      </w:r>
      <w:r>
        <w:t xml:space="preserve"> </w:t>
      </w:r>
      <w:r>
        <w:rPr>
          <w:i/>
          <w:iCs/>
        </w:rPr>
        <w:t xml:space="preserve">in spite of that</w:t>
      </w:r>
      <w:r>
        <w:t xml:space="preserve">,</w:t>
      </w:r>
      <w:r>
        <w:t xml:space="preserve"> </w:t>
      </w:r>
      <w:r>
        <w:rPr>
          <w:i/>
          <w:iCs/>
        </w:rPr>
        <w:t xml:space="preserve">in contrast</w:t>
      </w:r>
      <w:r>
        <w:t xml:space="preserve">,</w:t>
      </w:r>
      <w:r>
        <w:t xml:space="preserve"> </w:t>
      </w:r>
      <w:r>
        <w:rPr>
          <w:i/>
          <w:iCs/>
        </w:rPr>
        <w:t xml:space="preserve">nevertheless</w:t>
      </w:r>
      <w:r>
        <w:t xml:space="preserve">, etc.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"You should have loved me," he said, and now he sounded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petulant</w:t>
      </w:r>
      <w:r>
        <w:rPr>
          <w:b/>
          <w:bCs/>
        </w:rPr>
        <w:t xml:space="preserve">.</w:t>
      </w:r>
      <w:r>
        <w:br/>
      </w:r>
      <w:r>
        <w:t xml:space="preserve">    (a) unreasonably annoyed or upset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easily annoyed or upset</w:t>
      </w:r>
      <w:r>
        <w:br/>
      </w:r>
      <w:r>
        <w:t xml:space="preserve">    (b) not trustworthy, or improper, or attracting unwelcome attention</w:t>
      </w:r>
      <w:r>
        <w:br/>
      </w:r>
      <w:r>
        <w:t xml:space="preserve">    (c) the degree to which something is able to change or is different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2026-07-31T19:47:07Z</dcterms:created>
  <dcterms:modified xsi:type="dcterms:W3CDTF">2026-07-31T19:47:07Z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