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c16dffa2cd62a6ccee4982afb3f33666f1bedbe"/>
    <w:p>
      <w:pPr>
        <w:pStyle w:val="Heading1"/>
      </w:pPr>
      <w:r>
        <w:rPr>
          <w:b/>
          <w:bCs/>
        </w:rPr>
        <w:t xml:space="preserve">City of Glass</w:t>
      </w:r>
      <w:r>
        <w:br/>
      </w:r>
      <w:r>
        <w:rPr>
          <w:i/>
          <w:iCs/>
        </w:rPr>
        <w:t xml:space="preserve">Cassandra Clare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Simon wasn't sure whether to be impressed 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dismayed</w:t>
      </w:r>
      <w:r>
        <w:rPr>
          <w:b/>
          <w:bCs/>
        </w:rPr>
        <w:t xml:space="preserve">.</w:t>
      </w:r>
      <w:r>
        <w:br/>
      </w:r>
      <w:r>
        <w:t xml:space="preserve">    (a) to feel sadness, disappointment, or worry -- typically in response to something surprising</w:t>
      </w:r>
      <w:r>
        <w:br/>
      </w:r>
      <w:r>
        <w:t xml:space="preserve">    (b) (verb) created, started, settled, or set in a place  OR  (adjective) existing, or familiar</w:t>
      </w:r>
      <w:r>
        <w:br/>
      </w:r>
      <w:r>
        <w:t xml:space="preserve">    (c) persuaded someone to want something (often sex or love) by tempting with something desired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We'll make sure they have all the information they need to get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antidote</w:t>
      </w:r>
      <w:r>
        <w:rPr>
          <w:b/>
          <w:bCs/>
        </w:rPr>
        <w:t xml:space="preserve"> </w:t>
      </w:r>
      <w:r>
        <w:rPr>
          <w:b/>
          <w:bCs/>
        </w:rPr>
        <w:t xml:space="preserve">for Jocelyn.</w:t>
      </w:r>
      <w:r>
        <w:br/>
      </w:r>
      <w:r>
        <w:t xml:space="preserve">    (a) cure</w:t>
      </w:r>
      <w:r>
        <w:br/>
      </w:r>
      <w:r>
        <w:t xml:space="preserve">    (b) toxin</w:t>
      </w:r>
      <w:r>
        <w:br/>
      </w:r>
      <w:r>
        <w:t xml:space="preserve">    (c) poison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Just that there's nowhere else quite like Idris,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 </w:t>
      </w:r>
      <w:r>
        <w:rPr>
          <w:b/>
          <w:bCs/>
        </w:rPr>
        <w:t xml:space="preserve">much we Nephilim might make homes for ourselves elsewhere.</w:t>
      </w:r>
      <w:r>
        <w:br/>
      </w:r>
      <w:r>
        <w:t xml:space="preserve">    (a) people who are good at or spend much time studying, thinking, and reasoning</w:t>
      </w:r>
      <w:r>
        <w:br/>
      </w:r>
      <w:r>
        <w:t xml:space="preserve">    (b) aka analysis -- psychiatric treatment; or a theory of psychiatric treatment</w:t>
      </w:r>
      <w:r>
        <w:br/>
      </w:r>
      <w:r>
        <w:t xml:space="preserve">    (c) regardless of how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Jace,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, barely seemed to hear the question.</w:t>
      </w:r>
      <w:r>
        <w:br/>
      </w:r>
      <w:r>
        <w:t xml:space="preserve">    (a) in keeping with or in agreement with what was just stated</w:t>
      </w:r>
      <w:r>
        <w:br/>
      </w:r>
      <w:r>
        <w:t xml:space="preserve">    (b) therefore (for that reason)</w:t>
      </w:r>
      <w:r>
        <w:br/>
      </w:r>
      <w:r>
        <w:t xml:space="preserve">    (c) a word used to connect contrasting ideas as when using</w:t>
      </w:r>
      <w:r>
        <w:t xml:space="preserve"> </w:t>
      </w:r>
      <w:r>
        <w:rPr>
          <w:i/>
          <w:iCs/>
        </w:rPr>
        <w:t xml:space="preserve">though</w:t>
      </w:r>
      <w:r>
        <w:t xml:space="preserve">,</w:t>
      </w:r>
      <w:r>
        <w:t xml:space="preserve"> </w:t>
      </w:r>
      <w:r>
        <w:rPr>
          <w:i/>
          <w:iCs/>
        </w:rPr>
        <w:t xml:space="preserve">in spite of that</w:t>
      </w:r>
      <w:r>
        <w:t xml:space="preserve">,</w:t>
      </w:r>
      <w:r>
        <w:t xml:space="preserve"> </w:t>
      </w:r>
      <w:r>
        <w:rPr>
          <w:i/>
          <w:iCs/>
        </w:rPr>
        <w:t xml:space="preserve">in contrast</w:t>
      </w:r>
      <w:r>
        <w:t xml:space="preserve">,</w:t>
      </w:r>
      <w:r>
        <w:t xml:space="preserve"> </w:t>
      </w:r>
      <w:r>
        <w:rPr>
          <w:i/>
          <w:iCs/>
        </w:rPr>
        <w:t xml:space="preserve">nevertheless</w:t>
      </w:r>
      <w:r>
        <w:t xml:space="preserve">, etc.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Clary wondered, but the thought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short-lived</w:t>
      </w:r>
      <w:r>
        <w:rPr>
          <w:b/>
          <w:bCs/>
        </w:rPr>
        <w:t xml:space="preserve">; the darkness came back, and the hallucinations claimed her again.</w:t>
      </w:r>
      <w:r>
        <w:br/>
      </w:r>
      <w:r>
        <w:t xml:space="preserve">    (a) lasting a short time</w:t>
      </w:r>
      <w:r>
        <w:br/>
      </w:r>
      <w:r>
        <w:t xml:space="preserve">    (b) not demonstrative of</w:t>
      </w:r>
      <w:r>
        <w:br/>
      </w:r>
      <w:r>
        <w:t xml:space="preserve">    (c) sincerity (realness)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Confess and I'll show you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leniency</w:t>
      </w:r>
      <w:r>
        <w:rPr>
          <w:b/>
          <w:bCs/>
        </w:rPr>
        <w:t xml:space="preserve">.</w:t>
      </w:r>
      <w:r>
        <w:br/>
      </w:r>
      <w:r>
        <w:t xml:space="preserve">    (a) untied or released</w:t>
      </w:r>
      <w:r>
        <w:br/>
      </w:r>
      <w:r>
        <w:t xml:space="preserve">    (b) lack of strictness</w:t>
      </w:r>
      <w:r>
        <w:br/>
      </w:r>
      <w:r>
        <w:t xml:space="preserve">    (c) restarted (a fire)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there's a war on now, or there will be, and I don't have the time or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inclination</w:t>
      </w:r>
      <w:r>
        <w:rPr>
          <w:b/>
          <w:bCs/>
        </w:rPr>
        <w:t xml:space="preserve"> </w:t>
      </w:r>
      <w:r>
        <w:rPr>
          <w:b/>
          <w:bCs/>
        </w:rPr>
        <w:t xml:space="preserve">to follow around after you, trying to make sure you don't get one of us killed!</w:t>
      </w:r>
      <w:r>
        <w:br/>
      </w:r>
      <w:r>
        <w:t xml:space="preserve">    (a) wrong understanding</w:t>
      </w:r>
      <w:r>
        <w:br/>
      </w:r>
      <w:r>
        <w:t xml:space="preserve">    (b) act of hiring again</w:t>
      </w:r>
      <w:r>
        <w:br/>
      </w:r>
      <w:r>
        <w:t xml:space="preserve">    (c) desire (an attitude that favors something)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crashed to the ground, the force of his fall sending him sliding down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incline</w:t>
      </w:r>
      <w:r>
        <w:rPr>
          <w:b/>
          <w:bCs/>
        </w:rPr>
        <w:t xml:space="preserve"> </w:t>
      </w:r>
      <w:r>
        <w:rPr>
          <w:b/>
          <w:bCs/>
        </w:rPr>
        <w:t xml:space="preserve">and into the river.</w:t>
      </w:r>
      <w:r>
        <w:br/>
      </w:r>
      <w:r>
        <w:t xml:space="preserve">    (a) slope (angled downward)</w:t>
      </w:r>
      <w:r>
        <w:br/>
      </w:r>
      <w:r>
        <w:t xml:space="preserve">    (b) tell someone about something</w:t>
      </w:r>
      <w:r>
        <w:br/>
      </w:r>
      <w:r>
        <w:t xml:space="preserve">    (c) something repeated regularly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they have another house,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manor</w:t>
      </w:r>
      <w:r>
        <w:rPr>
          <w:b/>
          <w:bCs/>
        </w:rPr>
        <w:t xml:space="preserve"> </w:t>
      </w:r>
      <w:r>
        <w:rPr>
          <w:b/>
          <w:bCs/>
        </w:rPr>
        <w:t xml:space="preserve">out in the country.</w:t>
      </w:r>
      <w:r>
        <w:br/>
      </w:r>
      <w:r>
        <w:t xml:space="preserve">    (a) lymph node -- one of many bean-sized organs that filter bacteria and other toxins from circulating white-blood-cell filled lymph fluid</w:t>
      </w:r>
      <w:r>
        <w:br/>
      </w:r>
      <w:r>
        <w:t xml:space="preserve">    (b) when what happens is very different than what might be expected; or when things are together that seem like they don't belong together</w:t>
      </w:r>
      <w:r>
        <w:br/>
      </w:r>
      <w:r>
        <w:t xml:space="preserve">    (c) a large house of a wealthy person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she looked, the smoke puffing from the chimney stopped curling upward and began to take on the shape of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wavering</w:t>
      </w:r>
      <w:r>
        <w:rPr>
          <w:b/>
          <w:bCs/>
        </w:rPr>
        <w:t xml:space="preserve"> </w:t>
      </w:r>
      <w:r>
        <w:rPr>
          <w:b/>
          <w:bCs/>
        </w:rPr>
        <w:t xml:space="preserve">black question mark.</w:t>
      </w:r>
      <w:r>
        <w:br/>
      </w:r>
      <w:r>
        <w:t xml:space="preserve">    (a) thinking carefully and making a judgment about</w:t>
      </w:r>
      <w:r>
        <w:br/>
      </w:r>
      <w:r>
        <w:t xml:space="preserve">    (b) moving back and forth; or being unsure or weak</w:t>
      </w:r>
      <w:r>
        <w:br/>
      </w:r>
      <w:r>
        <w:t xml:space="preserve">    (c) returning to an undesirable previous condition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Clary, the Inquisitor was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anomaly</w:t>
      </w:r>
      <w:r>
        <w:rPr>
          <w:b/>
          <w:bCs/>
        </w:rPr>
        <w:t xml:space="preserve">.</w:t>
      </w:r>
      <w:r>
        <w:br/>
      </w:r>
      <w:r>
        <w:t xml:space="preserve">    (a) in a manner that moves back and forth, or is unsure or weak</w:t>
      </w:r>
      <w:r>
        <w:br/>
      </w:r>
      <w:r>
        <w:t xml:space="preserve">    (b) with energetic effort (in a difficult and demanding manner)</w:t>
      </w:r>
      <w:r>
        <w:br/>
      </w:r>
      <w:r>
        <w:t xml:space="preserve">    (c) something outside of the range of what is normally expected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blind, she saw, a thick line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serrated</w:t>
      </w:r>
      <w:r>
        <w:rPr>
          <w:b/>
          <w:bCs/>
        </w:rPr>
        <w:t xml:space="preserve"> </w:t>
      </w:r>
      <w:r>
        <w:rPr>
          <w:b/>
          <w:bCs/>
        </w:rPr>
        <w:t xml:space="preserve">teeth running like a zipper across its forehead where eyes should be.</w:t>
      </w:r>
      <w:r>
        <w:br/>
      </w:r>
      <w:r>
        <w:t xml:space="preserve">    (a) broke the law by telling lies after formally promising to tell the truth</w:t>
      </w:r>
      <w:r>
        <w:br/>
      </w:r>
      <w:r>
        <w:t xml:space="preserve">    (b) related such that a change in one thing helps predict a change in another</w:t>
      </w:r>
      <w:r>
        <w:br/>
      </w:r>
      <w:r>
        <w:t xml:space="preserve">    (c) having points along the edge -- like a saw, some knives, and some leaves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"We know all this," Jace interrupted,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exasperated</w:t>
      </w:r>
      <w:r>
        <w:rPr>
          <w:b/>
          <w:bCs/>
        </w:rPr>
        <w:t xml:space="preserve">.</w:t>
      </w:r>
      <w:r>
        <w:br/>
      </w:r>
      <w:r>
        <w:t xml:space="preserve">    (a) said indirectly</w:t>
      </w:r>
      <w:r>
        <w:br/>
      </w:r>
      <w:r>
        <w:t xml:space="preserve">    (b) came or arrived</w:t>
      </w:r>
      <w:r>
        <w:br/>
      </w:r>
      <w:r>
        <w:t xml:space="preserve">    (c) annoyed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Over there, by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dais</w:t>
      </w:r>
      <w:r>
        <w:rPr>
          <w:b/>
          <w:bCs/>
        </w:rPr>
        <w:t xml:space="preserve">.</w:t>
      </w:r>
      <w:r>
        <w:br/>
      </w:r>
      <w:r>
        <w:t xml:space="preserve">    (a) in disagreement</w:t>
      </w:r>
      <w:r>
        <w:br/>
      </w:r>
      <w:r>
        <w:t xml:space="preserve">    (b) raised platform</w:t>
      </w:r>
      <w:r>
        <w:br/>
      </w:r>
      <w:r>
        <w:t xml:space="preserve">    (c) dramatic change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nothing he can do to himself would have the kind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profound</w:t>
      </w:r>
      <w:r>
        <w:rPr>
          <w:b/>
          <w:bCs/>
        </w:rPr>
        <w:t xml:space="preserve"> </w:t>
      </w:r>
      <w:r>
        <w:rPr>
          <w:b/>
          <w:bCs/>
        </w:rPr>
        <w:t xml:space="preserve">effect on him it would have on you or Jonathan, because you were so young.</w:t>
      </w:r>
      <w:r>
        <w:br/>
      </w:r>
      <w:r>
        <w:t xml:space="preserve">    (a) deep or far-reaching in consequence</w:t>
      </w:r>
      <w:r>
        <w:br/>
      </w:r>
      <w:r>
        <w:t xml:space="preserve">    (b) foolish or showing ignorance of important circumstances</w:t>
      </w:r>
      <w:r>
        <w:br/>
      </w:r>
      <w:r>
        <w:t xml:space="preserve">    (c) quick or efficient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Blackness was rushing in at the edges of his vision—a 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profound</w:t>
      </w:r>
      <w:r>
        <w:rPr>
          <w:b/>
          <w:bCs/>
        </w:rPr>
        <w:t xml:space="preserve"> </w:t>
      </w:r>
      <w:r>
        <w:rPr>
          <w:b/>
          <w:bCs/>
        </w:rPr>
        <w:t xml:space="preserve">blackness than the darkness of sleep.</w:t>
      </w:r>
      <w:r>
        <w:br/>
      </w:r>
      <w:r>
        <w:t xml:space="preserve">    (a) without a tendency to be full of thought</w:t>
      </w:r>
      <w:r>
        <w:br/>
      </w:r>
      <w:r>
        <w:t xml:space="preserve">    (b) intense</w:t>
      </w:r>
      <w:r>
        <w:br/>
      </w:r>
      <w:r>
        <w:t xml:space="preserve">    (c) lacking a tendency to be full of thought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"She wasn't at all like I thought she'd be," Sebastian went 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petulantly</w:t>
      </w:r>
      <w:r>
        <w:rPr>
          <w:b/>
          <w:bCs/>
        </w:rPr>
        <w:t xml:space="preserve">.</w:t>
      </w:r>
      <w:r>
        <w:br/>
      </w:r>
      <w:r>
        <w:t xml:space="preserve">    (a) in a manner that does not change</w:t>
      </w:r>
      <w:r>
        <w:br/>
      </w:r>
      <w:r>
        <w:t xml:space="preserve">    (b) with unreasonable upset</w:t>
      </w:r>
      <w:r>
        <w:br/>
      </w:r>
      <w:r>
        <w:t xml:space="preserve">    (c) in a manner that deserves praise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will become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Forsaken</w:t>
      </w:r>
      <w:r>
        <w:rPr>
          <w:b/>
          <w:bCs/>
        </w:rPr>
        <w:t xml:space="preserve">, easy prey for the demons, and those Downworlders who have not fled will be quickly eradicated.</w:t>
      </w:r>
      <w:r>
        <w:br/>
      </w:r>
      <w:r>
        <w:t xml:space="preserve">    (a) the state of being awake</w:t>
      </w:r>
      <w:r>
        <w:br/>
      </w:r>
      <w:r>
        <w:t xml:space="preserve">    (b) able to take on or adopt</w:t>
      </w:r>
      <w:r>
        <w:br/>
      </w:r>
      <w:r>
        <w:t xml:space="preserve">    (c) abandoned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Jonathan Shadowhunter called on me then, and begged me to mix my blood with the blood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mortal</w:t>
      </w:r>
      <w:r>
        <w:rPr>
          <w:b/>
          <w:bCs/>
        </w:rPr>
        <w:t xml:space="preserve"> </w:t>
      </w:r>
      <w:r>
        <w:rPr>
          <w:b/>
          <w:bCs/>
        </w:rPr>
        <w:t xml:space="preserve">men in a Cup and create a race of warriors who would rid this earth of demonkind.</w:t>
      </w:r>
      <w:r>
        <w:br/>
      </w:r>
      <w:r>
        <w:t xml:space="preserve">    (a) human (especially merely human)</w:t>
      </w:r>
      <w:r>
        <w:br/>
      </w:r>
      <w:r>
        <w:t xml:space="preserve">    (b) someone who provides start-up money to new companies</w:t>
      </w:r>
      <w:r>
        <w:br/>
      </w:r>
      <w:r>
        <w:t xml:space="preserve">    (c) someone who combines components into a complex whole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wore his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mundane</w:t>
      </w:r>
      <w:r>
        <w:rPr>
          <w:b/>
          <w:bCs/>
        </w:rPr>
        <w:t xml:space="preserve"> </w:t>
      </w:r>
      <w:r>
        <w:rPr>
          <w:b/>
          <w:bCs/>
        </w:rPr>
        <w:t xml:space="preserve">clothes—jeans, a white shirt, and a dark jacket over them.</w:t>
      </w:r>
      <w:r>
        <w:br/>
      </w:r>
      <w:r>
        <w:t xml:space="preserve">    (a) the quality or degree of being straightforward or clear (sometimes indicating that truth is not worded carefully to spare feelings or gain advantage)</w:t>
      </w:r>
      <w:r>
        <w:br/>
      </w:r>
      <w:r>
        <w:t xml:space="preserve">    (b) ordinary; or belonging to our ordinary world</w:t>
      </w:r>
      <w:r>
        <w:br/>
      </w:r>
      <w:r>
        <w:t xml:space="preserve">    (c) the degree to which a performance of or to someone else's work lends itself to the expression of personal artistic ideas or feelings by the performer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2026-07-31T19:15:27Z</dcterms:created>
  <dcterms:modified xsi:type="dcterms:W3CDTF">2026-07-31T19:15:27Z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