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cf134523285abd2e5b0540993e4c44cdf1c5bb"/>
    <w:p>
      <w:pPr>
        <w:pStyle w:val="Heading1"/>
      </w:pPr>
      <w:r>
        <w:rPr>
          <w:b/>
          <w:bCs/>
        </w:rPr>
        <w:t xml:space="preserve">City of Fallen Angels</w:t>
      </w:r>
      <w:r>
        <w:br/>
      </w:r>
      <w:r>
        <w:rPr>
          <w:i/>
          <w:iCs/>
        </w:rPr>
        <w:t xml:space="preserve">Cassandra Clare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u w:val="single"/>
        </w:rPr>
        <w:t xml:space="preserve">Subjugates</w:t>
      </w:r>
      <w:r>
        <w:rPr>
          <w:b/>
          <w:bCs/>
        </w:rPr>
        <w:t xml:space="preserve"> </w:t>
      </w:r>
      <w:r>
        <w:rPr>
          <w:b/>
          <w:bCs/>
        </w:rPr>
        <w:t xml:space="preserve">worship their masters, and love serving them.</w:t>
      </w:r>
      <w:r>
        <w:br/>
      </w:r>
      <w:r>
        <w:t xml:space="preserve">    (a) forces into submission</w:t>
      </w:r>
      <w:r>
        <w:br/>
      </w:r>
      <w:r>
        <w:t xml:space="preserve">    (b) requests or challenges</w:t>
      </w:r>
      <w:r>
        <w:br/>
      </w:r>
      <w:r>
        <w:t xml:space="preserve">    (c) collides or collisions</w:t>
      </w:r>
    </w:p>
    <w:p>
      <w:pPr>
        <w:pStyle w:val="Compact"/>
        <w:numPr>
          <w:ilvl w:val="0"/>
          <w:numId w:val="1001"/>
        </w:numPr>
      </w:pPr>
      <w:r>
        <w:rPr>
          <w:b/>
          <w:bCs/>
        </w:rPr>
        <w:t xml:space="preserve">"Is this going to take a long time?" he</w:t>
      </w:r>
      <w:r>
        <w:rPr>
          <w:b/>
          <w:bCs/>
        </w:rPr>
        <w:t xml:space="preserve"> </w:t>
      </w:r>
      <w:r>
        <w:rPr>
          <w:b/>
          <w:bCs/>
          <w:u w:val="single"/>
        </w:rPr>
        <w:t xml:space="preserve">inquired</w:t>
      </w:r>
      <w:r>
        <w:rPr>
          <w:b/>
          <w:bCs/>
        </w:rPr>
        <w:t xml:space="preserve">, gazing pointedly down at his cell phone, which told him the time was after ten thirty.</w:t>
      </w:r>
      <w:r>
        <w:br/>
      </w:r>
      <w:r>
        <w:t xml:space="preserve">    (a) asked about or looked into</w:t>
      </w:r>
      <w:r>
        <w:br/>
      </w:r>
      <w:r>
        <w:t xml:space="preserve">    (b) limited or with boundaries</w:t>
      </w:r>
      <w:r>
        <w:br/>
      </w:r>
      <w:r>
        <w:t xml:space="preserve">    (c) gradually added or removed</w:t>
      </w:r>
    </w:p>
    <w:p>
      <w:pPr>
        <w:pStyle w:val="Compact"/>
        <w:numPr>
          <w:ilvl w:val="0"/>
          <w:numId w:val="1001"/>
        </w:numPr>
      </w:pPr>
      <w:r>
        <w:rPr>
          <w:b/>
          <w:bCs/>
        </w:rPr>
        <w:t xml:space="preserve">You are one of his own, a vampire, but you cannot be harmed or killed; he cannot lift a finger against you without bringing down God's</w:t>
      </w:r>
      <w:r>
        <w:rPr>
          <w:b/>
          <w:bCs/>
        </w:rPr>
        <w:t xml:space="preserve"> </w:t>
      </w:r>
      <w:r>
        <w:rPr>
          <w:b/>
          <w:bCs/>
          <w:u w:val="single"/>
        </w:rPr>
        <w:t xml:space="preserve">wrath</w:t>
      </w:r>
      <w:r>
        <w:rPr>
          <w:b/>
          <w:bCs/>
        </w:rPr>
        <w:t xml:space="preserve"> </w:t>
      </w:r>
      <w:r>
        <w:rPr>
          <w:b/>
          <w:bCs/>
        </w:rPr>
        <w:t xml:space="preserve">on his head.</w:t>
      </w:r>
      <w:r>
        <w:br/>
      </w:r>
      <w:r>
        <w:t xml:space="preserve">    (a) determination</w:t>
      </w:r>
      <w:r>
        <w:br/>
      </w:r>
      <w:r>
        <w:t xml:space="preserve">    (b) use of reason</w:t>
      </w:r>
      <w:r>
        <w:br/>
      </w:r>
      <w:r>
        <w:t xml:space="preserve">    (c) extreme anger</w:t>
      </w:r>
    </w:p>
    <w:p>
      <w:pPr>
        <w:pStyle w:val="Compact"/>
        <w:numPr>
          <w:ilvl w:val="0"/>
          <w:numId w:val="1001"/>
        </w:numPr>
      </w:pPr>
      <w:r>
        <w:rPr>
          <w:b/>
          <w:bCs/>
        </w:rPr>
        <w:t xml:space="preserve">She looked at him,</w:t>
      </w:r>
      <w:r>
        <w:rPr>
          <w:b/>
          <w:bCs/>
        </w:rPr>
        <w:t xml:space="preserve"> </w:t>
      </w:r>
      <w:r>
        <w:rPr>
          <w:b/>
          <w:bCs/>
          <w:u w:val="single"/>
        </w:rPr>
        <w:t xml:space="preserve">bewildered</w:t>
      </w:r>
      <w:r>
        <w:rPr>
          <w:b/>
          <w:bCs/>
        </w:rPr>
        <w:t xml:space="preserve">.</w:t>
      </w:r>
      <w:r>
        <w:br/>
      </w:r>
      <w:r>
        <w:t xml:space="preserve">    (a) confused</w:t>
      </w:r>
      <w:r>
        <w:br/>
      </w:r>
      <w:r>
        <w:t xml:space="preserve">    (b) collided</w:t>
      </w:r>
      <w:r>
        <w:br/>
      </w:r>
      <w:r>
        <w:t xml:space="preserve">    (c) restored</w:t>
      </w:r>
    </w:p>
    <w:p>
      <w:pPr>
        <w:pStyle w:val="Compact"/>
        <w:numPr>
          <w:ilvl w:val="0"/>
          <w:numId w:val="1001"/>
        </w:numPr>
      </w:pPr>
      <w:r>
        <w:rPr>
          <w:b/>
          <w:bCs/>
        </w:rPr>
        <w:t xml:space="preserve">She was a</w:t>
      </w:r>
      <w:r>
        <w:rPr>
          <w:b/>
          <w:bCs/>
        </w:rPr>
        <w:t xml:space="preserve"> </w:t>
      </w:r>
      <w:r>
        <w:rPr>
          <w:b/>
          <w:bCs/>
          <w:u w:val="single"/>
        </w:rPr>
        <w:t xml:space="preserve">mundane</w:t>
      </w:r>
      <w:r>
        <w:rPr>
          <w:b/>
          <w:bCs/>
        </w:rPr>
        <w:t xml:space="preserve">, she'd been a stranger, there'd been no sense in wanting her.</w:t>
      </w:r>
      <w:r>
        <w:br/>
      </w:r>
      <w:r>
        <w:t xml:space="preserve">    (a) ordinary or lacking interest or excitement -- possibly to the point of being boring</w:t>
      </w:r>
      <w:r>
        <w:br/>
      </w:r>
      <w:r>
        <w:br/>
      </w:r>
      <w:r>
        <w:t xml:space="preserve">or more rarely:</w:t>
      </w:r>
      <w:r>
        <w:br/>
      </w:r>
      <w:r>
        <w:br/>
      </w:r>
      <w:r>
        <w:t xml:space="preserve">belonging to this earth or world; not ideal or heavenly</w:t>
      </w:r>
      <w:r>
        <w:br/>
      </w:r>
      <w:r>
        <w:t xml:space="preserve">    (b) the degree to which a performance of or to someone else's work lends itself to the expression of personal artistic ideas or feelings by the performer</w:t>
      </w:r>
      <w:r>
        <w:br/>
      </w:r>
      <w:r>
        <w:t xml:space="preserve">    (c) the quality or degree of being straightforward or clear (sometimes indicating that truth is not worded carefully to spare feelings or gain advantage)</w:t>
      </w:r>
    </w:p>
    <w:p>
      <w:pPr>
        <w:pStyle w:val="Compact"/>
        <w:numPr>
          <w:ilvl w:val="0"/>
          <w:numId w:val="1001"/>
        </w:numPr>
      </w:pPr>
      <w:r>
        <w:rPr>
          <w:b/>
          <w:bCs/>
        </w:rPr>
        <w:t xml:space="preserve">She looked up at him with</w:t>
      </w:r>
      <w:r>
        <w:rPr>
          <w:b/>
          <w:bCs/>
        </w:rPr>
        <w:t xml:space="preserve"> </w:t>
      </w:r>
      <w:r>
        <w:rPr>
          <w:b/>
          <w:bCs/>
          <w:u w:val="single"/>
        </w:rPr>
        <w:t xml:space="preserve">luminous</w:t>
      </w:r>
      <w:r>
        <w:rPr>
          <w:b/>
          <w:bCs/>
        </w:rPr>
        <w:t xml:space="preserve"> </w:t>
      </w:r>
      <w:r>
        <w:rPr>
          <w:b/>
          <w:bCs/>
        </w:rPr>
        <w:t xml:space="preserve">eyes.</w:t>
      </w:r>
      <w:r>
        <w:br/>
      </w:r>
      <w:r>
        <w:t xml:space="preserve">    (a) able to be persuaded to do something by tempting with pleasure or something desired</w:t>
      </w:r>
      <w:r>
        <w:br/>
      </w:r>
      <w:r>
        <w:t xml:space="preserve">    (b) glowing or shining</w:t>
      </w:r>
      <w:r>
        <w:br/>
      </w:r>
      <w:r>
        <w:br/>
      </w:r>
      <w:r>
        <w:t xml:space="preserve">(also used metaphorically to describe beauty or intelligence)</w:t>
      </w:r>
      <w:r>
        <w:br/>
      </w:r>
      <w:r>
        <w:t xml:space="preserve">    (c) relating to one-sided information that is purposefully spread to influence opinions</w:t>
      </w:r>
    </w:p>
    <w:p>
      <w:pPr>
        <w:pStyle w:val="Compact"/>
        <w:numPr>
          <w:ilvl w:val="0"/>
          <w:numId w:val="1001"/>
        </w:numPr>
      </w:pPr>
      <w:r>
        <w:rPr>
          <w:b/>
          <w:bCs/>
        </w:rPr>
        <w:t xml:space="preserve">She tossed the sketchpad onto the blanket with a sigh of</w:t>
      </w:r>
      <w:r>
        <w:rPr>
          <w:b/>
          <w:bCs/>
        </w:rPr>
        <w:t xml:space="preserve"> </w:t>
      </w:r>
      <w:r>
        <w:rPr>
          <w:b/>
          <w:bCs/>
          <w:u w:val="single"/>
        </w:rPr>
        <w:t xml:space="preserve">exasperation</w:t>
      </w:r>
      <w:r>
        <w:rPr>
          <w:b/>
          <w:bCs/>
        </w:rPr>
        <w:t xml:space="preserve"> </w:t>
      </w:r>
      <w:r>
        <w:rPr>
          <w:b/>
          <w:bCs/>
        </w:rPr>
        <w:t xml:space="preserve">and pulled her knees up, looking down at him.</w:t>
      </w:r>
      <w:r>
        <w:br/>
      </w:r>
      <w:r>
        <w:t xml:space="preserve">    (a) great annoyance</w:t>
      </w:r>
      <w:r>
        <w:br/>
      </w:r>
      <w:r>
        <w:t xml:space="preserve">    (b) relative amount</w:t>
      </w:r>
      <w:r>
        <w:br/>
      </w:r>
      <w:r>
        <w:t xml:space="preserve">    (c) in disagreement</w:t>
      </w:r>
    </w:p>
    <w:p>
      <w:pPr>
        <w:pStyle w:val="Compact"/>
        <w:numPr>
          <w:ilvl w:val="0"/>
          <w:numId w:val="1001"/>
        </w:numPr>
      </w:pPr>
      <w:r>
        <w:rPr>
          <w:b/>
          <w:bCs/>
        </w:rPr>
        <w:t xml:space="preserve">But Jace didn't seem to think so; he smiled</w:t>
      </w:r>
      <w:r>
        <w:rPr>
          <w:b/>
          <w:bCs/>
        </w:rPr>
        <w:t xml:space="preserve"> </w:t>
      </w:r>
      <w:r>
        <w:rPr>
          <w:b/>
          <w:bCs/>
          <w:u w:val="single"/>
        </w:rPr>
        <w:t xml:space="preserve">wistfully</w:t>
      </w:r>
      <w:r>
        <w:rPr>
          <w:b/>
          <w:bCs/>
        </w:rPr>
        <w:t xml:space="preserve"> </w:t>
      </w:r>
      <w:r>
        <w:rPr>
          <w:b/>
          <w:bCs/>
        </w:rPr>
        <w:t xml:space="preserve">and said, "l'amor the move it sole e l'altre stelle."</w:t>
      </w:r>
      <w:r>
        <w:br/>
      </w:r>
      <w:r>
        <w:t xml:space="preserve">    (a) following as a result of something</w:t>
      </w:r>
      <w:r>
        <w:br/>
      </w:r>
      <w:r>
        <w:t xml:space="preserve">    (b) with longing or unfulfilled desire</w:t>
      </w:r>
      <w:r>
        <w:br/>
      </w:r>
      <w:r>
        <w:t xml:space="preserve">    (c) in a manner that involves betrayal</w:t>
      </w:r>
    </w:p>
    <w:p>
      <w:pPr>
        <w:pStyle w:val="Compact"/>
        <w:numPr>
          <w:ilvl w:val="0"/>
          <w:numId w:val="1001"/>
        </w:numPr>
      </w:pPr>
      <w:r>
        <w:rPr>
          <w:b/>
          <w:bCs/>
        </w:rPr>
        <w:t xml:space="preserve">He had lived so long not knowing who—or even what—he really was, she could hardly</w:t>
      </w:r>
      <w:r>
        <w:rPr>
          <w:b/>
          <w:bCs/>
        </w:rPr>
        <w:t xml:space="preserve"> </w:t>
      </w:r>
      <w:r>
        <w:rPr>
          <w:b/>
          <w:bCs/>
          <w:u w:val="single"/>
        </w:rPr>
        <w:t xml:space="preserve">begrudge</w:t>
      </w:r>
      <w:r>
        <w:rPr>
          <w:b/>
          <w:bCs/>
        </w:rPr>
        <w:t xml:space="preserve"> </w:t>
      </w:r>
      <w:r>
        <w:rPr>
          <w:b/>
          <w:bCs/>
        </w:rPr>
        <w:t xml:space="preserve">him the careful alphabetization of his poetry collection.</w:t>
      </w:r>
      <w:r>
        <w:br/>
      </w:r>
      <w:r>
        <w:t xml:space="preserve">    (a) develop or change gradually</w:t>
      </w:r>
      <w:r>
        <w:br/>
      </w:r>
      <w:r>
        <w:t xml:space="preserve">    (b) pessimistic or disagreeable</w:t>
      </w:r>
      <w:r>
        <w:br/>
      </w:r>
      <w:r>
        <w:t xml:space="preserve">    (c) resent; or give unwillingly</w:t>
      </w:r>
    </w:p>
    <w:p>
      <w:pPr>
        <w:pStyle w:val="Compact"/>
        <w:numPr>
          <w:ilvl w:val="0"/>
          <w:numId w:val="1001"/>
        </w:numPr>
      </w:pPr>
      <w:r>
        <w:rPr>
          <w:b/>
          <w:bCs/>
        </w:rPr>
        <w:t xml:space="preserve">Or is it just an amazing</w:t>
      </w:r>
      <w:r>
        <w:rPr>
          <w:b/>
          <w:bCs/>
        </w:rPr>
        <w:t xml:space="preserve"> </w:t>
      </w:r>
      <w:r>
        <w:rPr>
          <w:b/>
          <w:bCs/>
          <w:u w:val="single"/>
        </w:rPr>
        <w:t xml:space="preserve">coincidence</w:t>
      </w:r>
      <w:r>
        <w:rPr>
          <w:b/>
          <w:bCs/>
        </w:rPr>
        <w:t xml:space="preserve"> </w:t>
      </w:r>
      <w:r>
        <w:rPr>
          <w:b/>
          <w:bCs/>
        </w:rPr>
        <w:t xml:space="preserve">that you happened to be on the roof of a building I was walking by when I got attacked?</w:t>
      </w:r>
      <w:r>
        <w:br/>
      </w:r>
      <w:r>
        <w:t xml:space="preserve">    (a) baseball:  a pitch thrown with little spin (so that it moves in an unpredictable manner)</w:t>
      </w:r>
      <w:r>
        <w:br/>
      </w:r>
      <w:r>
        <w:t xml:space="preserve">    (b) a person who studies DNA sequences or units of heredity that influence biological traits</w:t>
      </w:r>
      <w:r>
        <w:br/>
      </w:r>
      <w:r>
        <w:t xml:space="preserve">    (c) a situation where things happened at the same time by chance even though it was unlikely</w:t>
      </w:r>
    </w:p>
    <w:p>
      <w:pPr>
        <w:pStyle w:val="Compact"/>
        <w:numPr>
          <w:ilvl w:val="0"/>
          <w:numId w:val="1001"/>
        </w:numPr>
      </w:pPr>
      <w:r>
        <w:rPr>
          <w:b/>
          <w:bCs/>
        </w:rPr>
        <w:t xml:space="preserve">"She left her phone in the pocket of my jacket," Jace said, patting his right side, where,</w:t>
      </w:r>
      <w:r>
        <w:rPr>
          <w:b/>
          <w:bCs/>
        </w:rPr>
        <w:t xml:space="preserve"> </w:t>
      </w:r>
      <w:r>
        <w:rPr>
          <w:b/>
          <w:bCs/>
          <w:u w:val="single"/>
        </w:rPr>
        <w:t xml:space="preserve">presumably</w:t>
      </w:r>
      <w:r>
        <w:rPr>
          <w:b/>
          <w:bCs/>
        </w:rPr>
        <w:t xml:space="preserve">, the phone was stashed.</w:t>
      </w:r>
      <w:r>
        <w:br/>
      </w:r>
      <w:r>
        <w:t xml:space="preserve">    (a) probably</w:t>
      </w:r>
      <w:r>
        <w:br/>
      </w:r>
      <w:r>
        <w:t xml:space="preserve">    (b) shocking</w:t>
      </w:r>
      <w:r>
        <w:br/>
      </w:r>
      <w:r>
        <w:t xml:space="preserve">    (c) secretly</w:t>
      </w:r>
    </w:p>
    <w:p>
      <w:pPr>
        <w:pStyle w:val="Compact"/>
        <w:numPr>
          <w:ilvl w:val="0"/>
          <w:numId w:val="1001"/>
        </w:numPr>
      </w:pPr>
      <w:r>
        <w:rPr>
          <w:b/>
          <w:bCs/>
        </w:rPr>
        <w:t xml:space="preserve">They were a sort of</w:t>
      </w:r>
      <w:r>
        <w:rPr>
          <w:b/>
          <w:bCs/>
        </w:rPr>
        <w:t xml:space="preserve"> </w:t>
      </w:r>
      <w:r>
        <w:rPr>
          <w:b/>
          <w:bCs/>
          <w:u w:val="single"/>
        </w:rPr>
        <w:t xml:space="preserve">bizarre</w:t>
      </w:r>
      <w:r>
        <w:rPr>
          <w:b/>
          <w:bCs/>
        </w:rPr>
        <w:t xml:space="preserve"> </w:t>
      </w:r>
      <w:r>
        <w:rPr>
          <w:b/>
          <w:bCs/>
        </w:rPr>
        <w:t xml:space="preserve">amalgam of millionaires—people who never had to consider the petty parts of life, like how to shop for food, or use MetroCard machines in the subway—and soldiers, with their rigid self-discipline and constant training.</w:t>
      </w:r>
      <w:r>
        <w:br/>
      </w:r>
      <w:r>
        <w:t xml:space="preserve">    (a) the quality of disagreeing</w:t>
      </w:r>
      <w:r>
        <w:br/>
      </w:r>
      <w:r>
        <w:t xml:space="preserve">    (b) able to meet and talk with</w:t>
      </w:r>
      <w:r>
        <w:br/>
      </w:r>
      <w:r>
        <w:t xml:space="preserve">    (c) exceedingly odd or unusual</w:t>
      </w:r>
    </w:p>
    <w:p>
      <w:pPr>
        <w:pStyle w:val="Compact"/>
        <w:numPr>
          <w:ilvl w:val="0"/>
          <w:numId w:val="1001"/>
        </w:numPr>
      </w:pPr>
      <w:r>
        <w:rPr>
          <w:b/>
          <w:bCs/>
        </w:rPr>
        <w:t xml:space="preserve">Maryse's tone was</w:t>
      </w:r>
      <w:r>
        <w:rPr>
          <w:b/>
          <w:bCs/>
        </w:rPr>
        <w:t xml:space="preserve"> </w:t>
      </w:r>
      <w:r>
        <w:rPr>
          <w:b/>
          <w:bCs/>
          <w:u w:val="single"/>
        </w:rPr>
        <w:t xml:space="preserve">imperious</w:t>
      </w:r>
      <w:r>
        <w:rPr>
          <w:b/>
          <w:bCs/>
        </w:rPr>
        <w:t xml:space="preserve">.</w:t>
      </w:r>
      <w:r>
        <w:br/>
      </w:r>
      <w:r>
        <w:t xml:space="preserve">    (a) foolish</w:t>
      </w:r>
      <w:r>
        <w:br/>
      </w:r>
      <w:r>
        <w:t xml:space="preserve">    (b) expecting obedience; or arrogant; or domineering</w:t>
      </w:r>
      <w:r>
        <w:br/>
      </w:r>
      <w:r>
        <w:t xml:space="preserve">    (c) ridiculous</w:t>
      </w:r>
    </w:p>
    <w:p>
      <w:pPr>
        <w:pStyle w:val="Compact"/>
        <w:numPr>
          <w:ilvl w:val="0"/>
          <w:numId w:val="1001"/>
        </w:numPr>
      </w:pPr>
      <w:r>
        <w:rPr>
          <w:b/>
          <w:bCs/>
        </w:rPr>
        <w:t xml:space="preserve">There was nothing overtly hostile in his demeanor, and yet everything about him</w:t>
      </w:r>
      <w:r>
        <w:rPr>
          <w:b/>
          <w:bCs/>
        </w:rPr>
        <w:t xml:space="preserve"> </w:t>
      </w:r>
      <w:r>
        <w:rPr>
          <w:b/>
          <w:bCs/>
          <w:u w:val="single"/>
        </w:rPr>
        <w:t xml:space="preserve">implied</w:t>
      </w:r>
      <w:r>
        <w:rPr>
          <w:b/>
          <w:bCs/>
        </w:rPr>
        <w:t xml:space="preserve"> </w:t>
      </w:r>
      <w:r>
        <w:rPr>
          <w:b/>
          <w:bCs/>
        </w:rPr>
        <w:t xml:space="preserve">a clear threat.</w:t>
      </w:r>
      <w:r>
        <w:br/>
      </w:r>
      <w:r>
        <w:t xml:space="preserve">    (a) was attractive or desirable</w:t>
      </w:r>
      <w:r>
        <w:br/>
      </w:r>
      <w:r>
        <w:t xml:space="preserve">    (b) not wanting to do something</w:t>
      </w:r>
      <w:r>
        <w:br/>
      </w:r>
      <w:r>
        <w:t xml:space="preserve">    (c) suggested (said indirectly)</w:t>
      </w:r>
    </w:p>
    <w:p>
      <w:pPr>
        <w:pStyle w:val="Compact"/>
        <w:numPr>
          <w:ilvl w:val="0"/>
          <w:numId w:val="1001"/>
        </w:numPr>
      </w:pPr>
      <w:r>
        <w:rPr>
          <w:b/>
          <w:bCs/>
        </w:rPr>
        <w:t xml:space="preserve">Suddenly all she wanted was to get out of there, out of the yellow-lit room, away from the smell of death and the tiny</w:t>
      </w:r>
      <w:r>
        <w:rPr>
          <w:b/>
          <w:bCs/>
        </w:rPr>
        <w:t xml:space="preserve"> </w:t>
      </w:r>
      <w:r>
        <w:rPr>
          <w:b/>
          <w:bCs/>
          <w:u w:val="single"/>
        </w:rPr>
        <w:t xml:space="preserve">defiled</w:t>
      </w:r>
      <w:r>
        <w:rPr>
          <w:b/>
          <w:bCs/>
        </w:rPr>
        <w:t xml:space="preserve"> </w:t>
      </w:r>
      <w:r>
        <w:rPr>
          <w:b/>
          <w:bCs/>
        </w:rPr>
        <w:t xml:space="preserve">body lying still on its slab.</w:t>
      </w:r>
      <w:r>
        <w:br/>
      </w:r>
      <w:r>
        <w:t xml:space="preserve">    (a) spoiled the beauty or purity of something</w:t>
      </w:r>
      <w:r>
        <w:br/>
      </w:r>
      <w:r>
        <w:t xml:space="preserve">    (b) caused great mental or physical suffering</w:t>
      </w:r>
      <w:r>
        <w:br/>
      </w:r>
      <w:r>
        <w:t xml:space="preserve">    (c) consented reluctantly; or suffered defeat</w:t>
      </w:r>
    </w:p>
    <w:p>
      <w:pPr>
        <w:pStyle w:val="Compact"/>
        <w:numPr>
          <w:ilvl w:val="0"/>
          <w:numId w:val="1001"/>
        </w:numPr>
      </w:pPr>
      <w:r>
        <w:rPr>
          <w:b/>
          <w:bCs/>
        </w:rPr>
        <w:t xml:space="preserve">I was in</w:t>
      </w:r>
      <w:r>
        <w:rPr>
          <w:b/>
          <w:bCs/>
        </w:rPr>
        <w:t xml:space="preserve"> </w:t>
      </w:r>
      <w:r>
        <w:rPr>
          <w:b/>
          <w:bCs/>
          <w:u w:val="single"/>
        </w:rPr>
        <w:t xml:space="preserve">agony</w:t>
      </w:r>
      <w:r>
        <w:rPr>
          <w:b/>
          <w:bCs/>
        </w:rPr>
        <w:t xml:space="preserve">, and not just because of that.</w:t>
      </w:r>
      <w:r>
        <w:br/>
      </w:r>
      <w:r>
        <w:t xml:space="preserve">    (a) size or dimension</w:t>
      </w:r>
      <w:r>
        <w:br/>
      </w:r>
      <w:r>
        <w:t xml:space="preserve">    (b) intense suffering</w:t>
      </w:r>
      <w:r>
        <w:br/>
      </w:r>
      <w:r>
        <w:t xml:space="preserve">    (c) circular movement</w:t>
      </w:r>
    </w:p>
    <w:p>
      <w:pPr>
        <w:pStyle w:val="Compact"/>
        <w:numPr>
          <w:ilvl w:val="0"/>
          <w:numId w:val="1001"/>
        </w:numPr>
      </w:pPr>
      <w:r>
        <w:rPr>
          <w:b/>
          <w:bCs/>
        </w:rPr>
        <w:t xml:space="preserve">Most of the</w:t>
      </w:r>
      <w:r>
        <w:rPr>
          <w:b/>
          <w:bCs/>
        </w:rPr>
        <w:t xml:space="preserve"> </w:t>
      </w:r>
      <w:r>
        <w:rPr>
          <w:b/>
          <w:bCs/>
          <w:u w:val="single"/>
        </w:rPr>
        <w:t xml:space="preserve">edifices</w:t>
      </w:r>
      <w:r>
        <w:rPr>
          <w:b/>
          <w:bCs/>
        </w:rPr>
        <w:t xml:space="preserve"> </w:t>
      </w:r>
      <w:r>
        <w:rPr>
          <w:b/>
          <w:bCs/>
        </w:rPr>
        <w:t xml:space="preserve">lining the drive were expensive apartment buildings, with doormen in livery waiting inside.</w:t>
      </w:r>
      <w:r>
        <w:br/>
      </w:r>
      <w:r>
        <w:t xml:space="preserve">    (a) Christianity:  the original 12 disciples (followers) chosen by Jesus Christ to preach his gospel</w:t>
      </w:r>
      <w:r>
        <w:br/>
      </w:r>
      <w:r>
        <w:t xml:space="preserve">    (b) a building or structure -- especially a large one</w:t>
      </w:r>
      <w:r>
        <w:br/>
      </w:r>
      <w:r>
        <w:br/>
      </w:r>
      <w:r>
        <w:t xml:space="preserve">or:</w:t>
      </w:r>
      <w:r>
        <w:br/>
      </w:r>
      <w:r>
        <w:br/>
      </w:r>
      <w:r>
        <w:t xml:space="preserve">a conceptual or organizational framework</w:t>
      </w:r>
      <w:r>
        <w:br/>
      </w:r>
      <w:r>
        <w:t xml:space="preserve">    (c) people who believe that God created the universe, but that he doesn't interfere with how it runs</w:t>
      </w:r>
    </w:p>
    <w:p>
      <w:pPr>
        <w:pStyle w:val="Compact"/>
        <w:numPr>
          <w:ilvl w:val="0"/>
          <w:numId w:val="1001"/>
        </w:numPr>
      </w:pPr>
      <w:r>
        <w:rPr>
          <w:b/>
          <w:bCs/>
        </w:rPr>
        <w:t xml:space="preserve">"I don't know if you're going to love this one," he said</w:t>
      </w:r>
      <w:r>
        <w:rPr>
          <w:b/>
          <w:bCs/>
        </w:rPr>
        <w:t xml:space="preserve"> </w:t>
      </w:r>
      <w:r>
        <w:rPr>
          <w:b/>
          <w:bCs/>
          <w:u w:val="single"/>
        </w:rPr>
        <w:t xml:space="preserve">dubiously</w:t>
      </w:r>
      <w:r>
        <w:rPr>
          <w:b/>
          <w:bCs/>
        </w:rPr>
        <w:t xml:space="preserve">, and filled her in quickly on the situation.</w:t>
      </w:r>
      <w:r>
        <w:br/>
      </w:r>
      <w:r>
        <w:t xml:space="preserve">    (a) not in a self-aware manner</w:t>
      </w:r>
      <w:r>
        <w:br/>
      </w:r>
      <w:r>
        <w:t xml:space="preserve">    (b) not capable of being found</w:t>
      </w:r>
      <w:r>
        <w:br/>
      </w:r>
      <w:r>
        <w:t xml:space="preserve">    (c) doubtfully or suspiciously</w:t>
      </w:r>
    </w:p>
    <w:p>
      <w:pPr>
        <w:pStyle w:val="Compact"/>
        <w:numPr>
          <w:ilvl w:val="0"/>
          <w:numId w:val="1001"/>
        </w:numPr>
      </w:pPr>
      <w:r>
        <w:rPr>
          <w:b/>
          <w:bCs/>
        </w:rPr>
        <w:t xml:space="preserve">She looked at him</w:t>
      </w:r>
      <w:r>
        <w:rPr>
          <w:b/>
          <w:bCs/>
        </w:rPr>
        <w:t xml:space="preserve"> </w:t>
      </w:r>
      <w:r>
        <w:rPr>
          <w:b/>
          <w:bCs/>
          <w:u w:val="single"/>
        </w:rPr>
        <w:t xml:space="preserve">incredulously</w:t>
      </w:r>
      <w:r>
        <w:rPr>
          <w:b/>
          <w:bCs/>
        </w:rPr>
        <w:t xml:space="preserve">.</w:t>
      </w:r>
      <w:r>
        <w:br/>
      </w:r>
      <w:r>
        <w:t xml:space="preserve">    (a) in a manner that intentionally angers, challenges, or upsets someone</w:t>
      </w:r>
      <w:r>
        <w:br/>
      </w:r>
      <w:r>
        <w:t xml:space="preserve">    (b) in a manner that influences reason or general desire to do something</w:t>
      </w:r>
      <w:r>
        <w:br/>
      </w:r>
      <w:r>
        <w:t xml:space="preserve">    (c) with disbelief; or with difficulty accepting something so unexpected</w:t>
      </w:r>
    </w:p>
    <w:p>
      <w:pPr>
        <w:pStyle w:val="Compact"/>
        <w:numPr>
          <w:ilvl w:val="0"/>
          <w:numId w:val="1001"/>
        </w:numPr>
      </w:pPr>
      <w:r>
        <w:rPr>
          <w:b/>
          <w:bCs/>
        </w:rPr>
        <w:t xml:space="preserve">He was pale now, his</w:t>
      </w:r>
      <w:r>
        <w:rPr>
          <w:b/>
          <w:bCs/>
        </w:rPr>
        <w:t xml:space="preserve"> </w:t>
      </w:r>
      <w:r>
        <w:rPr>
          <w:b/>
          <w:bCs/>
          <w:u w:val="single"/>
        </w:rPr>
        <w:t xml:space="preserve">bravado</w:t>
      </w:r>
      <w:r>
        <w:rPr>
          <w:b/>
          <w:bCs/>
        </w:rPr>
        <w:t xml:space="preserve"> </w:t>
      </w:r>
      <w:r>
        <w:rPr>
          <w:b/>
          <w:bCs/>
        </w:rPr>
        <w:t xml:space="preserve">gone; his hands, clenched into fists, were white at the knuckles.</w:t>
      </w:r>
      <w:r>
        <w:br/>
      </w:r>
      <w:r>
        <w:t xml:space="preserve">    (a) related to or causing dramatic change; of a supporter of the change</w:t>
      </w:r>
      <w:r>
        <w:br/>
      </w:r>
      <w:r>
        <w:t xml:space="preserve">    (b) a basic building block of matter that makes up protons and neutrons</w:t>
      </w:r>
      <w:r>
        <w:br/>
      </w:r>
      <w:r>
        <w:t xml:space="preserve">    (c) a bold manner or show of bravery -- often hiding fear or insecurity</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2026-07-31T19:15:49Z</dcterms:created>
  <dcterms:modified xsi:type="dcterms:W3CDTF">2026-07-31T19:15:49Z</dcterms:modified>
</cp:coreProperties>
</file>

<file path=docProps/custom.xml><?xml version="1.0" encoding="utf-8"?>
<Properties xmlns="http://schemas.openxmlformats.org/officeDocument/2006/custom-properties" xmlns:vt="http://schemas.openxmlformats.org/officeDocument/2006/docPropsVTypes"/>
</file>