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6e409a5fa846d83150b420df0a282256dfca36"/>
    <w:p>
      <w:pPr>
        <w:pStyle w:val="Heading1"/>
      </w:pPr>
      <w:r>
        <w:rPr>
          <w:b/>
          <w:bCs/>
        </w:rPr>
        <w:t xml:space="preserve">City of Bones</w:t>
      </w:r>
      <w:r>
        <w:br/>
      </w:r>
      <w:r>
        <w:rPr>
          <w:i/>
          <w:iCs/>
        </w:rPr>
        <w:t xml:space="preserve">Cassandra Clare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smiled, passing him,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beckoning</w:t>
      </w:r>
      <w:r>
        <w:rPr>
          <w:b/>
          <w:bCs/>
        </w:rPr>
        <w:t xml:space="preserve"> </w:t>
      </w:r>
      <w:r>
        <w:rPr>
          <w:b/>
          <w:bCs/>
        </w:rPr>
        <w:t xml:space="preserve">with her eyes.</w:t>
      </w:r>
      <w:r>
        <w:br/>
      </w:r>
      <w:r>
        <w:t xml:space="preserve">    (a) convincing (someone) that an idea previously believed is not correct</w:t>
      </w:r>
      <w:r>
        <w:br/>
      </w:r>
      <w:r>
        <w:t xml:space="preserve">    (b) calling -- typically to come nearer by using a hand gesture or a nod</w:t>
      </w:r>
      <w:r>
        <w:br/>
      </w:r>
      <w:r>
        <w:t xml:space="preserve">    (c) providing evidence of something -- especially oral evidence in court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There's no one in here, she realized, looking around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bewilderment</w:t>
      </w:r>
      <w:r>
        <w:rPr>
          <w:b/>
          <w:bCs/>
        </w:rPr>
        <w:t xml:space="preserve">.</w:t>
      </w:r>
      <w:r>
        <w:br/>
      </w:r>
      <w:r>
        <w:t xml:space="preserve">    (a) a change; or a changed version</w:t>
      </w:r>
      <w:r>
        <w:br/>
      </w:r>
      <w:r>
        <w:t xml:space="preserve">    (b) a type of small portable radio</w:t>
      </w:r>
      <w:r>
        <w:br/>
      </w:r>
      <w:r>
        <w:t xml:space="preserve">    (c) a feeling of extreme confusion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Simon interrupted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tirade</w:t>
      </w:r>
      <w:r>
        <w:rPr>
          <w:b/>
          <w:bCs/>
        </w:rPr>
        <w:t xml:space="preserve">.</w:t>
      </w:r>
      <w:r>
        <w:br/>
      </w:r>
      <w:r>
        <w:t xml:space="preserve">    (a) something made from parts</w:t>
      </w:r>
      <w:r>
        <w:br/>
      </w:r>
      <w:r>
        <w:t xml:space="preserve">    (b) something that stands out</w:t>
      </w:r>
      <w:r>
        <w:br/>
      </w:r>
      <w:r>
        <w:t xml:space="preserve">    (c) speech of angry criticism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was laughing at you because declarations of love amuse me, especially when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unrequited</w:t>
      </w:r>
      <w:r>
        <w:rPr>
          <w:b/>
          <w:bCs/>
        </w:rPr>
        <w:t xml:space="preserve">," he said.</w:t>
      </w:r>
      <w:r>
        <w:br/>
      </w:r>
      <w:r>
        <w:t xml:space="preserve">    (a) not returned or repaid</w:t>
      </w:r>
      <w:r>
        <w:br/>
      </w:r>
      <w:r>
        <w:t xml:space="preserve">    (b) consistent or the same</w:t>
      </w:r>
      <w:r>
        <w:br/>
      </w:r>
      <w:r>
        <w:t xml:space="preserve">    (c) not aware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flippancy</w:t>
      </w:r>
      <w:r>
        <w:rPr>
          <w:b/>
          <w:bCs/>
        </w:rPr>
        <w:t xml:space="preserve"> </w:t>
      </w:r>
      <w:r>
        <w:rPr>
          <w:b/>
          <w:bCs/>
        </w:rPr>
        <w:t xml:space="preserve">is wearing on my patience.</w:t>
      </w:r>
      <w:r>
        <w:br/>
      </w:r>
      <w:r>
        <w:t xml:space="preserve">    (a) lacking experience or sophistication</w:t>
      </w:r>
      <w:r>
        <w:br/>
      </w:r>
      <w:r>
        <w:t xml:space="preserve">    (b) an inappropriate lack of seriousness</w:t>
      </w:r>
      <w:r>
        <w:br/>
      </w:r>
      <w:r>
        <w:t xml:space="preserve">    (c) a Muslim religious teacher or leader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...won't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Forsaken</w:t>
      </w:r>
      <w:r>
        <w:rPr>
          <w:b/>
          <w:bCs/>
        </w:rPr>
        <w:t xml:space="preserve"> </w:t>
      </w:r>
      <w:r>
        <w:rPr>
          <w:b/>
          <w:bCs/>
        </w:rPr>
        <w:t xml:space="preserve">much longer. Once Valentine uses the Cup on them, they'll be Shadowhunters as good as the rest of us—</w:t>
      </w:r>
      <w:r>
        <w:br/>
      </w:r>
      <w:r>
        <w:t xml:space="preserve">    (a) abandoned or helpless</w:t>
      </w:r>
      <w:r>
        <w:br/>
      </w:r>
      <w:r>
        <w:t xml:space="preserve">    (b) able to take on or adopt</w:t>
      </w:r>
      <w:r>
        <w:br/>
      </w:r>
      <w:r>
        <w:t xml:space="preserve">    (c) the state of being awake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 be ready to risk my life at any time ... 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 </w:t>
      </w:r>
      <w:r>
        <w:rPr>
          <w:b/>
          <w:bCs/>
        </w:rPr>
        <w:t xml:space="preserve">world with whose safety we are charged.</w:t>
      </w:r>
      <w:r>
        <w:br/>
      </w:r>
      <w:r>
        <w:t xml:space="preserve">    (a) human (especially merely human)</w:t>
      </w:r>
      <w:r>
        <w:br/>
      </w:r>
      <w:r>
        <w:t xml:space="preserve">    (b) someone who provides start-up money to new companies</w:t>
      </w:r>
      <w:r>
        <w:br/>
      </w:r>
      <w:r>
        <w:t xml:space="preserve">    (c) someone who combines components into a complex whole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lived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manor</w:t>
      </w:r>
      <w:r>
        <w:rPr>
          <w:b/>
          <w:bCs/>
        </w:rPr>
        <w:t xml:space="preserve"> </w:t>
      </w:r>
      <w:r>
        <w:rPr>
          <w:b/>
          <w:bCs/>
        </w:rPr>
        <w:t xml:space="preserve">house, out in the country.</w:t>
      </w:r>
      <w:r>
        <w:br/>
      </w:r>
      <w:r>
        <w:t xml:space="preserve">    (a) lymph node -- one of many bean-sized organs that filter bacteria and other toxins from circulating white-blood-cell filled lymph fluid</w:t>
      </w:r>
      <w:r>
        <w:br/>
      </w:r>
      <w:r>
        <w:t xml:space="preserve">    (b) when what happens is very different than what might be expected; or when things are together that seem like they don't belong together</w:t>
      </w:r>
      <w:r>
        <w:br/>
      </w:r>
      <w:r>
        <w:t xml:space="preserve">    (c) a large house of a lord or wealthy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their heads toward Jace, a gesture of silent acknowledgment, before they filed away among the pillars and were gone.</w:t>
      </w:r>
      <w:r>
        <w:br/>
      </w:r>
      <w:r>
        <w:t xml:space="preserve">    (a) lied or misled</w:t>
      </w:r>
      <w:r>
        <w:br/>
      </w:r>
      <w:r>
        <w:t xml:space="preserve">    (b) told (a story)</w:t>
      </w:r>
      <w:r>
        <w:br/>
      </w:r>
      <w:r>
        <w:t xml:space="preserve">    (c) bent or angled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remains of breakfast ... clung to a stack of plates on the low table that no one had seemed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clear away.</w:t>
      </w:r>
      <w:r>
        <w:br/>
      </w:r>
      <w:r>
        <w:t xml:space="preserve">    (a) not capable of being suffered through (or put up with)</w:t>
      </w:r>
      <w:r>
        <w:br/>
      </w:r>
      <w:r>
        <w:t xml:space="preserve">    (b) the degree to which something can be solved or settled</w:t>
      </w:r>
      <w:r>
        <w:br/>
      </w:r>
      <w:r>
        <w:t xml:space="preserve">    (c) in the mood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Magnus plucked the invitation out of her hand and looked at it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fastidious</w:t>
      </w:r>
      <w:r>
        <w:rPr>
          <w:b/>
          <w:bCs/>
        </w:rPr>
        <w:t xml:space="preserve"> </w:t>
      </w:r>
      <w:r>
        <w:rPr>
          <w:b/>
          <w:bCs/>
        </w:rPr>
        <w:t xml:space="preserve">distaste.</w:t>
      </w:r>
      <w:r>
        <w:br/>
      </w:r>
      <w:r>
        <w:t xml:space="preserve">    (a) not relevant (not related to the subject being considered, or not important enough to want to consider)</w:t>
      </w:r>
      <w:r>
        <w:br/>
      </w:r>
      <w:r>
        <w:t xml:space="preserve">    (b) excessively concerned with cleanliness or matters of taste</w:t>
      </w:r>
      <w:r>
        <w:br/>
      </w:r>
      <w:r>
        <w:t xml:space="preserve">    (c) a person who works from within to destroy an established order; or relating to such destructive efforts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Jace curled his lip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scornfully</w:t>
      </w:r>
      <w:r>
        <w:rPr>
          <w:b/>
          <w:bCs/>
        </w:rPr>
        <w:t xml:space="preserve"> </w:t>
      </w:r>
      <w:r>
        <w:rPr>
          <w:b/>
          <w:bCs/>
        </w:rPr>
        <w:t xml:space="preserve">in the warlock's direction.</w:t>
      </w:r>
      <w:r>
        <w:br/>
      </w:r>
      <w:r>
        <w:t xml:space="preserve">    (a) with grace of movement and flexibility</w:t>
      </w:r>
      <w:r>
        <w:br/>
      </w:r>
      <w:r>
        <w:t xml:space="preserve">    (b) in a disrespectful or rejecting manner</w:t>
      </w:r>
      <w:r>
        <w:br/>
      </w:r>
      <w:r>
        <w:t xml:space="preserve">    (c) in a manner that is not easily noticed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Lily darted toward him, crying out his name, and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pandemonium</w:t>
      </w:r>
      <w:r>
        <w:rPr>
          <w:b/>
          <w:bCs/>
        </w:rPr>
        <w:t xml:space="preserve">, Clary felt someone seize her wrist.</w:t>
      </w:r>
      <w:r>
        <w:br/>
      </w:r>
      <w:r>
        <w:t xml:space="preserve">    (a) state of noisy confusion and disorder</w:t>
      </w:r>
      <w:r>
        <w:br/>
      </w:r>
      <w:r>
        <w:t xml:space="preserve">    (b) worry or concern about what will happen</w:t>
      </w:r>
      <w:r>
        <w:br/>
      </w:r>
      <w:r>
        <w:t xml:space="preserve">    (c) something that causes ongoing suffering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Sheer curiosity forced its way past terror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vertigo</w:t>
      </w:r>
      <w:r>
        <w:rPr>
          <w:b/>
          <w:bCs/>
        </w:rPr>
        <w:t xml:space="preserve">.</w:t>
      </w:r>
      <w:r>
        <w:br/>
      </w:r>
      <w:r>
        <w:t xml:space="preserve">    (a) an unborn child (or other unborn or unhatched vertebrate)</w:t>
      </w:r>
      <w:r>
        <w:br/>
      </w:r>
      <w:r>
        <w:t xml:space="preserve">    (b) a dizzy sensation or a feeling that you are about to fall</w:t>
      </w:r>
      <w:r>
        <w:br/>
      </w:r>
      <w:r>
        <w:t xml:space="preserve">    (c) title for the head of a government body in some countries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Without a word he spun and hurried back toward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infirmary</w:t>
      </w:r>
      <w:r>
        <w:rPr>
          <w:b/>
          <w:bCs/>
        </w:rPr>
        <w:t xml:space="preserve">.</w:t>
      </w:r>
      <w:r>
        <w:br/>
      </w:r>
      <w:r>
        <w:t xml:space="preserve">    (a) people who do not believe in the existence of god</w:t>
      </w:r>
      <w:r>
        <w:br/>
      </w:r>
      <w:r>
        <w:t xml:space="preserve">    (b) a state in which there is little ability to think</w:t>
      </w:r>
      <w:r>
        <w:br/>
      </w:r>
      <w:r>
        <w:t xml:space="preserve">    (c) a small facility where patients receive treatment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Clary rubbed her sore arms, staring after him,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appalled</w:t>
      </w:r>
      <w:r>
        <w:rPr>
          <w:b/>
          <w:bCs/>
        </w:rPr>
        <w:t xml:space="preserve"> </w:t>
      </w:r>
      <w:r>
        <w:rPr>
          <w:b/>
          <w:bCs/>
        </w:rPr>
        <w:t xml:space="preserve">at what she'd done.</w:t>
      </w:r>
      <w:r>
        <w:br/>
      </w:r>
      <w:r>
        <w:t xml:space="preserve">    (a) shocked (by a terrible thing)</w:t>
      </w:r>
      <w:r>
        <w:br/>
      </w:r>
      <w:r>
        <w:t xml:space="preserve">    (b) gave an opinion of what was wrong with something</w:t>
      </w:r>
      <w:r>
        <w:br/>
      </w:r>
      <w:r>
        <w:t xml:space="preserve">    (c) with an unadjusted lens so the image isn't clear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mundane</w:t>
      </w:r>
      <w:r>
        <w:rPr>
          <w:b/>
          <w:bCs/>
        </w:rPr>
        <w:t xml:space="preserve"> </w:t>
      </w:r>
      <w:r>
        <w:rPr>
          <w:b/>
          <w:bCs/>
        </w:rPr>
        <w:t xml:space="preserve">doctor would know how to heal those wounds.</w:t>
      </w:r>
      <w:r>
        <w:br/>
      </w:r>
      <w:r>
        <w:t xml:space="preserve">    (a) the degree to which a performance of or to someone else's work lends itself to the expression of personal artistic ideas or feelings by the performer</w:t>
      </w:r>
      <w:r>
        <w:br/>
      </w:r>
      <w:r>
        <w:t xml:space="preserve">    (b) ordinary; or belonging to our ordinary world</w:t>
      </w:r>
      <w:r>
        <w:br/>
      </w:r>
      <w:r>
        <w:t xml:space="preserve">    (c) the quality or degree of being straightforward or clear (sometimes indicating that truth is not worded carefully to spare feelings or gain advantage)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 a look of disdainful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exasperation</w:t>
      </w:r>
      <w:r>
        <w:rPr>
          <w:b/>
          <w:bCs/>
        </w:rPr>
        <w:t xml:space="preserve"> </w:t>
      </w:r>
      <w:r>
        <w:rPr>
          <w:b/>
          <w:bCs/>
        </w:rPr>
        <w:t xml:space="preserve">Gretel set the tray down on the ground and marched out of the room.</w:t>
      </w:r>
      <w:r>
        <w:br/>
      </w:r>
      <w:r>
        <w:t xml:space="preserve">    (a) relative amount</w:t>
      </w:r>
      <w:r>
        <w:br/>
      </w:r>
      <w:r>
        <w:t xml:space="preserve">    (b) great annoyance</w:t>
      </w:r>
      <w:r>
        <w:br/>
      </w:r>
      <w:r>
        <w:t xml:space="preserve">    (c) in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Both looked faintly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incredulous</w:t>
      </w:r>
      <w:r>
        <w:rPr>
          <w:b/>
          <w:bCs/>
        </w:rPr>
        <w:t xml:space="preserve">, as if she were a talking cockroach.</w:t>
      </w:r>
      <w:r>
        <w:br/>
      </w:r>
      <w:r>
        <w:t xml:space="preserve">    (a) having difficulty accepting something so unexpected</w:t>
      </w:r>
      <w:r>
        <w:br/>
      </w:r>
      <w:r>
        <w:t xml:space="preserve">    (b) clear, easily noticed, and/or identifiable as different or separate</w:t>
      </w:r>
      <w:r>
        <w:br/>
      </w:r>
      <w:r>
        <w:t xml:space="preserve">    (c) not capable of being better understood through detailed examination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other girl put her hands on her hips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indignantly</w:t>
      </w:r>
      <w:r>
        <w:rPr>
          <w:b/>
          <w:bCs/>
        </w:rPr>
        <w:t xml:space="preserve">.</w:t>
      </w:r>
      <w:r>
        <w:br/>
      </w:r>
      <w:r>
        <w:t xml:space="preserve">    (a) with surprise as something unexpected</w:t>
      </w:r>
      <w:r>
        <w:br/>
      </w:r>
      <w:r>
        <w:t xml:space="preserve">    (b) with acceptance of something undesired as unavoidable</w:t>
      </w:r>
      <w:r>
        <w:br/>
      </w:r>
      <w:r>
        <w:t xml:space="preserve">    (c) with anger or annoyance at something unjust or wrong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2026-07-31T16:47:23Z</dcterms:created>
  <dcterms:modified xsi:type="dcterms:W3CDTF">2026-07-31T16:47:23Z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