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f6d8be6741d00daf26d858b6e5fab0ebbc0046"/>
    <w:p>
      <w:pPr>
        <w:pStyle w:val="Heading1"/>
      </w:pPr>
      <w:r>
        <w:rPr>
          <w:b/>
          <w:bCs/>
        </w:rPr>
        <w:t xml:space="preserve">Childhood's End</w:t>
      </w:r>
      <w:r>
        <w:br/>
      </w:r>
      <w:r>
        <w:rPr>
          <w:i/>
          <w:iCs/>
        </w:rPr>
        <w:t xml:space="preserve">Arthur C. Clarke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coach studied the film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analyze</w:t>
      </w:r>
      <w:r>
        <w:rPr>
          <w:b/>
          <w:bCs/>
        </w:rPr>
        <w:t xml:space="preserve"> </w:t>
      </w:r>
      <w:r>
        <w:rPr>
          <w:b/>
          <w:bCs/>
        </w:rPr>
        <w:t xml:space="preserve">the defensive breakdown.</w:t>
      </w:r>
      <w:r>
        <w:br/>
      </w:r>
      <w:r>
        <w:t xml:space="preserve">    (a) cause</w:t>
      </w:r>
      <w:r>
        <w:br/>
      </w:r>
      <w:r>
        <w:t xml:space="preserve">    (b) avoid</w:t>
      </w:r>
      <w:r>
        <w:br/>
      </w:r>
      <w:r>
        <w:t xml:space="preserve">    (c)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does not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ingredients.</w:t>
      </w:r>
      <w:r>
        <w:br/>
      </w:r>
      <w:r>
        <w:t xml:space="preserve">    (a) made by humans</w:t>
      </w:r>
      <w:r>
        <w:br/>
      </w:r>
      <w:r>
        <w:t xml:space="preserve">    (b) containing gluten</w:t>
      </w:r>
      <w:r>
        <w:br/>
      </w:r>
      <w:r>
        <w:t xml:space="preserve">    (c) grown non-locally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put on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smile for the cameras while berating my performance.</w:t>
      </w:r>
      <w:r>
        <w:br/>
      </w:r>
      <w:r>
        <w:t xml:space="preserve">    (a) very large</w:t>
      </w:r>
      <w:r>
        <w:br/>
      </w:r>
      <w:r>
        <w:t xml:space="preserve">    (b) not sincere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him as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descending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stairs.</w:t>
      </w:r>
      <w:r>
        <w:br/>
      </w:r>
      <w:r>
        <w:t xml:space="preserve">    (a) going down</w:t>
      </w:r>
      <w:r>
        <w:br/>
      </w:r>
      <w:r>
        <w:t xml:space="preserve">    (b) looking at</w:t>
      </w:r>
      <w:r>
        <w:br/>
      </w:r>
      <w:r>
        <w:t xml:space="preserve">    (c) climbing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feeling of hopelessness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descended</w:t>
      </w:r>
      <w:r>
        <w:rPr>
          <w:b/>
          <w:bCs/>
        </w:rPr>
        <w:t xml:space="preserve"> </w:t>
      </w:r>
      <w:r>
        <w:rPr>
          <w:b/>
          <w:bCs/>
        </w:rPr>
        <w:t xml:space="preserve">upon us.</w:t>
      </w:r>
      <w:r>
        <w:br/>
      </w:r>
      <w:r>
        <w:t xml:space="preserve">    (a) battled</w:t>
      </w:r>
      <w:r>
        <w:br/>
      </w:r>
      <w:r>
        <w:t xml:space="preserve">    (b) caused confusion</w:t>
      </w:r>
      <w:r>
        <w:br/>
      </w:r>
      <w:r>
        <w:t xml:space="preserve">    (c) came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Cold weather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the growth of many tropical plants.</w:t>
      </w:r>
      <w:r>
        <w:br/>
      </w:r>
      <w:r>
        <w:t xml:space="preserve">    (a) describe</w:t>
      </w:r>
      <w:r>
        <w:br/>
      </w:r>
      <w:r>
        <w:t xml:space="preserve">    (b) monitor</w:t>
      </w:r>
      <w:r>
        <w:br/>
      </w:r>
      <w:r>
        <w:t xml:space="preserve">    (c) slow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to dance at parties, even when everyone else joined in.</w:t>
      </w:r>
      <w:r>
        <w:br/>
      </w:r>
      <w:r>
        <w:t xml:space="preserve">    (a) wild and uncontrolled</w:t>
      </w:r>
      <w:r>
        <w:br/>
      </w:r>
      <w:r>
        <w:t xml:space="preserve">    (b) shy and self-conscious</w:t>
      </w:r>
      <w:r>
        <w:br/>
      </w:r>
      <w:r>
        <w:t xml:space="preserve">    (c) loud and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reason</w:t>
      </w:r>
      <w:r>
        <w:br/>
      </w:r>
      <w:r>
        <w:t xml:space="preserve">    (b) technique</w:t>
      </w:r>
      <w:r>
        <w:br/>
      </w:r>
      <w:r>
        <w:t xml:space="preserve">    (c) excuse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that is growing</w:t>
      </w:r>
      <w:r>
        <w:br/>
      </w:r>
      <w:r>
        <w:t xml:space="preserve">    (c) thing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thinker.</w:t>
      </w:r>
      <w:r>
        <w:br/>
      </w:r>
      <w:r>
        <w:t xml:space="preserve">    (a) deep</w:t>
      </w:r>
      <w:r>
        <w:br/>
      </w:r>
      <w:r>
        <w:t xml:space="preserve">    (b) shallow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intense</w:t>
      </w:r>
      <w:r>
        <w:br/>
      </w:r>
      <w:r>
        <w:t xml:space="preserve">    (b) traditional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poison. In small doses, it might never be detected, but eventually your heart will fail.</w:t>
      </w:r>
      <w:r>
        <w:br/>
      </w:r>
      <w:r>
        <w:t xml:space="preserve">    (a) painless</w:t>
      </w:r>
      <w:r>
        <w:br/>
      </w:r>
      <w:r>
        <w:t xml:space="preserve">    (b) hard to notice</w:t>
      </w:r>
      <w:r>
        <w:br/>
      </w:r>
      <w:r>
        <w:t xml:space="preserve">    (c)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minor</w:t>
      </w:r>
      <w:r>
        <w:br/>
      </w:r>
      <w:r>
        <w:t xml:space="preserve">    (b) contrasting</w:t>
      </w:r>
      <w:r>
        <w:br/>
      </w:r>
      <w:r>
        <w:t xml:space="preserve">    (c) complementary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popular in fiction,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exist in the real world.</w:t>
      </w:r>
      <w:r>
        <w:br/>
      </w:r>
      <w:r>
        <w:t xml:space="preserve">    (a) communication from one mind to another without using the known senses</w:t>
      </w:r>
      <w:r>
        <w:br/>
      </w:r>
      <w:r>
        <w:t xml:space="preserve">    (b) unsophisticated (meant disapprovingly to refer to old-fashioned or narrow-minded attitudes and ideas)</w:t>
      </w:r>
      <w:r>
        <w:br/>
      </w:r>
      <w:r>
        <w:t xml:space="preserve">    (c) improperly bold or disrespectful -- especially toward someone who is older or considered to be of higher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heard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trivial</w:t>
      </w:r>
      <w:r>
        <w:rPr>
          <w:b/>
          <w:bCs/>
        </w:rPr>
        <w:t xml:space="preserve"> </w:t>
      </w:r>
      <w:r>
        <w:rPr>
          <w:b/>
          <w:bCs/>
        </w:rPr>
        <w:t xml:space="preserve">objections.</w:t>
      </w:r>
      <w:r>
        <w:br/>
      </w:r>
      <w:r>
        <w:t xml:space="preserve">    (a) exaggerated</w:t>
      </w:r>
      <w:r>
        <w:br/>
      </w:r>
      <w:r>
        <w:t xml:space="preserve">    (b) convincing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Cycling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Netherlands.</w:t>
      </w:r>
      <w:r>
        <w:br/>
      </w:r>
      <w:r>
        <w:t xml:space="preserve">    (a) weather-dependent</w:t>
      </w:r>
      <w:r>
        <w:br/>
      </w:r>
      <w:r>
        <w:t xml:space="preserve">    (b) everywhere</w:t>
      </w:r>
      <w:r>
        <w:br/>
      </w:r>
      <w:r>
        <w:t xml:space="preserve">    (c) encouraged by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thought we could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, but we failed because we overestimated human nature.</w:t>
      </w:r>
      <w:r>
        <w:br/>
      </w:r>
      <w:r>
        <w:t xml:space="preserve">    (a) an ideal place</w:t>
      </w:r>
      <w:r>
        <w:br/>
      </w:r>
      <w:r>
        <w:t xml:space="preserve">    (b) constant innovation</w:t>
      </w:r>
      <w:r>
        <w:br/>
      </w:r>
      <w:r>
        <w:t xml:space="preserve">    (c) a challenging journey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2026-07-31T15:10:19Z</dcterms:created>
  <dcterms:modified xsi:type="dcterms:W3CDTF">2026-07-31T15:10:19Z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