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821acecd19befb3dd38103768dc3560eca77b2"/>
    <w:p>
      <w:pPr>
        <w:pStyle w:val="Heading1"/>
      </w:pPr>
      <w:r>
        <w:rPr>
          <w:b/>
          <w:bCs/>
        </w:rPr>
        <w:t xml:space="preserve">Childhood's End</w:t>
      </w:r>
      <w:r>
        <w:br/>
      </w:r>
      <w:r>
        <w:rPr>
          <w:i/>
          <w:iCs/>
        </w:rPr>
        <w:t xml:space="preserve">Arthur C. Clarke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known for her kindness, compassion,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altruism</w:t>
      </w:r>
      <w:r>
        <w:rPr>
          <w:b/>
          <w:bCs/>
        </w:rPr>
        <w:t xml:space="preserve">.</w:t>
      </w:r>
      <w:r>
        <w:br/>
      </w:r>
      <w:r>
        <w:t xml:space="preserve">    (a) politeness</w:t>
      </w:r>
      <w:r>
        <w:br/>
      </w:r>
      <w:r>
        <w:t xml:space="preserve">    (b) cheerfulness</w:t>
      </w:r>
      <w:r>
        <w:br/>
      </w:r>
      <w:r>
        <w:t xml:space="preserve">    (c) selflessness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partner</w:t>
      </w:r>
      <w:r>
        <w:br/>
      </w:r>
      <w:r>
        <w:t xml:space="preserve">    (b) friend</w:t>
      </w:r>
      <w:r>
        <w:br/>
      </w:r>
      <w:r>
        <w:t xml:space="preserve">    (c) enemy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test results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conclusive</w:t>
      </w:r>
      <w:r>
        <w:rPr>
          <w:b/>
          <w:bCs/>
        </w:rPr>
        <w:t xml:space="preserve">, proving the medicine was effective.</w:t>
      </w:r>
      <w:r>
        <w:br/>
      </w:r>
      <w:r>
        <w:t xml:space="preserve">    (a) possible (but unproven)</w:t>
      </w:r>
      <w:r>
        <w:br/>
      </w:r>
      <w:r>
        <w:t xml:space="preserve">    (b) definite (leaving no doubt)</w:t>
      </w:r>
      <w:r>
        <w:br/>
      </w:r>
      <w:r>
        <w:t xml:space="preserve">    (c) early (and uncertain)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field of economics, market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equilibrium</w:t>
      </w:r>
      <w:r>
        <w:rPr>
          <w:b/>
          <w:bCs/>
        </w:rPr>
        <w:t xml:space="preserve"> </w:t>
      </w:r>
      <w:r>
        <w:rPr>
          <w:b/>
          <w:bCs/>
        </w:rPr>
        <w:t xml:space="preserve">is achieved when supply meets demand, resulting in stable prices and satisfied consumers.</w:t>
      </w:r>
      <w:r>
        <w:br/>
      </w:r>
      <w:r>
        <w:t xml:space="preserve">    (a) conflict</w:t>
      </w:r>
      <w:r>
        <w:br/>
      </w:r>
      <w:r>
        <w:t xml:space="preserve">    (b) disparity</w:t>
      </w:r>
      <w:r>
        <w:br/>
      </w:r>
      <w:r>
        <w:t xml:space="preserve">    (c) balance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stock market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fluctuates</w:t>
      </w:r>
      <w:r>
        <w:rPr>
          <w:b/>
          <w:bCs/>
        </w:rPr>
        <w:t xml:space="preserve">.</w:t>
      </w:r>
      <w:r>
        <w:br/>
      </w:r>
      <w:r>
        <w:t xml:space="preserve">    (a) frustrates people</w:t>
      </w:r>
      <w:r>
        <w:br/>
      </w:r>
      <w:r>
        <w:t xml:space="preserve">    (b) rises in the long run</w:t>
      </w:r>
      <w:r>
        <w:br/>
      </w:r>
      <w:r>
        <w:t xml:space="preserve">    (c) alternately increases and decreases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helping or assisting</w:t>
      </w:r>
      <w:r>
        <w:br/>
      </w:r>
      <w:r>
        <w:t xml:space="preserve">    (b) making difficult</w:t>
      </w:r>
      <w:r>
        <w:br/>
      </w:r>
      <w:r>
        <w:t xml:space="preserve">    (c) drawing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Things have changed, but she remains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inflexible</w:t>
      </w:r>
      <w:r>
        <w:rPr>
          <w:b/>
          <w:bCs/>
        </w:rPr>
        <w:t xml:space="preserve">.</w:t>
      </w:r>
      <w:r>
        <w:br/>
      </w:r>
      <w:r>
        <w:t xml:space="preserve">    (a) unimportant</w:t>
      </w:r>
      <w:r>
        <w:br/>
      </w:r>
      <w:r>
        <w:t xml:space="preserve">    (b) not skilled</w:t>
      </w:r>
      <w:r>
        <w:br/>
      </w:r>
      <w:r>
        <w:t xml:space="preserve">    (c) unbending (not able to adjust well to different conditions)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 not think the current leadership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instigate</w:t>
      </w:r>
      <w:r>
        <w:rPr>
          <w:b/>
          <w:bCs/>
        </w:rPr>
        <w:t xml:space="preserve"> </w:t>
      </w:r>
      <w:r>
        <w:rPr>
          <w:b/>
          <w:bCs/>
        </w:rPr>
        <w:t xml:space="preserve">significant social reform.</w:t>
      </w:r>
      <w:r>
        <w:br/>
      </w:r>
      <w:r>
        <w:t xml:space="preserve">    (a) take actions that create</w:t>
      </w:r>
      <w:r>
        <w:br/>
      </w:r>
      <w:r>
        <w:t xml:space="preserve">    (b) to annoy or make angry -- often over a long period of time</w:t>
      </w:r>
      <w:r>
        <w:br/>
      </w:r>
      <w:r>
        <w:t xml:space="preserve">    (c) to interpret something as having a specific meaning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bill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languish</w:t>
      </w:r>
      <w:r>
        <w:rPr>
          <w:b/>
          <w:bCs/>
        </w:rPr>
        <w:t xml:space="preserve"> </w:t>
      </w:r>
      <w:r>
        <w:rPr>
          <w:b/>
          <w:bCs/>
        </w:rPr>
        <w:t xml:space="preserve">in committee for months without a vote.</w:t>
      </w:r>
      <w:r>
        <w:br/>
      </w:r>
      <w:r>
        <w:t xml:space="preserve">    (a) remain neglected</w:t>
      </w:r>
      <w:r>
        <w:br/>
      </w:r>
      <w:r>
        <w:t xml:space="preserve">    (b) move forward quickly</w:t>
      </w:r>
      <w:r>
        <w:br/>
      </w:r>
      <w:r>
        <w:t xml:space="preserve">    (c) win strong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common</w:t>
      </w:r>
      <w:r>
        <w:br/>
      </w:r>
      <w:r>
        <w:t xml:space="preserve">    (b) inactive</w:t>
      </w:r>
      <w:r>
        <w:br/>
      </w:r>
      <w:r>
        <w:t xml:space="preserve">    (c) severe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wouldn't describe myself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materialistic</w:t>
      </w:r>
      <w:r>
        <w:rPr>
          <w:b/>
          <w:bCs/>
        </w:rPr>
        <w:t xml:space="preserve">, but I would like some financial security.</w:t>
      </w:r>
      <w:r>
        <w:br/>
      </w:r>
      <w:r>
        <w:t xml:space="preserve">    (a) too concerned with wealth and possessions</w:t>
      </w:r>
      <w:r>
        <w:br/>
      </w:r>
      <w:r>
        <w:t xml:space="preserve">    (b) too afraid of risk and uncertainty</w:t>
      </w:r>
      <w:r>
        <w:br/>
      </w:r>
      <w:r>
        <w:t xml:space="preserve">    (c) unwilling to spend any money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old phone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broken</w:t>
      </w:r>
      <w:r>
        <w:br/>
      </w:r>
      <w:r>
        <w:t xml:space="preserve">    (b) outdated</w:t>
      </w:r>
      <w:r>
        <w:br/>
      </w:r>
      <w:r>
        <w:t xml:space="preserve">    (c) classic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book was called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Omnipotent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Government</w:t>
      </w:r>
      <w:r>
        <w:rPr>
          <w:b/>
          <w:bCs/>
        </w:rPr>
        <w:t xml:space="preserve">.</w:t>
      </w:r>
      <w:r>
        <w:br/>
      </w:r>
      <w:r>
        <w:t xml:space="preserve">    (a) present everywhere</w:t>
      </w:r>
      <w:r>
        <w:br/>
      </w:r>
      <w:r>
        <w:t xml:space="preserve">    (b) all powerful</w:t>
      </w:r>
      <w:r>
        <w:br/>
      </w:r>
      <w:r>
        <w:t xml:space="preserve">    (c) knowing everything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arrived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ostentatious</w:t>
      </w:r>
      <w:r>
        <w:rPr>
          <w:b/>
          <w:bCs/>
        </w:rPr>
        <w:t xml:space="preserve"> </w:t>
      </w:r>
      <w:r>
        <w:rPr>
          <w:b/>
          <w:bCs/>
        </w:rPr>
        <w:t xml:space="preserve">stretch limo.</w:t>
      </w:r>
      <w:r>
        <w:br/>
      </w:r>
      <w:r>
        <w:t xml:space="preserve">    (a) expensive</w:t>
      </w:r>
      <w:r>
        <w:br/>
      </w:r>
      <w:r>
        <w:t xml:space="preserve">    (b) showy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criticize</w:t>
      </w:r>
      <w:r>
        <w:br/>
      </w:r>
      <w:r>
        <w:t xml:space="preserve">    (b) instruct</w:t>
      </w:r>
      <w:r>
        <w:br/>
      </w:r>
      <w:r>
        <w:t xml:space="preserve">    (c) compliment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so confident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Lord of the Rings</w:t>
      </w:r>
      <w:r>
        <w:rPr>
          <w:b/>
          <w:bCs/>
        </w:rPr>
        <w:t xml:space="preserve"> </w:t>
      </w:r>
      <w:r>
        <w:rPr>
          <w:b/>
          <w:bCs/>
        </w:rPr>
        <w:t xml:space="preserve">would be successful, they filmed some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sequels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first film.</w:t>
      </w:r>
      <w:r>
        <w:br/>
      </w:r>
      <w:r>
        <w:t xml:space="preserve">    (a) movies that continued the story</w:t>
      </w:r>
      <w:r>
        <w:br/>
      </w:r>
      <w:r>
        <w:t xml:space="preserve">    (b) interviews of actors expected to become famous</w:t>
      </w:r>
      <w:r>
        <w:br/>
      </w:r>
      <w:r>
        <w:t xml:space="preserve">    (c) expensive promotional scenes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speed of light</w:t>
      </w:r>
      <w:r>
        <w:rPr>
          <w:b/>
          <w:bCs/>
        </w:rPr>
        <w:t xml:space="preserve"> </w:t>
      </w:r>
      <w:r>
        <w:rPr>
          <w:b/>
          <w:bCs/>
        </w:rPr>
        <w:t xml:space="preserve">in a vacuum is often denoted by the letter c.</w:t>
      </w:r>
      <w:r>
        <w:br/>
      </w:r>
      <w:r>
        <w:t xml:space="preserve">    (a) rate light travels</w:t>
      </w:r>
      <w:r>
        <w:br/>
      </w:r>
      <w:r>
        <w:t xml:space="preserve">    (b) force of gravity</w:t>
      </w:r>
      <w:r>
        <w:br/>
      </w:r>
      <w:r>
        <w:t xml:space="preserve">    (c) weight of an atom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Civil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strife</w:t>
      </w:r>
      <w:r>
        <w:rPr>
          <w:b/>
          <w:bCs/>
        </w:rPr>
        <w:t xml:space="preserve"> </w:t>
      </w:r>
      <w:r>
        <w:rPr>
          <w:b/>
          <w:bCs/>
        </w:rPr>
        <w:t xml:space="preserve">tore the country apart for nearly a decade before reform began.</w:t>
      </w:r>
      <w:r>
        <w:br/>
      </w:r>
      <w:r>
        <w:t xml:space="preserve">    (a) violent conflict</w:t>
      </w:r>
      <w:r>
        <w:br/>
      </w:r>
      <w:r>
        <w:t xml:space="preserve">    (b) quiet agreement</w:t>
      </w:r>
      <w:r>
        <w:br/>
      </w:r>
      <w:r>
        <w:t xml:space="preserve">    (c) joyful celebration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unnecessary</w:t>
      </w:r>
      <w:r>
        <w:br/>
      </w:r>
      <w:r>
        <w:t xml:space="preserve">    (b) important</w:t>
      </w:r>
      <w:r>
        <w:br/>
      </w:r>
      <w:r>
        <w:t xml:space="preserve">    (c) appreciated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artwork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transcends</w:t>
      </w:r>
      <w:r>
        <w:rPr>
          <w:b/>
          <w:bCs/>
        </w:rPr>
        <w:t xml:space="preserve"> </w:t>
      </w:r>
      <w:r>
        <w:rPr>
          <w:b/>
          <w:bCs/>
        </w:rPr>
        <w:t xml:space="preserve">typical landscape painting through bold abstract elements.</w:t>
      </w:r>
      <w:r>
        <w:br/>
      </w:r>
      <w:r>
        <w:t xml:space="preserve">    (a) exactly copies</w:t>
      </w:r>
      <w:r>
        <w:br/>
      </w:r>
      <w:r>
        <w:t xml:space="preserve">    (b) stays within</w:t>
      </w:r>
      <w:r>
        <w:br/>
      </w:r>
      <w:r>
        <w:t xml:space="preserve">    (c) goes beyond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2026-07-31T15:10:20Z</dcterms:created>
  <dcterms:modified xsi:type="dcterms:W3CDTF">2026-07-31T15:10:20Z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