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4f2daed3af0657d33047f4b05ce22825beb5e5"/>
    <w:p>
      <w:pPr>
        <w:pStyle w:val="Heading1"/>
      </w:pPr>
      <w:r>
        <w:rPr>
          <w:b/>
          <w:bCs/>
        </w:rPr>
        <w:t xml:space="preserve">Childhood's End</w:t>
      </w:r>
      <w:r>
        <w:br/>
      </w:r>
      <w:r>
        <w:rPr>
          <w:i/>
          <w:iCs/>
        </w:rPr>
        <w:t xml:space="preserve">Arthur C. Clarke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Karellen took no action against those responsible, or even indicated that he had known of the attack.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in addition to what has just been said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true that some scientists, after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analyzing</w:t>
      </w:r>
      <w:r>
        <w:rPr>
          <w:b/>
          <w:bCs/>
        </w:rPr>
        <w:t xml:space="preserve"> </w:t>
      </w:r>
      <w:r>
        <w:rPr>
          <w:b/>
          <w:bCs/>
        </w:rPr>
        <w:t xml:space="preserve">the record of his only speech, had suggested that the voice was that of a machine.</w:t>
      </w:r>
      <w:r>
        <w:br/>
      </w:r>
      <w:r>
        <w:t xml:space="preserve">    (a) opposing (struggling against each other)</w:t>
      </w:r>
      <w:r>
        <w:br/>
      </w:r>
      <w:r>
        <w:t xml:space="preserve">    (b) examining in detail to better understand</w:t>
      </w:r>
      <w:r>
        <w:br/>
      </w:r>
      <w:r>
        <w:t xml:space="preserve">    (c) hiring, reserving, booking, or occupying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Oh yes, quite often-but only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trivial</w:t>
      </w:r>
      <w:r>
        <w:rPr>
          <w:b/>
          <w:bCs/>
        </w:rPr>
        <w:t xml:space="preserve"> </w:t>
      </w:r>
      <w:r>
        <w:rPr>
          <w:b/>
          <w:bCs/>
        </w:rPr>
        <w:t xml:space="preserve">points.</w:t>
      </w:r>
      <w:r>
        <w:br/>
      </w:r>
      <w:r>
        <w:t xml:space="preserve">    (a) intentional</w:t>
      </w:r>
      <w:r>
        <w:br/>
      </w:r>
      <w:r>
        <w:t xml:space="preserve">    (b) not sincere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it was much the largest, the Freedom League was only one of the organizations that opposed Karellen-and,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, the humans who co-operated with the Overlords.</w:t>
      </w:r>
      <w:r>
        <w:br/>
      </w:r>
      <w:r>
        <w:t xml:space="preserve">    (a) resultantly (as a result)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fact that it was a mind not yet born was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 for Time is very much stranger than you think.</w:t>
      </w:r>
      <w:r>
        <w:br/>
      </w:r>
      <w:r>
        <w:t xml:space="preserve">    (a) importance</w:t>
      </w:r>
      <w:r>
        <w:br/>
      </w:r>
      <w:r>
        <w:t xml:space="preserve">    (b) translates</w:t>
      </w:r>
      <w:r>
        <w:br/>
      </w:r>
      <w:r>
        <w:t xml:space="preserve">    (c) sticks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honest enough to admit that, in the final analysis, his, main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 </w:t>
      </w:r>
      <w:r>
        <w:rPr>
          <w:b/>
          <w:bCs/>
        </w:rPr>
        <w:t xml:space="preserve">was simple human curiosity.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behind that display of sleeping force were other and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subtler</w:t>
      </w:r>
      <w:r>
        <w:rPr>
          <w:b/>
          <w:bCs/>
        </w:rPr>
        <w:t xml:space="preserve"> </w:t>
      </w:r>
      <w:r>
        <w:rPr>
          <w:b/>
          <w:bCs/>
        </w:rPr>
        <w:t xml:space="preserve">weapons.</w:t>
      </w:r>
      <w:r>
        <w:br/>
      </w:r>
      <w:r>
        <w:t xml:space="preserve">    (a) lacking experience or sophistication, and the understanding that comes from them</w:t>
      </w:r>
      <w:r>
        <w:br/>
      </w:r>
      <w:r>
        <w:t xml:space="preserve">    (b) working in an indirect or hidden way</w:t>
      </w:r>
      <w:r>
        <w:br/>
      </w:r>
      <w:r>
        <w:t xml:space="preserve">    (c) someone who views something in a certain way so as to form a belief or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Supervisor did not use those actual words, of course, and the thoughts he really expressed were far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.</w:t>
      </w:r>
      <w:r>
        <w:br/>
      </w:r>
      <w:r>
        <w:t xml:space="preserve">    (a) (adjective) of low quality, or of lower quality or rank than something else  OR  (more rarely as a noun) a person of lower rank or status</w:t>
      </w:r>
      <w:r>
        <w:br/>
      </w:r>
      <w:r>
        <w:t xml:space="preserve">    (b) difficult to understand -- often due to slight distinctions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ubiquitous</w:t>
      </w:r>
      <w:r>
        <w:rPr>
          <w:b/>
          <w:bCs/>
        </w:rPr>
        <w:t xml:space="preserve"> </w:t>
      </w:r>
      <w:r>
        <w:rPr>
          <w:b/>
          <w:bCs/>
        </w:rPr>
        <w:t xml:space="preserve">little air-cars had washed away the last barriers between the different tribes of mankind.</w:t>
      </w:r>
      <w:r>
        <w:br/>
      </w:r>
      <w:r>
        <w:t xml:space="preserve">    (a) lacking a tendency to be full of thought</w:t>
      </w:r>
      <w:r>
        <w:br/>
      </w:r>
      <w:r>
        <w:t xml:space="preserve">    (b) without a tendency to be full of thought</w:t>
      </w:r>
      <w:r>
        <w:br/>
      </w:r>
      <w:r>
        <w:t xml:space="preserve">    (c) present everywhere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Utopia was here at last: its novelty had not yet been assailed by the supreme enemy of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Utopias</w:t>
      </w:r>
      <w:r>
        <w:rPr>
          <w:b/>
          <w:bCs/>
        </w:rPr>
        <w:t xml:space="preserve">-boredom.</w:t>
      </w:r>
      <w:r>
        <w:br/>
      </w:r>
      <w:r>
        <w:t xml:space="preserve">    (a) light seen after bouncing off a surface to another</w:t>
      </w:r>
      <w:r>
        <w:br/>
      </w:r>
      <w:r>
        <w:t xml:space="preserve">    (b) imaginary places considered to be perfect or ideal</w:t>
      </w:r>
      <w:r>
        <w:br/>
      </w:r>
      <w:r>
        <w:t xml:space="preserve">    (c) inexperience, innocence, or lack of sophistication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nervously at Jean, who had managed to force a somewhat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artificial</w:t>
      </w:r>
      <w:r>
        <w:rPr>
          <w:b/>
          <w:bCs/>
        </w:rPr>
        <w:t xml:space="preserve"> </w:t>
      </w:r>
      <w:r>
        <w:rPr>
          <w:b/>
          <w:bCs/>
        </w:rPr>
        <w:t xml:space="preserve">smile, and finally recovered his voice.</w:t>
      </w:r>
      <w:r>
        <w:br/>
      </w:r>
      <w:r>
        <w:t xml:space="preserve">    (a) not genuine</w:t>
      </w:r>
      <w:r>
        <w:br/>
      </w:r>
      <w:r>
        <w:t xml:space="preserve">    (b) intentional</w:t>
      </w:r>
      <w:r>
        <w:br/>
      </w:r>
      <w:r>
        <w:t xml:space="preserve">    (c) helpfulness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spaced with perfect precision along the rim of the planet-too huge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artificial</w:t>
      </w:r>
      <w:r>
        <w:rPr>
          <w:b/>
          <w:bCs/>
        </w:rPr>
        <w:t xml:space="preserve">, yet too regular to be natural.</w:t>
      </w:r>
      <w:r>
        <w:br/>
      </w:r>
      <w:r>
        <w:t xml:space="preserve">    (a) made by man</w:t>
      </w:r>
      <w:r>
        <w:br/>
      </w:r>
      <w:r>
        <w:t xml:space="preserve">    (b) the quality or degree of straightness, or absence of anything in between</w:t>
      </w:r>
      <w:r>
        <w:br/>
      </w:r>
      <w:r>
        <w:t xml:space="preserve">    (c) bold or self-confident in a manner that seems disrespectful or tasteless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summits were streaked with snow, and the clouds above them were turning to fire as the sun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descended</w:t>
      </w:r>
      <w:r>
        <w:rPr>
          <w:b/>
          <w:bCs/>
        </w:rPr>
        <w:t xml:space="preserve"> </w:t>
      </w:r>
      <w:r>
        <w:rPr>
          <w:b/>
          <w:bCs/>
        </w:rPr>
        <w:t xml:space="preserve">on the last few minutes of its daily journey.</w:t>
      </w:r>
      <w:r>
        <w:br/>
      </w:r>
      <w:r>
        <w:t xml:space="preserve">    (a) mirrored back (an image)</w:t>
      </w:r>
      <w:r>
        <w:br/>
      </w:r>
      <w:r>
        <w:t xml:space="preserve">    (b) quoted (to make a point)</w:t>
      </w:r>
      <w:r>
        <w:br/>
      </w:r>
      <w:r>
        <w:t xml:space="preserve">    (c) moved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Silence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descended</w:t>
      </w:r>
      <w:r>
        <w:rPr>
          <w:b/>
          <w:bCs/>
        </w:rPr>
        <w:t xml:space="preserve"> </w:t>
      </w:r>
      <w:r>
        <w:rPr>
          <w:b/>
          <w:bCs/>
        </w:rPr>
        <w:t xml:space="preserve">on the murmuring crowd</w:t>
      </w:r>
      <w:r>
        <w:br/>
      </w:r>
      <w:r>
        <w:t xml:space="preserve">    (a) said indirectly</w:t>
      </w:r>
      <w:r>
        <w:br/>
      </w:r>
      <w:r>
        <w:t xml:space="preserve">    (b) came suddenly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really seemed to think that there was something in this business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telepathy</w:t>
      </w:r>
      <w:r>
        <w:rPr>
          <w:b/>
          <w:bCs/>
        </w:rPr>
        <w:t xml:space="preserve"> </w:t>
      </w:r>
      <w:r>
        <w:rPr>
          <w:b/>
          <w:bCs/>
        </w:rPr>
        <w:t xml:space="preserve">and second-sight.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when what happens is very different than what might be expected; or when things are together that seem like they don't belong together</w:t>
      </w:r>
      <w:r>
        <w:br/>
      </w:r>
      <w:r>
        <w:t xml:space="preserve">    (c) communication from one mind to another without using the known senses (often used in fiction but not scientifically supported as real)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mild alcoholic fog prevented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analysis of what had happened,</w:t>
      </w:r>
      <w:r>
        <w:br/>
      </w:r>
      <w:r>
        <w:t xml:space="preserve">    (a) quick or efficient</w:t>
      </w:r>
      <w:r>
        <w:br/>
      </w:r>
      <w:r>
        <w:t xml:space="preserve">    (b) foolish or showing ignorance of important circumstances</w:t>
      </w:r>
      <w:r>
        <w:br/>
      </w:r>
      <w:r>
        <w:t xml:space="preserve">    (c) deep or far-reaching in intellect or insight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...such natural catastrophes as earthquakes or floods, which might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effect on large numbers of people...</w:t>
      </w:r>
      <w:r>
        <w:br/>
      </w:r>
      <w:r>
        <w:t xml:space="preserve">    (a) without a tendency to be full of thought</w:t>
      </w:r>
      <w:r>
        <w:br/>
      </w:r>
      <w:r>
        <w:t xml:space="preserve">    (b) very intense</w:t>
      </w:r>
      <w:r>
        <w:br/>
      </w:r>
      <w:r>
        <w:t xml:space="preserve">    (c) lacking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down the ages there have been countless reports of strange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phenomena</w:t>
      </w:r>
      <w:r>
        <w:rPr>
          <w:b/>
          <w:bCs/>
        </w:rPr>
        <w:t xml:space="preserve">--poltergeists, telepathy, precognition--which you had named but never explained.</w:t>
      </w:r>
      <w:r>
        <w:br/>
      </w:r>
      <w:r>
        <w:t xml:space="preserve">    (a) interesting observable things</w:t>
      </w:r>
      <w:r>
        <w:br/>
      </w:r>
      <w:r>
        <w:t xml:space="preserve">    (b) stock markets during times of generally rising stock values</w:t>
      </w:r>
      <w:r>
        <w:br/>
      </w:r>
      <w:r>
        <w:t xml:space="preserve">    (c) computer code modules each of which perform a specific task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well aware of the fact that we have also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inhibited</w:t>
      </w:r>
      <w:r>
        <w:rPr>
          <w:b/>
          <w:bCs/>
        </w:rPr>
        <w:t xml:space="preserve">, by the contrast between our civilizations, all other forms of creative achievement as well.</w:t>
      </w:r>
      <w:r>
        <w:br/>
      </w:r>
      <w:r>
        <w:t xml:space="preserve">    (a) limited or restricted</w:t>
      </w:r>
      <w:r>
        <w:br/>
      </w:r>
      <w:r>
        <w:t xml:space="preserve">    (b) governed</w:t>
      </w:r>
      <w:r>
        <w:br/>
      </w:r>
      <w:r>
        <w:t xml:space="preserve">    (c)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the Overlord's description, Jan built up a picture of a cyclopean beast living among the asteroidal rubble of some distant sun, its growth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by gravity, depending for food and life upon the range and resolving power of its single eye.</w:t>
      </w:r>
      <w:r>
        <w:br/>
      </w:r>
      <w:r>
        <w:t xml:space="preserve">    (a) the ability to take or adopt power or responsibility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acting naturally without being overly self-conscious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2026-05-20T01:43:38Z</dcterms:created>
  <dcterms:modified xsi:type="dcterms:W3CDTF">2026-05-20T01:43:38Z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