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29ed0ce15d58b734f4c0a9052d03aedb947257"/>
    <w:p>
      <w:pPr>
        <w:pStyle w:val="Heading1"/>
      </w:pPr>
      <w:r>
        <w:rPr>
          <w:b/>
          <w:bCs/>
        </w:rPr>
        <w:t xml:space="preserve">Charlie And The Chocolate Factory</w:t>
      </w:r>
      <w:r>
        <w:br/>
      </w:r>
      <w:r>
        <w:rPr>
          <w:i/>
          <w:iCs/>
        </w:rPr>
        <w:t xml:space="preserve">Roald Dahl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couldn't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abide</w:t>
      </w:r>
      <w:r>
        <w:rPr>
          <w:b/>
          <w:bCs/>
        </w:rPr>
        <w:t xml:space="preserve"> </w:t>
      </w:r>
      <w:r>
        <w:rPr>
          <w:b/>
          <w:bCs/>
        </w:rPr>
        <w:t xml:space="preserve">their religious intolerance.</w:t>
      </w:r>
      <w:r>
        <w:br/>
      </w:r>
      <w:r>
        <w:t xml:space="preserve">    (a) criticize</w:t>
      </w:r>
      <w:r>
        <w:br/>
      </w:r>
      <w:r>
        <w:t xml:space="preserve">    (b) understand</w:t>
      </w:r>
      <w:r>
        <w:br/>
      </w:r>
      <w:r>
        <w:t xml:space="preserve">    (c) put up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 officer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beckoned</w:t>
      </w:r>
      <w:r>
        <w:rPr>
          <w:b/>
          <w:bCs/>
        </w:rPr>
        <w:t xml:space="preserve"> </w:t>
      </w:r>
      <w:r>
        <w:rPr>
          <w:b/>
          <w:bCs/>
        </w:rPr>
        <w:t xml:space="preserve">me to come over.</w:t>
      </w:r>
      <w:r>
        <w:br/>
      </w:r>
      <w:r>
        <w:t xml:space="preserve">    (a) called</w:t>
      </w:r>
      <w:r>
        <w:br/>
      </w:r>
      <w:r>
        <w:t xml:space="preserve">    (b) prohibited</w:t>
      </w:r>
      <w:r>
        <w:br/>
      </w:r>
      <w:r>
        <w:t xml:space="preserve">    (c) considered asking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trying to understand her, but I 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bewildered</w:t>
      </w:r>
      <w:r>
        <w:rPr>
          <w:b/>
          <w:bCs/>
        </w:rPr>
        <w:t xml:space="preserve">.</w:t>
      </w:r>
      <w:r>
        <w:br/>
      </w:r>
      <w:r>
        <w:t xml:space="preserve">    (a) distracted</w:t>
      </w:r>
      <w:r>
        <w:br/>
      </w:r>
      <w:r>
        <w:t xml:space="preserve">    (b) bored</w:t>
      </w:r>
      <w:r>
        <w:br/>
      </w:r>
      <w:r>
        <w:t xml:space="preserve">    (c)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sauce tasted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bland</w:t>
      </w:r>
      <w:r>
        <w:rPr>
          <w:b/>
          <w:bCs/>
        </w:rPr>
        <w:t xml:space="preserve"> </w:t>
      </w:r>
      <w:r>
        <w:rPr>
          <w:b/>
          <w:bCs/>
        </w:rPr>
        <w:t xml:space="preserve">until she added garlic and pepper.</w:t>
      </w:r>
      <w:r>
        <w:br/>
      </w:r>
      <w:r>
        <w:t xml:space="preserve">    (a) full of color</w:t>
      </w:r>
      <w:r>
        <w:br/>
      </w:r>
      <w:r>
        <w:t xml:space="preserve">    (b) lacking flavor</w:t>
      </w:r>
      <w:r>
        <w:br/>
      </w:r>
      <w:r>
        <w:t xml:space="preserve">    (c) overly sweet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the two cars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collide</w:t>
      </w:r>
      <w:r>
        <w:rPr>
          <w:b/>
          <w:bCs/>
        </w:rPr>
        <w:t xml:space="preserve"> </w:t>
      </w:r>
      <w:r>
        <w:rPr>
          <w:b/>
          <w:bCs/>
        </w:rPr>
        <w:t xml:space="preserve">at high speed, the damage will be severe.</w:t>
      </w:r>
      <w:r>
        <w:br/>
      </w:r>
      <w:r>
        <w:t xml:space="preserve">    (a) split</w:t>
      </w:r>
      <w:r>
        <w:br/>
      </w:r>
      <w:r>
        <w:t xml:space="preserve">    (b) wait</w:t>
      </w:r>
      <w:r>
        <w:br/>
      </w:r>
      <w:r>
        <w:t xml:space="preserve">    (c) crash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Did they catch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culprit</w:t>
      </w:r>
      <w:r>
        <w:rPr>
          <w:b/>
          <w:bCs/>
        </w:rPr>
        <w:t xml:space="preserve">?</w:t>
      </w:r>
      <w:r>
        <w:br/>
      </w:r>
      <w:r>
        <w:t xml:space="preserve">    (a) dog</w:t>
      </w:r>
      <w:r>
        <w:br/>
      </w:r>
      <w:r>
        <w:t xml:space="preserve">    (b) criminal</w:t>
      </w:r>
      <w:r>
        <w:br/>
      </w:r>
      <w:r>
        <w:t xml:space="preserve">    (c) problem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bakery filled the window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delectable</w:t>
      </w:r>
      <w:r>
        <w:rPr>
          <w:b/>
          <w:bCs/>
        </w:rPr>
        <w:t xml:space="preserve"> </w:t>
      </w:r>
      <w:r>
        <w:rPr>
          <w:b/>
          <w:bCs/>
        </w:rPr>
        <w:t xml:space="preserve">pastries and cakes.</w:t>
      </w:r>
      <w:r>
        <w:br/>
      </w:r>
      <w:r>
        <w:t xml:space="preserve">    (a) ordinary</w:t>
      </w:r>
      <w:r>
        <w:br/>
      </w:r>
      <w:r>
        <w:t xml:space="preserve">    (b) delicious</w:t>
      </w:r>
      <w:r>
        <w:br/>
      </w:r>
      <w:r>
        <w:t xml:space="preserve">    (c) expensive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hoarded</w:t>
      </w:r>
      <w:r>
        <w:rPr>
          <w:b/>
          <w:bCs/>
        </w:rPr>
        <w:t xml:space="preserve"> </w:t>
      </w:r>
      <w:r>
        <w:rPr>
          <w:b/>
          <w:bCs/>
        </w:rPr>
        <w:t xml:space="preserve">so many things, you can barely step into her apartment.</w:t>
      </w:r>
      <w:r>
        <w:br/>
      </w:r>
      <w:r>
        <w:t xml:space="preserve">    (a) made a mess of</w:t>
      </w:r>
      <w:r>
        <w:br/>
      </w:r>
      <w:r>
        <w:t xml:space="preserve">    (b) gathered &amp; stored</w:t>
      </w:r>
      <w:r>
        <w:br/>
      </w:r>
      <w:r>
        <w:t xml:space="preserve">    (c) stacked in piles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Travel costs were the main expense; meals were just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incidental</w:t>
      </w:r>
      <w:r>
        <w:rPr>
          <w:b/>
          <w:bCs/>
        </w:rPr>
        <w:t xml:space="preserve">.</w:t>
      </w:r>
      <w:r>
        <w:br/>
      </w:r>
      <w:r>
        <w:t xml:space="preserve">    (a) carefully planned</w:t>
      </w:r>
      <w:r>
        <w:br/>
      </w:r>
      <w:r>
        <w:t xml:space="preserve">    (b) minor and secondary</w:t>
      </w:r>
      <w:r>
        <w:br/>
      </w:r>
      <w:r>
        <w:t xml:space="preserve">    (c) central and primary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Though she was serious, her suggestion was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ludicrous</w:t>
      </w:r>
      <w:r>
        <w:rPr>
          <w:b/>
          <w:bCs/>
        </w:rPr>
        <w:t xml:space="preserve">, I couldn't suppress a laugh.</w:t>
      </w:r>
      <w:r>
        <w:br/>
      </w:r>
      <w:r>
        <w:t xml:space="preserve">    (a) logical or sound</w:t>
      </w:r>
      <w:r>
        <w:br/>
      </w:r>
      <w:r>
        <w:t xml:space="preserve">    (b) absurd or silly</w:t>
      </w:r>
      <w:r>
        <w:br/>
      </w:r>
      <w:r>
        <w:t xml:space="preserve">    (c) serious or somber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singer's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luscious</w:t>
      </w:r>
      <w:r>
        <w:rPr>
          <w:b/>
          <w:bCs/>
        </w:rPr>
        <w:t xml:space="preserve"> </w:t>
      </w:r>
      <w:r>
        <w:rPr>
          <w:b/>
          <w:bCs/>
        </w:rPr>
        <w:t xml:space="preserve">voice made even simple songs sound deeply emotional.</w:t>
      </w:r>
      <w:r>
        <w:br/>
      </w:r>
      <w:r>
        <w:t xml:space="preserve">    (a) richly appealing</w:t>
      </w:r>
      <w:r>
        <w:br/>
      </w:r>
      <w:r>
        <w:t xml:space="preserve">    (b) barely audible</w:t>
      </w:r>
      <w:r>
        <w:br/>
      </w:r>
      <w:r>
        <w:t xml:space="preserve">    (c) harshly grating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meddle</w:t>
      </w:r>
      <w:r>
        <w:rPr>
          <w:b/>
          <w:bCs/>
        </w:rPr>
        <w:t xml:space="preserve"> </w:t>
      </w:r>
      <w:r>
        <w:rPr>
          <w:b/>
          <w:bCs/>
        </w:rPr>
        <w:t xml:space="preserve">in my affairs!</w:t>
      </w:r>
      <w:r>
        <w:br/>
      </w:r>
      <w:r>
        <w:t xml:space="preserve">    (a) offer sympathy</w:t>
      </w:r>
      <w:r>
        <w:br/>
      </w:r>
      <w:r>
        <w:t xml:space="preserve">    (b) interfere</w:t>
      </w:r>
      <w:r>
        <w:br/>
      </w:r>
      <w:r>
        <w:t xml:space="preserve">    (c) pretend to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mischievous</w:t>
      </w:r>
      <w:r>
        <w:rPr>
          <w:b/>
          <w:bCs/>
        </w:rPr>
        <w:t xml:space="preserve"> </w:t>
      </w:r>
      <w:r>
        <w:rPr>
          <w:b/>
          <w:bCs/>
        </w:rPr>
        <w:t xml:space="preserve">children spilled chocolate syrup all over the kitchen.</w:t>
      </w:r>
      <w:r>
        <w:br/>
      </w:r>
      <w:r>
        <w:t xml:space="preserve">    (a) misbehaving</w:t>
      </w:r>
      <w:r>
        <w:br/>
      </w:r>
      <w:r>
        <w:t xml:space="preserve">    (b) young</w:t>
      </w:r>
      <w:r>
        <w:br/>
      </w:r>
      <w:r>
        <w:t xml:space="preserve">    (c) careless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party erupted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pandemonium</w:t>
      </w:r>
      <w:r>
        <w:rPr>
          <w:b/>
          <w:bCs/>
        </w:rPr>
        <w:t xml:space="preserve"> </w:t>
      </w:r>
      <w:r>
        <w:rPr>
          <w:b/>
          <w:bCs/>
        </w:rPr>
        <w:t xml:space="preserve">as news spread of the victory.</w:t>
      </w:r>
      <w:r>
        <w:br/>
      </w:r>
      <w:r>
        <w:t xml:space="preserve">    (a) noisy disorder</w:t>
      </w:r>
      <w:r>
        <w:br/>
      </w:r>
      <w:r>
        <w:t xml:space="preserve">    (b) news watching</w:t>
      </w:r>
      <w:r>
        <w:br/>
      </w:r>
      <w:r>
        <w:t xml:space="preserve">    (c) song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skied off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precipice</w:t>
      </w:r>
      <w:r>
        <w:rPr>
          <w:b/>
          <w:bCs/>
        </w:rPr>
        <w:t xml:space="preserve">, dropped her skis in midair, and then opened a parachute.</w:t>
      </w:r>
      <w:r>
        <w:br/>
      </w:r>
      <w:r>
        <w:t xml:space="preserve">    (a) ramp</w:t>
      </w:r>
      <w:r>
        <w:br/>
      </w:r>
      <w:r>
        <w:t xml:space="preserve">    (b) steep cliff</w:t>
      </w:r>
      <w:r>
        <w:br/>
      </w:r>
      <w:r>
        <w:t xml:space="preserve">    (c) airplane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PS</w:t>
      </w:r>
      <w:r>
        <w:rPr>
          <w:b/>
          <w:bCs/>
        </w:rPr>
        <w:t xml:space="preserve">: Bella says she misses you too.</w:t>
      </w:r>
      <w:r>
        <w:br/>
      </w:r>
      <w:r>
        <w:t xml:space="preserve">    (a) an abbreviation for "postscript" indicating that the letter is confidential</w:t>
      </w:r>
      <w:r>
        <w:br/>
      </w:r>
      <w:r>
        <w:t xml:space="preserve">    (b) an abbreviation for "postscript" placed before a final note at the end of a letter</w:t>
      </w:r>
      <w:r>
        <w:br/>
      </w:r>
      <w:r>
        <w:t xml:space="preserve">    (c) an abbreviation for "postscript" placed before a final recap of a letter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bacon smells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rancid</w:t>
      </w:r>
      <w:r>
        <w:rPr>
          <w:b/>
          <w:bCs/>
        </w:rPr>
        <w:t xml:space="preserve">.</w:t>
      </w:r>
      <w:r>
        <w:br/>
      </w:r>
      <w:r>
        <w:t xml:space="preserve">    (a) tempting</w:t>
      </w:r>
      <w:r>
        <w:br/>
      </w:r>
      <w:r>
        <w:t xml:space="preserve">    (b) delicious</w:t>
      </w:r>
      <w:r>
        <w:br/>
      </w:r>
      <w:r>
        <w:t xml:space="preserve">    (c) spoiled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ravenous</w:t>
      </w:r>
      <w:r>
        <w:rPr>
          <w:b/>
          <w:bCs/>
        </w:rPr>
        <w:t xml:space="preserve"> </w:t>
      </w:r>
      <w:r>
        <w:rPr>
          <w:b/>
          <w:bCs/>
        </w:rPr>
        <w:t xml:space="preserve">lion prowled the savannah, searching for its next meal.</w:t>
      </w:r>
      <w:r>
        <w:br/>
      </w:r>
      <w:r>
        <w:t xml:space="preserve">    (a) extremely hungry</w:t>
      </w:r>
      <w:r>
        <w:br/>
      </w:r>
      <w:r>
        <w:t xml:space="preserve">    (b) extremely dangerous</w:t>
      </w:r>
      <w:r>
        <w:br/>
      </w:r>
      <w:r>
        <w:t xml:space="preserve">    (c) extremely quiet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 demonstration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sheer</w:t>
      </w:r>
      <w:r>
        <w:rPr>
          <w:b/>
          <w:bCs/>
        </w:rPr>
        <w:t xml:space="preserve"> </w:t>
      </w:r>
      <w:r>
        <w:rPr>
          <w:b/>
          <w:bCs/>
        </w:rPr>
        <w:t xml:space="preserve">stupidity.</w:t>
      </w:r>
      <w:r>
        <w:br/>
      </w:r>
      <w:r>
        <w:t xml:space="preserve">    (a) mixed</w:t>
      </w:r>
      <w:r>
        <w:br/>
      </w:r>
      <w:r>
        <w:t xml:space="preserve">    (b) misguided</w:t>
      </w:r>
      <w:r>
        <w:br/>
      </w:r>
      <w:r>
        <w:t xml:space="preserve">    (c) complete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beautiful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stationery</w:t>
      </w:r>
      <w:r>
        <w:rPr>
          <w:b/>
          <w:bCs/>
        </w:rPr>
        <w:t xml:space="preserve"> </w:t>
      </w:r>
      <w:r>
        <w:rPr>
          <w:b/>
          <w:bCs/>
        </w:rPr>
        <w:t xml:space="preserve">for writing notes.</w:t>
      </w:r>
      <w:r>
        <w:br/>
      </w:r>
      <w:r>
        <w:t xml:space="preserve">    (a) paper and envelopes</w:t>
      </w:r>
      <w:r>
        <w:br/>
      </w:r>
      <w:r>
        <w:t xml:space="preserve">    (b) handwriting</w:t>
      </w:r>
      <w:r>
        <w:br/>
      </w:r>
      <w:r>
        <w:t xml:space="preserve">    (c) choice of words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2026-07-31T15:10:08Z</dcterms:created>
  <dcterms:modified xsi:type="dcterms:W3CDTF">2026-07-31T15:10:08Z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