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d3905b94fb2883bd4ebac90fd89f86569c439da"/>
    <w:p>
      <w:pPr>
        <w:pStyle w:val="Heading1"/>
      </w:pPr>
      <w:r>
        <w:rPr>
          <w:b/>
          <w:bCs/>
        </w:rPr>
        <w:t xml:space="preserve">Charlie And The Chocolate Factory</w:t>
      </w:r>
      <w:r>
        <w:br/>
      </w:r>
      <w:r>
        <w:rPr>
          <w:i/>
          <w:iCs/>
        </w:rPr>
        <w:t xml:space="preserve">Roald Dahl</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Then Mr Prodnose's factory came out with a chewing-gum that never lost its flavour</w:t>
      </w:r>
      <w:r>
        <w:rPr>
          <w:b/>
          <w:bCs/>
        </w:rPr>
        <w:t xml:space="preserve"> </w:t>
      </w:r>
      <w:r>
        <w:rPr>
          <w:b/>
          <w:bCs/>
          <w:u w:val="single"/>
        </w:rPr>
        <w:t xml:space="preserve">however</w:t>
      </w:r>
      <w:r>
        <w:rPr>
          <w:b/>
          <w:bCs/>
        </w:rPr>
        <w:t xml:space="preserve"> </w:t>
      </w:r>
      <w:r>
        <w:rPr>
          <w:b/>
          <w:bCs/>
        </w:rPr>
        <w:t xml:space="preserve">much you chewed it.</w:t>
      </w:r>
      <w:r>
        <w:br/>
      </w:r>
      <w:r>
        <w:t xml:space="preserve">    (a) regardless of how</w:t>
      </w:r>
      <w:r>
        <w:br/>
      </w:r>
      <w:r>
        <w:t xml:space="preserve">    (b) whenever</w:t>
      </w:r>
      <w:r>
        <w:br/>
      </w:r>
      <w:r>
        <w:t xml:space="preserve">    (c) on-the-other-hand (used to introduce a contrasting idea)</w:t>
      </w:r>
    </w:p>
    <w:p>
      <w:pPr>
        <w:pStyle w:val="Compact"/>
        <w:numPr>
          <w:ilvl w:val="0"/>
          <w:numId w:val="1001"/>
        </w:numPr>
      </w:pPr>
      <w:r>
        <w:rPr>
          <w:b/>
          <w:bCs/>
        </w:rPr>
        <w:t xml:space="preserve">'And what a</w:t>
      </w:r>
      <w:r>
        <w:rPr>
          <w:b/>
          <w:bCs/>
        </w:rPr>
        <w:t xml:space="preserve"> </w:t>
      </w:r>
      <w:r>
        <w:rPr>
          <w:b/>
          <w:bCs/>
          <w:u w:val="single"/>
        </w:rPr>
        <w:t xml:space="preserve">repulsive</w:t>
      </w:r>
      <w:r>
        <w:rPr>
          <w:b/>
          <w:bCs/>
        </w:rPr>
        <w:t xml:space="preserve"> </w:t>
      </w:r>
      <w:r>
        <w:rPr>
          <w:b/>
          <w:bCs/>
        </w:rPr>
        <w:t xml:space="preserve">boy,' said Grandma Georgina.</w:t>
      </w:r>
      <w:r>
        <w:br/>
      </w:r>
      <w:r>
        <w:t xml:space="preserve">    (a) strong</w:t>
      </w:r>
      <w:r>
        <w:br/>
      </w:r>
      <w:r>
        <w:t xml:space="preserve">    (b) disgusting</w:t>
      </w:r>
      <w:r>
        <w:br/>
      </w:r>
      <w:r>
        <w:t xml:space="preserve">    (c) big</w:t>
      </w:r>
    </w:p>
    <w:p>
      <w:pPr>
        <w:pStyle w:val="Compact"/>
        <w:numPr>
          <w:ilvl w:val="0"/>
          <w:numId w:val="1001"/>
        </w:numPr>
      </w:pPr>
      <w:r>
        <w:rPr>
          <w:b/>
          <w:bCs/>
        </w:rPr>
        <w:t xml:space="preserve">'Another bad lot, I'll be</w:t>
      </w:r>
      <w:r>
        <w:rPr>
          <w:b/>
          <w:bCs/>
        </w:rPr>
        <w:t xml:space="preserve"> </w:t>
      </w:r>
      <w:r>
        <w:rPr>
          <w:b/>
          <w:bCs/>
          <w:u w:val="single"/>
        </w:rPr>
        <w:t xml:space="preserve">bound</w:t>
      </w:r>
      <w:r>
        <w:rPr>
          <w:b/>
          <w:bCs/>
        </w:rPr>
        <w:t xml:space="preserve">,' muttered Grandma Josephine.</w:t>
      </w:r>
      <w:r>
        <w:br/>
      </w:r>
      <w:r>
        <w:t xml:space="preserve">    (a) the state or character of being bad or harmful</w:t>
      </w:r>
      <w:r>
        <w:br/>
      </w:r>
      <w:r>
        <w:t xml:space="preserve">    (b) tied up</w:t>
      </w:r>
      <w:r>
        <w:br/>
      </w:r>
      <w:r>
        <w:t xml:space="preserve">    (c) an exceedingly small quantity or indication of</w:t>
      </w:r>
    </w:p>
    <w:p>
      <w:pPr>
        <w:pStyle w:val="Compact"/>
        <w:numPr>
          <w:ilvl w:val="0"/>
          <w:numId w:val="1001"/>
        </w:numPr>
      </w:pPr>
      <w:r>
        <w:rPr>
          <w:b/>
          <w:bCs/>
        </w:rPr>
        <w:t xml:space="preserve">In this way, you will be able to keep yourself supplied with tasty</w:t>
      </w:r>
      <w:r>
        <w:rPr>
          <w:b/>
          <w:bCs/>
        </w:rPr>
        <w:t xml:space="preserve"> </w:t>
      </w:r>
      <w:r>
        <w:rPr>
          <w:b/>
          <w:bCs/>
          <w:u w:val="single"/>
        </w:rPr>
        <w:t xml:space="preserve">morsels</w:t>
      </w:r>
      <w:r>
        <w:rPr>
          <w:b/>
          <w:bCs/>
        </w:rPr>
        <w:t xml:space="preserve"> </w:t>
      </w:r>
      <w:r>
        <w:rPr>
          <w:b/>
          <w:bCs/>
        </w:rPr>
        <w:t xml:space="preserve">for the rest of your life.</w:t>
      </w:r>
      <w:r>
        <w:br/>
      </w:r>
      <w:r>
        <w:t xml:space="preserve">    (a) meals for many guests</w:t>
      </w:r>
      <w:r>
        <w:br/>
      </w:r>
      <w:r>
        <w:t xml:space="preserve">    (b) very large picnics</w:t>
      </w:r>
      <w:r>
        <w:br/>
      </w:r>
      <w:r>
        <w:t xml:space="preserve">    (c) very small amounts of food</w:t>
      </w:r>
    </w:p>
    <w:p>
      <w:pPr>
        <w:pStyle w:val="Compact"/>
        <w:numPr>
          <w:ilvl w:val="0"/>
          <w:numId w:val="1001"/>
        </w:numPr>
      </w:pPr>
      <w:r>
        <w:rPr>
          <w:b/>
          <w:bCs/>
        </w:rPr>
        <w:t xml:space="preserve">...mystic and marvelous surprises that will entrance, delight,</w:t>
      </w:r>
      <w:r>
        <w:rPr>
          <w:b/>
          <w:bCs/>
        </w:rPr>
        <w:t xml:space="preserve"> </w:t>
      </w:r>
      <w:r>
        <w:rPr>
          <w:b/>
          <w:bCs/>
          <w:u w:val="single"/>
        </w:rPr>
        <w:t xml:space="preserve">intrigue</w:t>
      </w:r>
      <w:r>
        <w:rPr>
          <w:b/>
          <w:bCs/>
        </w:rPr>
        <w:t xml:space="preserve">, astonish, and perplex you beyond measure.</w:t>
      </w:r>
      <w:r>
        <w:br/>
      </w:r>
      <w:r>
        <w:t xml:space="preserve">    (a) teach</w:t>
      </w:r>
      <w:r>
        <w:br/>
      </w:r>
      <w:r>
        <w:t xml:space="preserve">    (b) interest</w:t>
      </w:r>
      <w:r>
        <w:br/>
      </w:r>
      <w:r>
        <w:t xml:space="preserve">    (c) amuse</w:t>
      </w:r>
    </w:p>
    <w:p>
      <w:pPr>
        <w:pStyle w:val="Compact"/>
        <w:numPr>
          <w:ilvl w:val="0"/>
          <w:numId w:val="1001"/>
        </w:numPr>
      </w:pPr>
      <w:r>
        <w:rPr>
          <w:b/>
          <w:bCs/>
        </w:rPr>
        <w:t xml:space="preserve">...mystic and marvelous surprises that will entrance, delight, intrigue, astonish, and</w:t>
      </w:r>
      <w:r>
        <w:rPr>
          <w:b/>
          <w:bCs/>
        </w:rPr>
        <w:t xml:space="preserve"> </w:t>
      </w:r>
      <w:r>
        <w:rPr>
          <w:b/>
          <w:bCs/>
          <w:u w:val="single"/>
        </w:rPr>
        <w:t xml:space="preserve">perplex</w:t>
      </w:r>
      <w:r>
        <w:rPr>
          <w:b/>
          <w:bCs/>
        </w:rPr>
        <w:t xml:space="preserve"> </w:t>
      </w:r>
      <w:r>
        <w:rPr>
          <w:b/>
          <w:bCs/>
        </w:rPr>
        <w:t xml:space="preserve">you beyond measure.</w:t>
      </w:r>
      <w:r>
        <w:br/>
      </w:r>
      <w:r>
        <w:t xml:space="preserve">    (a) connection</w:t>
      </w:r>
      <w:r>
        <w:br/>
      </w:r>
      <w:r>
        <w:t xml:space="preserve">    (b) confuse</w:t>
      </w:r>
      <w:r>
        <w:br/>
      </w:r>
      <w:r>
        <w:t xml:space="preserve">    (c) get rid of</w:t>
      </w:r>
    </w:p>
    <w:p>
      <w:pPr>
        <w:pStyle w:val="Compact"/>
        <w:numPr>
          <w:ilvl w:val="0"/>
          <w:numId w:val="1001"/>
        </w:numPr>
      </w:pPr>
      <w:r>
        <w:rPr>
          <w:b/>
          <w:bCs/>
        </w:rPr>
        <w:t xml:space="preserve">They'd</w:t>
      </w:r>
      <w:r>
        <w:rPr>
          <w:b/>
          <w:bCs/>
        </w:rPr>
        <w:t xml:space="preserve"> </w:t>
      </w:r>
      <w:r>
        <w:rPr>
          <w:b/>
          <w:bCs/>
          <w:u w:val="single"/>
        </w:rPr>
        <w:t xml:space="preserve">perish</w:t>
      </w:r>
      <w:r>
        <w:rPr>
          <w:b/>
          <w:bCs/>
        </w:rPr>
        <w:t xml:space="preserve"> </w:t>
      </w:r>
      <w:r>
        <w:rPr>
          <w:b/>
          <w:bCs/>
        </w:rPr>
        <w:t xml:space="preserve">if they went outdoors in this weather!</w:t>
      </w:r>
      <w:r>
        <w:br/>
      </w:r>
      <w:r>
        <w:t xml:space="preserve">    (a) sunburn</w:t>
      </w:r>
      <w:r>
        <w:br/>
      </w:r>
      <w:r>
        <w:t xml:space="preserve">    (b) freeze</w:t>
      </w:r>
      <w:r>
        <w:br/>
      </w:r>
      <w:r>
        <w:t xml:space="preserve">    (c) die</w:t>
      </w:r>
    </w:p>
    <w:p>
      <w:pPr>
        <w:pStyle w:val="Compact"/>
        <w:numPr>
          <w:ilvl w:val="0"/>
          <w:numId w:val="1001"/>
        </w:numPr>
      </w:pPr>
      <w:r>
        <w:rPr>
          <w:b/>
          <w:bCs/>
        </w:rPr>
        <w:t xml:space="preserve">...the</w:t>
      </w:r>
      <w:r>
        <w:rPr>
          <w:b/>
          <w:bCs/>
        </w:rPr>
        <w:t xml:space="preserve"> </w:t>
      </w:r>
      <w:r>
        <w:rPr>
          <w:b/>
          <w:bCs/>
          <w:u w:val="single"/>
        </w:rPr>
        <w:t xml:space="preserve">wretched</w:t>
      </w:r>
      <w:r>
        <w:rPr>
          <w:b/>
          <w:bCs/>
        </w:rPr>
        <w:t xml:space="preserve"> </w:t>
      </w:r>
      <w:r>
        <w:rPr>
          <w:b/>
          <w:bCs/>
        </w:rPr>
        <w:t xml:space="preserve">boy was being sucked closer and closer towards the mouth of one of the great pipes that was dangling down into the river.</w:t>
      </w:r>
      <w:r>
        <w:br/>
      </w:r>
      <w:r>
        <w:t xml:space="preserve">    (a) foolish</w:t>
      </w:r>
      <w:r>
        <w:br/>
      </w:r>
      <w:r>
        <w:t xml:space="preserve">    (b) irresponsible</w:t>
      </w:r>
      <w:r>
        <w:br/>
      </w:r>
      <w:r>
        <w:t xml:space="preserve">    (c) unfortunate</w:t>
      </w:r>
    </w:p>
    <w:p>
      <w:pPr>
        <w:pStyle w:val="Compact"/>
        <w:numPr>
          <w:ilvl w:val="0"/>
          <w:numId w:val="1001"/>
        </w:numPr>
      </w:pPr>
      <w:r>
        <w:rPr>
          <w:b/>
          <w:bCs/>
        </w:rPr>
        <w:t xml:space="preserve">"Unthinkable!</w:t>
      </w:r>
      <w:r>
        <w:rPr>
          <w:b/>
          <w:bCs/>
        </w:rPr>
        <w:t xml:space="preserve"> </w:t>
      </w:r>
      <w:r>
        <w:rPr>
          <w:b/>
          <w:bCs/>
          <w:u w:val="single"/>
        </w:rPr>
        <w:t xml:space="preserve">Inconceivable</w:t>
      </w:r>
      <w:r>
        <w:rPr>
          <w:b/>
          <w:bCs/>
        </w:rPr>
        <w:t xml:space="preserve">! Absurd! He could never be made into marshmallows!"</w:t>
      </w:r>
      <w:r>
        <w:br/>
      </w:r>
      <w:r>
        <w:t xml:space="preserve">    (a) exceedingly important, serious, or dangerous</w:t>
      </w:r>
      <w:r>
        <w:br/>
      </w:r>
      <w:r>
        <w:t xml:space="preserve">    (b) so totally unlikely it is hard to imagine it could be so</w:t>
      </w:r>
      <w:r>
        <w:br/>
      </w:r>
      <w:r>
        <w:t xml:space="preserve">    (c) designed to be useful; or capable of working</w:t>
      </w:r>
    </w:p>
    <w:p>
      <w:pPr>
        <w:pStyle w:val="Compact"/>
        <w:numPr>
          <w:ilvl w:val="0"/>
          <w:numId w:val="1001"/>
        </w:numPr>
      </w:pPr>
      <w:r>
        <w:rPr>
          <w:b/>
          <w:bCs/>
        </w:rPr>
        <w:t xml:space="preserve">'They most certainly would!' cried Mr Gloop</w:t>
      </w:r>
      <w:r>
        <w:rPr>
          <w:b/>
          <w:bCs/>
        </w:rPr>
        <w:t xml:space="preserve"> </w:t>
      </w:r>
      <w:r>
        <w:rPr>
          <w:b/>
          <w:bCs/>
          <w:u w:val="single"/>
        </w:rPr>
        <w:t xml:space="preserve">indignantly</w:t>
      </w:r>
      <w:r>
        <w:rPr>
          <w:b/>
          <w:bCs/>
        </w:rPr>
        <w:t xml:space="preserve">.</w:t>
      </w:r>
      <w:r>
        <w:br/>
      </w:r>
      <w:r>
        <w:t xml:space="preserve">    (a) with increasing excitement</w:t>
      </w:r>
      <w:r>
        <w:br/>
      </w:r>
      <w:r>
        <w:t xml:space="preserve">    (b) angered by something unjust</w:t>
      </w:r>
      <w:r>
        <w:br/>
      </w:r>
      <w:r>
        <w:t xml:space="preserve">    (c) optimistically</w:t>
      </w:r>
    </w:p>
    <w:p>
      <w:pPr>
        <w:pStyle w:val="Compact"/>
        <w:numPr>
          <w:ilvl w:val="0"/>
          <w:numId w:val="1001"/>
        </w:numPr>
      </w:pPr>
      <w:r>
        <w:rPr>
          <w:b/>
          <w:bCs/>
        </w:rPr>
        <w:t xml:space="preserve">If you leave him in the chocolate-mixing barrel too long, he's</w:t>
      </w:r>
      <w:r>
        <w:rPr>
          <w:b/>
          <w:bCs/>
        </w:rPr>
        <w:t xml:space="preserve"> </w:t>
      </w:r>
      <w:r>
        <w:rPr>
          <w:b/>
          <w:bCs/>
          <w:u w:val="single"/>
        </w:rPr>
        <w:t xml:space="preserve">liable to</w:t>
      </w:r>
      <w:r>
        <w:rPr>
          <w:b/>
          <w:bCs/>
        </w:rPr>
        <w:t xml:space="preserve"> </w:t>
      </w:r>
      <w:r>
        <w:rPr>
          <w:b/>
          <w:bCs/>
        </w:rPr>
        <w:t xml:space="preserve">get poured out into the fudge boiler, and that really would be a disaster, wouldn't it?</w:t>
      </w:r>
      <w:r>
        <w:br/>
      </w:r>
      <w:r>
        <w:t xml:space="preserve">    (a) temperature scale used in most of the world</w:t>
      </w:r>
      <w:r>
        <w:br/>
      </w:r>
      <w:r>
        <w:t xml:space="preserve">    (b) likely to; or maybe going to; or subject to</w:t>
      </w:r>
      <w:r>
        <w:br/>
      </w:r>
      <w:r>
        <w:t xml:space="preserve">    (c) devices that convert light into electricity</w:t>
      </w:r>
    </w:p>
    <w:p>
      <w:pPr>
        <w:pStyle w:val="Compact"/>
        <w:numPr>
          <w:ilvl w:val="0"/>
          <w:numId w:val="1001"/>
        </w:numPr>
      </w:pPr>
      <w:r>
        <w:rPr>
          <w:b/>
          <w:bCs/>
        </w:rPr>
        <w:t xml:space="preserve">We're</w:t>
      </w:r>
      <w:r>
        <w:rPr>
          <w:b/>
          <w:bCs/>
        </w:rPr>
        <w:t xml:space="preserve"> </w:t>
      </w:r>
      <w:r>
        <w:rPr>
          <w:b/>
          <w:bCs/>
          <w:u w:val="single"/>
        </w:rPr>
        <w:t xml:space="preserve">positive</w:t>
      </w:r>
      <w:r>
        <w:rPr>
          <w:b/>
          <w:bCs/>
        </w:rPr>
        <w:t xml:space="preserve"> </w:t>
      </w:r>
      <w:r>
        <w:rPr>
          <w:b/>
          <w:bCs/>
        </w:rPr>
        <w:t xml:space="preserve">he'd never give</w:t>
      </w:r>
      <w:r>
        <w:br/>
      </w:r>
      <w:r>
        <w:rPr>
          <w:b/>
          <w:bCs/>
        </w:rPr>
        <w:t xml:space="preserve">Even the smallest bit of fun</w:t>
      </w:r>
      <w:r>
        <w:br/>
      </w:r>
      <w:r>
        <w:rPr>
          <w:b/>
          <w:bCs/>
        </w:rPr>
        <w:t xml:space="preserve">Or happiness to anyone.</w:t>
      </w:r>
      <w:r>
        <w:br/>
      </w:r>
      <w:r>
        <w:t xml:space="preserve">    (a) sorry</w:t>
      </w:r>
      <w:r>
        <w:br/>
      </w:r>
      <w:r>
        <w:t xml:space="preserve">    (b) pretty sure</w:t>
      </w:r>
      <w:r>
        <w:br/>
      </w:r>
      <w:r>
        <w:t xml:space="preserve">    (c) certain</w:t>
      </w:r>
    </w:p>
    <w:p>
      <w:pPr>
        <w:pStyle w:val="Compact"/>
        <w:numPr>
          <w:ilvl w:val="0"/>
          <w:numId w:val="1001"/>
        </w:numPr>
      </w:pPr>
      <w:r>
        <w:rPr>
          <w:b/>
          <w:bCs/>
        </w:rPr>
        <w:t xml:space="preserve">This boy, who only just before</w:t>
      </w:r>
      <w:r>
        <w:br/>
      </w:r>
      <w:r>
        <w:rPr>
          <w:b/>
          <w:bCs/>
        </w:rPr>
        <w:t xml:space="preserve">Was</w:t>
      </w:r>
      <w:r>
        <w:rPr>
          <w:b/>
          <w:bCs/>
        </w:rPr>
        <w:t xml:space="preserve"> </w:t>
      </w:r>
      <w:r>
        <w:rPr>
          <w:b/>
          <w:bCs/>
          <w:u w:val="single"/>
        </w:rPr>
        <w:t xml:space="preserve">loathed</w:t>
      </w:r>
      <w:r>
        <w:rPr>
          <w:b/>
          <w:bCs/>
        </w:rPr>
        <w:t xml:space="preserve"> </w:t>
      </w:r>
      <w:r>
        <w:rPr>
          <w:b/>
          <w:bCs/>
        </w:rPr>
        <w:t xml:space="preserve">by men from shore to shore,</w:t>
      </w:r>
      <w:r>
        <w:br/>
      </w:r>
      <w:r>
        <w:t xml:space="preserve">    (a) intensely disliked</w:t>
      </w:r>
      <w:r>
        <w:br/>
      </w:r>
      <w:r>
        <w:t xml:space="preserve">    (b) intensely loved</w:t>
      </w:r>
      <w:r>
        <w:br/>
      </w:r>
      <w:r>
        <w:t xml:space="preserve">    (c) intensely envied</w:t>
      </w:r>
    </w:p>
    <w:p>
      <w:pPr>
        <w:pStyle w:val="Compact"/>
        <w:numPr>
          <w:ilvl w:val="0"/>
          <w:numId w:val="1001"/>
        </w:numPr>
      </w:pPr>
      <w:r>
        <w:rPr>
          <w:b/>
          <w:bCs/>
        </w:rPr>
        <w:t xml:space="preserve">Not a speck of light is showing, So the danger must be growing, For the rowers keep on rowing, And they're certainly not showing Any signs that they are slowing ....' 'He's gone off his rocker!' shouted one of the fathers,</w:t>
      </w:r>
      <w:r>
        <w:rPr>
          <w:b/>
          <w:bCs/>
        </w:rPr>
        <w:t xml:space="preserve"> </w:t>
      </w:r>
      <w:r>
        <w:rPr>
          <w:b/>
          <w:bCs/>
          <w:u w:val="single"/>
        </w:rPr>
        <w:t xml:space="preserve">aghast</w:t>
      </w:r>
      <w:r>
        <w:rPr>
          <w:b/>
          <w:bCs/>
        </w:rPr>
        <w:t xml:space="preserve">, and the other parents joined in the chorus of frightened shouting.</w:t>
      </w:r>
      <w:r>
        <w:br/>
      </w:r>
      <w:r>
        <w:t xml:space="preserve">    (a) shocked with feelings of surprise and dismay</w:t>
      </w:r>
      <w:r>
        <w:br/>
      </w:r>
      <w:r>
        <w:t xml:space="preserve">    (b) annoyed or irritated beyond endurance</w:t>
      </w:r>
      <w:r>
        <w:br/>
      </w:r>
      <w:r>
        <w:t xml:space="preserve">    (c) deeply concerned with feelings of grief or dismay</w:t>
      </w:r>
    </w:p>
    <w:p>
      <w:pPr>
        <w:pStyle w:val="Compact"/>
        <w:numPr>
          <w:ilvl w:val="0"/>
          <w:numId w:val="1001"/>
        </w:numPr>
      </w:pPr>
      <w:r>
        <w:rPr>
          <w:b/>
          <w:bCs/>
        </w:rPr>
        <w:t xml:space="preserve">"I want the gum!" Violet said</w:t>
      </w:r>
      <w:r>
        <w:rPr>
          <w:b/>
          <w:bCs/>
        </w:rPr>
        <w:t xml:space="preserve"> </w:t>
      </w:r>
      <w:r>
        <w:rPr>
          <w:b/>
          <w:bCs/>
          <w:u w:val="single"/>
        </w:rPr>
        <w:t xml:space="preserve">obstinately</w:t>
      </w:r>
      <w:r>
        <w:rPr>
          <w:b/>
          <w:bCs/>
        </w:rPr>
        <w:t xml:space="preserve">.</w:t>
      </w:r>
      <w:r>
        <w:br/>
      </w:r>
      <w:r>
        <w:t xml:space="preserve">    (a) in an artificial manner to make an impression</w:t>
      </w:r>
      <w:r>
        <w:br/>
      </w:r>
      <w:r>
        <w:t xml:space="preserve">    (b) to almost be so, but not so strictly speaking</w:t>
      </w:r>
      <w:r>
        <w:br/>
      </w:r>
      <w:r>
        <w:t xml:space="preserve">    (c) stubbornly</w:t>
      </w:r>
    </w:p>
    <w:p>
      <w:pPr>
        <w:pStyle w:val="Compact"/>
        <w:numPr>
          <w:ilvl w:val="0"/>
          <w:numId w:val="1001"/>
        </w:numPr>
      </w:pPr>
      <w:r>
        <w:rPr>
          <w:b/>
          <w:bCs/>
          <w:u w:val="single"/>
        </w:rPr>
        <w:t xml:space="preserve">Therefore</w:t>
      </w:r>
      <w:r>
        <w:rPr>
          <w:b/>
          <w:bCs/>
        </w:rPr>
        <w:t xml:space="preserve"> </w:t>
      </w:r>
      <w:r>
        <w:rPr>
          <w:b/>
          <w:bCs/>
        </w:rPr>
        <w:t xml:space="preserve">I have to have squirrels to do the job.</w:t>
      </w:r>
      <w:r>
        <w:br/>
      </w:r>
      <w:r>
        <w:t xml:space="preserve">    (a) for that reason</w:t>
      </w:r>
      <w:r>
        <w:br/>
      </w:r>
      <w:r>
        <w:t xml:space="preserve">    (b) from another point of view</w:t>
      </w:r>
      <w:r>
        <w:br/>
      </w:r>
      <w:r>
        <w:t xml:space="preserve">    (c) in addition to what was just said</w:t>
      </w:r>
    </w:p>
    <w:p>
      <w:pPr>
        <w:pStyle w:val="Compact"/>
        <w:numPr>
          <w:ilvl w:val="0"/>
          <w:numId w:val="1001"/>
        </w:numPr>
      </w:pPr>
      <w:r>
        <w:rPr>
          <w:b/>
          <w:bCs/>
        </w:rPr>
        <w:t xml:space="preserve">Down goes Veruca! Down the drain!</w:t>
      </w:r>
      <w:r>
        <w:br/>
      </w:r>
      <w:r>
        <w:rPr>
          <w:b/>
          <w:bCs/>
        </w:rPr>
        <w:t xml:space="preserve">And here, perhaps, we should explain</w:t>
      </w:r>
      <w:r>
        <w:br/>
      </w:r>
      <w:r>
        <w:rPr>
          <w:b/>
          <w:bCs/>
        </w:rPr>
        <w:t xml:space="preserve">That she will meet, as she</w:t>
      </w:r>
      <w:r>
        <w:rPr>
          <w:b/>
          <w:bCs/>
        </w:rPr>
        <w:t xml:space="preserve"> </w:t>
      </w:r>
      <w:r>
        <w:rPr>
          <w:b/>
          <w:bCs/>
          <w:u w:val="single"/>
        </w:rPr>
        <w:t xml:space="preserve">descends</w:t>
      </w:r>
      <w:r>
        <w:rPr>
          <w:b/>
          <w:bCs/>
        </w:rPr>
        <w:t xml:space="preserve">,</w:t>
      </w:r>
      <w:r>
        <w:br/>
      </w:r>
      <w:r>
        <w:rPr>
          <w:b/>
          <w:bCs/>
        </w:rPr>
        <w:t xml:space="preserve">A rather different set of friends</w:t>
      </w:r>
      <w:r>
        <w:br/>
      </w:r>
      <w:r>
        <w:t xml:space="preserve">    (a) comes out of, or appears</w:t>
      </w:r>
      <w:r>
        <w:br/>
      </w:r>
      <w:r>
        <w:t xml:space="preserve">    (b) moves up again</w:t>
      </w:r>
      <w:r>
        <w:br/>
      </w:r>
      <w:r>
        <w:t xml:space="preserve">    (c) moves downward</w:t>
      </w:r>
    </w:p>
    <w:p>
      <w:pPr>
        <w:pStyle w:val="Compact"/>
        <w:numPr>
          <w:ilvl w:val="0"/>
          <w:numId w:val="1001"/>
        </w:numPr>
      </w:pPr>
      <w:r>
        <w:rPr>
          <w:b/>
          <w:bCs/>
          <w:u w:val="single"/>
        </w:rPr>
        <w:t xml:space="preserve">luminous</w:t>
      </w:r>
      <w:r>
        <w:rPr>
          <w:b/>
          <w:bCs/>
        </w:rPr>
        <w:t xml:space="preserve"> </w:t>
      </w:r>
      <w:r>
        <w:rPr>
          <w:b/>
          <w:bCs/>
        </w:rPr>
        <w:t xml:space="preserve">lollies for eating in bed at night.</w:t>
      </w:r>
      <w:r>
        <w:br/>
      </w:r>
      <w:r>
        <w:t xml:space="preserve">    (a) softly bright</w:t>
      </w:r>
      <w:r>
        <w:br/>
      </w:r>
      <w:r>
        <w:t xml:space="preserve">    (b) relating to one-sided information that is purposefully spread to influence opinions</w:t>
      </w:r>
      <w:r>
        <w:br/>
      </w:r>
      <w:r>
        <w:t xml:space="preserve">    (c) able to be persuaded to do something by tempting with pleasure or something desired</w:t>
      </w:r>
    </w:p>
    <w:p>
      <w:pPr>
        <w:pStyle w:val="Compact"/>
        <w:numPr>
          <w:ilvl w:val="0"/>
          <w:numId w:val="1001"/>
        </w:numPr>
      </w:pPr>
      <w:r>
        <w:rPr>
          <w:b/>
          <w:bCs/>
        </w:rPr>
        <w:t xml:space="preserve">They sit and stare and stare and sit</w:t>
      </w:r>
      <w:r>
        <w:br/>
      </w:r>
      <w:r>
        <w:rPr>
          <w:b/>
          <w:bCs/>
        </w:rPr>
        <w:t xml:space="preserve">Until they're</w:t>
      </w:r>
      <w:r>
        <w:rPr>
          <w:b/>
          <w:bCs/>
        </w:rPr>
        <w:t xml:space="preserve"> </w:t>
      </w:r>
      <w:r>
        <w:rPr>
          <w:b/>
          <w:bCs/>
          <w:u w:val="single"/>
        </w:rPr>
        <w:t xml:space="preserve">hypnotized</w:t>
      </w:r>
      <w:r>
        <w:rPr>
          <w:b/>
          <w:bCs/>
        </w:rPr>
        <w:t xml:space="preserve"> </w:t>
      </w:r>
      <w:r>
        <w:rPr>
          <w:b/>
          <w:bCs/>
        </w:rPr>
        <w:t xml:space="preserve">by it,</w:t>
      </w:r>
      <w:r>
        <w:br/>
      </w:r>
      <w:r>
        <w:t xml:space="preserve">    (a) changed the direction of a light wave (or other wave) by passing an opaque edge or narrow opening</w:t>
      </w:r>
      <w:r>
        <w:br/>
      </w:r>
      <w:r>
        <w:t xml:space="preserve">    (b) made a rough calculation or judgment that something would be greater or more extreme than it was</w:t>
      </w:r>
      <w:r>
        <w:br/>
      </w:r>
      <w:r>
        <w:t xml:space="preserve">    (c) fascinated so much they lose awareness of other things around them</w:t>
      </w:r>
    </w:p>
    <w:p>
      <w:pPr>
        <w:pStyle w:val="Compact"/>
        <w:numPr>
          <w:ilvl w:val="0"/>
          <w:numId w:val="1001"/>
        </w:numPr>
      </w:pPr>
      <w:r>
        <w:rPr>
          <w:b/>
          <w:bCs/>
        </w:rPr>
        <w:t xml:space="preserve">"You mustn't</w:t>
      </w:r>
      <w:r>
        <w:rPr>
          <w:b/>
          <w:bCs/>
        </w:rPr>
        <w:t xml:space="preserve"> </w:t>
      </w:r>
      <w:r>
        <w:rPr>
          <w:b/>
          <w:bCs/>
          <w:u w:val="single"/>
        </w:rPr>
        <w:t xml:space="preserve">despair</w:t>
      </w:r>
      <w:r>
        <w:rPr>
          <w:b/>
          <w:bCs/>
        </w:rPr>
        <w:t xml:space="preserve">!" cried Mr Wonka. "Nothing is impossible!"</w:t>
      </w:r>
      <w:r>
        <w:br/>
      </w:r>
      <w:r>
        <w:t xml:space="preserve">    (a) be annoyed</w:t>
      </w:r>
      <w:r>
        <w:br/>
      </w:r>
      <w:r>
        <w:t xml:space="preserve">    (b) leave</w:t>
      </w:r>
      <w:r>
        <w:br/>
      </w:r>
      <w:r>
        <w:t xml:space="preserve">    (c) give up hope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2026-07-31T15:10:08Z</dcterms:created>
  <dcterms:modified xsi:type="dcterms:W3CDTF">2026-07-31T15:10:08Z</dcterms:modified>
</cp:coreProperties>
</file>

<file path=docProps/custom.xml><?xml version="1.0" encoding="utf-8"?>
<Properties xmlns="http://schemas.openxmlformats.org/officeDocument/2006/custom-properties" xmlns:vt="http://schemas.openxmlformats.org/officeDocument/2006/docPropsVTypes"/>
</file>