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62f78c13248efa47d773673b7ea51ea04a0abb"/>
    <w:p>
      <w:pPr>
        <w:pStyle w:val="Heading1"/>
      </w:pPr>
      <w:r>
        <w:rPr>
          <w:b/>
          <w:bCs/>
        </w:rPr>
        <w:t xml:space="preserve">Change of Heart</w:t>
      </w:r>
      <w:r>
        <w:br/>
      </w:r>
      <w:r>
        <w:rPr>
          <w:i/>
          <w:iCs/>
        </w:rPr>
        <w:t xml:space="preserve">Jodi Picoult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known for her kindness, compassion,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altruism</w:t>
      </w:r>
      <w:r>
        <w:rPr>
          <w:b/>
          <w:bCs/>
        </w:rPr>
        <w:t xml:space="preserve">.</w:t>
      </w:r>
      <w:r>
        <w:br/>
      </w:r>
      <w:r>
        <w:t xml:space="preserve">    (a) selflessness</w:t>
      </w:r>
      <w:r>
        <w:br/>
      </w:r>
      <w:r>
        <w:t xml:space="preserve">    (b) politeness</w:t>
      </w:r>
      <w:r>
        <w:br/>
      </w:r>
      <w:r>
        <w:t xml:space="preserve">    (c) cheerfulness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Twenty states filed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amicus brief</w:t>
      </w:r>
      <w:r>
        <w:rPr>
          <w:b/>
          <w:bCs/>
        </w:rPr>
        <w:t xml:space="preserve">.</w:t>
      </w:r>
      <w:r>
        <w:br/>
      </w:r>
      <w:r>
        <w:t xml:space="preserve">    (a) outside legal opinion</w:t>
      </w:r>
      <w:r>
        <w:br/>
      </w:r>
      <w:r>
        <w:t xml:space="preserve">    (b) gains advantage from</w:t>
      </w:r>
      <w:r>
        <w:br/>
      </w:r>
      <w:r>
        <w:t xml:space="preserve">    (c) gained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kept me waiting an hour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anteroom</w:t>
      </w:r>
      <w:r>
        <w:rPr>
          <w:b/>
          <w:bCs/>
        </w:rPr>
        <w:t xml:space="preserve"> </w:t>
      </w:r>
      <w:r>
        <w:rPr>
          <w:b/>
          <w:bCs/>
        </w:rPr>
        <w:t xml:space="preserve">for my long-scheduled ten-minute appointment.</w:t>
      </w:r>
      <w:r>
        <w:br/>
      </w:r>
      <w:r>
        <w:t xml:space="preserve">    (a) a house or shelter in which someone lives</w:t>
      </w:r>
      <w:r>
        <w:br/>
      </w:r>
      <w:r>
        <w:t xml:space="preserve">    (b) the residence of a religious community</w:t>
      </w:r>
      <w:r>
        <w:br/>
      </w:r>
      <w:r>
        <w:t xml:space="preserve">    (c) a room leading to a larger or more important room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Functional magnetic resonance imaging may permit distinguishing between patients suffering from depression and those suffering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bipolar disorder</w:t>
      </w:r>
      <w:r>
        <w:rPr>
          <w:b/>
          <w:bCs/>
        </w:rPr>
        <w:t xml:space="preserve">.</w:t>
      </w:r>
      <w:r>
        <w:br/>
      </w:r>
      <w:r>
        <w:t xml:space="preserve">    (a) a mental disorder with alternating episodes of depression and elation</w:t>
      </w:r>
      <w:r>
        <w:br/>
      </w:r>
      <w:r>
        <w:t xml:space="preserve">    (b) a mental disorder in which contact with reality is lost or highly distorted</w:t>
      </w:r>
      <w:r>
        <w:br/>
      </w:r>
      <w:r>
        <w:t xml:space="preserve">    (c) a mental disorder most commonly associated with undeveloped social abilities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results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, proving the medicine was effective.</w:t>
      </w:r>
      <w:r>
        <w:br/>
      </w:r>
      <w:r>
        <w:t xml:space="preserve">    (a) early (and uncertain)</w:t>
      </w:r>
      <w:r>
        <w:br/>
      </w:r>
      <w:r>
        <w:t xml:space="preserve">    (b) definite (leaving no doubt)</w:t>
      </w:r>
      <w:r>
        <w:br/>
      </w:r>
      <w:r>
        <w:t xml:space="preserve">    (c) possible (but unproven)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such behavior.</w:t>
      </w:r>
      <w:r>
        <w:br/>
      </w:r>
      <w:r>
        <w:t xml:space="preserve">    (a) approve of</w:t>
      </w:r>
      <w:r>
        <w:br/>
      </w:r>
      <w:r>
        <w:t xml:space="preserve">    (b) insure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difficult for ex-</w:t>
      </w:r>
      <w:r>
        <w:rPr>
          <w:b/>
          <w:bCs/>
          <w:u w:val="single"/>
        </w:rPr>
        <w:t xml:space="preserve">felons</w:t>
      </w:r>
      <w:r>
        <w:rPr>
          <w:b/>
          <w:bCs/>
        </w:rPr>
        <w:t xml:space="preserve"> </w:t>
      </w:r>
      <w:r>
        <w:rPr>
          <w:b/>
          <w:bCs/>
        </w:rPr>
        <w:t xml:space="preserve">to find work.</w:t>
      </w:r>
      <w:r>
        <w:br/>
      </w:r>
      <w:r>
        <w:t xml:space="preserve">    (a) people with unpopular opinions</w:t>
      </w:r>
      <w:r>
        <w:br/>
      </w:r>
      <w:r>
        <w:t xml:space="preserve">    (b) people who lost their jobs</w:t>
      </w:r>
      <w:r>
        <w:br/>
      </w:r>
      <w:r>
        <w:t xml:space="preserve">    (c) people convicted of serious crimes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production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fiasco</w:t>
      </w:r>
      <w:r>
        <w:rPr>
          <w:b/>
          <w:bCs/>
        </w:rPr>
        <w:t xml:space="preserve">.</w:t>
      </w:r>
      <w:r>
        <w:br/>
      </w:r>
      <w:r>
        <w:t xml:space="preserve">    (a) challenge</w:t>
      </w:r>
      <w:r>
        <w:br/>
      </w:r>
      <w:r>
        <w:t xml:space="preserve">    (b) success</w:t>
      </w:r>
      <w:r>
        <w:br/>
      </w:r>
      <w:r>
        <w:t xml:space="preserve">    (c) failure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runners followed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linear</w:t>
      </w:r>
      <w:r>
        <w:rPr>
          <w:b/>
          <w:bCs/>
        </w:rPr>
        <w:t xml:space="preserve"> </w:t>
      </w:r>
      <w:r>
        <w:rPr>
          <w:b/>
          <w:bCs/>
        </w:rPr>
        <w:t xml:space="preserve">course along the river, with no sharp turns or detours.</w:t>
      </w:r>
      <w:r>
        <w:br/>
      </w:r>
      <w:r>
        <w:t xml:space="preserve">    (a) straight</w:t>
      </w:r>
      <w:r>
        <w:br/>
      </w:r>
      <w:r>
        <w:t xml:space="preserve">    (b) scenic</w:t>
      </w:r>
      <w:r>
        <w:br/>
      </w:r>
      <w:r>
        <w:t xml:space="preserve">    (c) muddy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income taxes were cut,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loopholes</w:t>
      </w:r>
      <w:r>
        <w:rPr>
          <w:b/>
          <w:bCs/>
        </w:rPr>
        <w:t xml:space="preserve"> </w:t>
      </w:r>
      <w:r>
        <w:rPr>
          <w:b/>
          <w:bCs/>
        </w:rPr>
        <w:t xml:space="preserve">were also closed.</w:t>
      </w:r>
      <w:r>
        <w:br/>
      </w:r>
      <w:r>
        <w:t xml:space="preserve">    (a) exceptions to obligations</w:t>
      </w:r>
      <w:r>
        <w:br/>
      </w:r>
      <w:r>
        <w:t xml:space="preserve">    (b) local offices</w:t>
      </w:r>
      <w:r>
        <w:br/>
      </w:r>
      <w:r>
        <w:t xml:space="preserve">    (c) differences in tax rates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macabre</w:t>
      </w:r>
      <w:r>
        <w:rPr>
          <w:b/>
          <w:bCs/>
        </w:rPr>
        <w:t xml:space="preserve"> </w:t>
      </w:r>
      <w:r>
        <w:rPr>
          <w:b/>
          <w:bCs/>
        </w:rPr>
        <w:t xml:space="preserve">ending, with ghosts gathering beside the grave.</w:t>
      </w:r>
      <w:r>
        <w:br/>
      </w:r>
      <w:r>
        <w:t xml:space="preserve">    (a) grim and death-related</w:t>
      </w:r>
      <w:r>
        <w:br/>
      </w:r>
      <w:r>
        <w:t xml:space="preserve">    (b) cheerful and playful</w:t>
      </w:r>
      <w:r>
        <w:br/>
      </w:r>
      <w:r>
        <w:t xml:space="preserve">    (c) plain and realistic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monetary</w:t>
      </w:r>
      <w:r>
        <w:rPr>
          <w:b/>
          <w:bCs/>
        </w:rPr>
        <w:t xml:space="preserve"> </w:t>
      </w:r>
      <w:r>
        <w:rPr>
          <w:b/>
          <w:bCs/>
        </w:rPr>
        <w:t xml:space="preserve">value of the brooch does not reflect its sentimental value to me.</w:t>
      </w:r>
      <w:r>
        <w:br/>
      </w:r>
      <w:r>
        <w:t xml:space="preserve">    (a) low</w:t>
      </w:r>
      <w:r>
        <w:br/>
      </w:r>
      <w:r>
        <w:t xml:space="preserve">    (b) money</w:t>
      </w:r>
      <w:r>
        <w:br/>
      </w:r>
      <w:r>
        <w:t xml:space="preserve">    (c) auction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for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omission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list of planned expenses.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missing item</w:t>
      </w:r>
      <w:r>
        <w:br/>
      </w:r>
      <w:r>
        <w:t xml:space="preserve">    (c) an impressive country house (or castle) in France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Scientists are trying to understand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primordial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conditions of the universe by studying cosmic background radiation.</w:t>
      </w:r>
      <w:r>
        <w:br/>
      </w:r>
      <w:r>
        <w:t xml:space="preserve">    (a) world as described by physics</w:t>
      </w:r>
      <w:r>
        <w:br/>
      </w:r>
      <w:r>
        <w:t xml:space="preserve">    (b) highly complex</w:t>
      </w:r>
      <w:r>
        <w:br/>
      </w:r>
      <w:r>
        <w:t xml:space="preserve">    (c) from the earliest days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Spirometry (measuring breathing capacity) is the most common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pulmonary</w:t>
      </w:r>
      <w:r>
        <w:rPr>
          <w:b/>
          <w:bCs/>
        </w:rPr>
        <w:t xml:space="preserve"> </w:t>
      </w:r>
      <w:r>
        <w:rPr>
          <w:b/>
          <w:bCs/>
        </w:rPr>
        <w:t xml:space="preserve">function tests.</w:t>
      </w:r>
      <w:r>
        <w:br/>
      </w:r>
      <w:r>
        <w:t xml:space="preserve">    (a) relating to the skin</w:t>
      </w:r>
      <w:r>
        <w:br/>
      </w:r>
      <w:r>
        <w:t xml:space="preserve">    (b) relating to the lungs</w:t>
      </w:r>
      <w:r>
        <w:br/>
      </w:r>
      <w:r>
        <w:t xml:space="preserve">    (c) relating to the bones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merger, they concluded the office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.</w:t>
      </w:r>
      <w:r>
        <w:br/>
      </w:r>
      <w:r>
        <w:t xml:space="preserve">    (a) less than what is required</w:t>
      </w:r>
      <w:r>
        <w:br/>
      </w:r>
      <w:r>
        <w:t xml:space="preserve">    (b) more than is needed or desired</w:t>
      </w:r>
      <w:r>
        <w:br/>
      </w:r>
      <w:r>
        <w:t xml:space="preserve">    (c) exactly fitting requirements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says she's the candidate to change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status quo</w:t>
      </w:r>
      <w:r>
        <w:rPr>
          <w:b/>
          <w:bCs/>
        </w:rPr>
        <w:t xml:space="preserve">.</w:t>
      </w:r>
      <w:r>
        <w:br/>
      </w:r>
      <w:r>
        <w:t xml:space="preserve">    (a) existing state of affairs</w:t>
      </w:r>
      <w:r>
        <w:br/>
      </w:r>
      <w:r>
        <w:t xml:space="preserve">    (b) status of immigrants</w:t>
      </w:r>
      <w:r>
        <w:br/>
      </w:r>
      <w:r>
        <w:t xml:space="preserve">    (c) social safety net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central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</w:t>
      </w:r>
      <w:r>
        <w:rPr>
          <w:b/>
          <w:bCs/>
        </w:rPr>
        <w:t xml:space="preserve"> </w:t>
      </w:r>
      <w:r>
        <w:rPr>
          <w:b/>
          <w:bCs/>
        </w:rPr>
        <w:t xml:space="preserve">of the religion is non-violence and respect of all forms of life.</w:t>
      </w:r>
      <w:r>
        <w:br/>
      </w:r>
      <w:r>
        <w:t xml:space="preserve">    (a) simplified idea</w:t>
      </w:r>
      <w:r>
        <w:br/>
      </w:r>
      <w:r>
        <w:t xml:space="preserve">    (b) opposing idea</w:t>
      </w:r>
      <w:r>
        <w:br/>
      </w:r>
      <w:r>
        <w:t xml:space="preserve">    (c) principle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Police used to be allowed to use their discretion in deciding whether to arrest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.</w:t>
      </w:r>
      <w:r>
        <w:br/>
      </w:r>
      <w:r>
        <w:t xml:space="preserve">    (a) someone who is visiting from out-of-town</w:t>
      </w:r>
      <w:r>
        <w:br/>
      </w:r>
      <w:r>
        <w:t xml:space="preserve">    (b) impoverished person without a home or job</w:t>
      </w:r>
      <w:r>
        <w:br/>
      </w:r>
      <w:r>
        <w:t xml:space="preserve">    (c) person who used recreational drugs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people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venerate</w:t>
      </w:r>
      <w:r>
        <w:rPr>
          <w:b/>
          <w:bCs/>
        </w:rPr>
        <w:t xml:space="preserve"> </w:t>
      </w:r>
      <w:r>
        <w:rPr>
          <w:b/>
          <w:bCs/>
        </w:rPr>
        <w:t xml:space="preserve">leaders who devoted their lives to justice.</w:t>
      </w:r>
      <w:r>
        <w:br/>
      </w:r>
      <w:r>
        <w:t xml:space="preserve">    (a) quietly question</w:t>
      </w:r>
      <w:r>
        <w:br/>
      </w:r>
      <w:r>
        <w:t xml:space="preserve">    (b) openly avoid</w:t>
      </w:r>
      <w:r>
        <w:br/>
      </w:r>
      <w:r>
        <w:t xml:space="preserve">    (c) deeply respect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2026-07-31T16:48:56Z</dcterms:created>
  <dcterms:modified xsi:type="dcterms:W3CDTF">2026-07-31T16:48:56Z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