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a145af847470cc9ce12b2c739dfa8679384ba39"/>
    <w:p>
      <w:pPr>
        <w:pStyle w:val="Heading1"/>
      </w:pPr>
      <w:r>
        <w:rPr>
          <w:b/>
          <w:bCs/>
        </w:rPr>
        <w:t xml:space="preserve">Change of Heart</w:t>
      </w:r>
      <w:r>
        <w:br/>
      </w:r>
      <w:r>
        <w:rPr>
          <w:i/>
          <w:iCs/>
        </w:rPr>
        <w:t xml:space="preserve">Jodi Picoult</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This</w:t>
      </w:r>
      <w:r>
        <w:rPr>
          <w:b/>
          <w:bCs/>
        </w:rPr>
        <w:t xml:space="preserve"> </w:t>
      </w:r>
      <w:r>
        <w:rPr>
          <w:b/>
          <w:bCs/>
          <w:u w:val="single"/>
        </w:rPr>
        <w:t xml:space="preserve">defendant</w:t>
      </w:r>
      <w:r>
        <w:rPr>
          <w:b/>
          <w:bCs/>
        </w:rPr>
        <w:t xml:space="preserve"> </w:t>
      </w:r>
      <w:r>
        <w:rPr>
          <w:b/>
          <w:bCs/>
        </w:rPr>
        <w:t xml:space="preserve">was small and delicately proportioned—the kind of guy who grew up being the punch line to high school jokes.</w:t>
      </w:r>
      <w:r>
        <w:br/>
      </w:r>
      <w:r>
        <w:t xml:space="preserve">    (a) soft leather shoe traditionally worn by Native Americans</w:t>
      </w:r>
      <w:r>
        <w:br/>
      </w:r>
      <w:r>
        <w:t xml:space="preserve">    (b) belief or opinion formed by viewing things a certain way</w:t>
      </w:r>
      <w:r>
        <w:br/>
      </w:r>
      <w:r>
        <w:t xml:space="preserve">    (c) a person or institution legally accused or sued in court</w:t>
      </w:r>
    </w:p>
    <w:p>
      <w:pPr>
        <w:pStyle w:val="Compact"/>
        <w:numPr>
          <w:ilvl w:val="0"/>
          <w:numId w:val="1001"/>
        </w:numPr>
      </w:pPr>
      <w:r>
        <w:rPr>
          <w:b/>
          <w:bCs/>
        </w:rPr>
        <w:t xml:space="preserve">At the start of the</w:t>
      </w:r>
      <w:r>
        <w:rPr>
          <w:b/>
          <w:bCs/>
        </w:rPr>
        <w:t xml:space="preserve"> </w:t>
      </w:r>
      <w:r>
        <w:rPr>
          <w:b/>
          <w:bCs/>
          <w:u w:val="single"/>
        </w:rPr>
        <w:t xml:space="preserve">testimony</w:t>
      </w:r>
      <w:r>
        <w:rPr>
          <w:b/>
          <w:bCs/>
        </w:rPr>
        <w:t xml:space="preserve">, the judge had given us nearly an hour's worth of verbal instructions.</w:t>
      </w:r>
      <w:r>
        <w:br/>
      </w:r>
      <w:r>
        <w:t xml:space="preserve">    (a) something that serves as evidence -- especially a statement at a trial or hearing</w:t>
      </w:r>
      <w:r>
        <w:br/>
      </w:r>
      <w:r>
        <w:t xml:space="preserve">    (b) an atom that has acquired an electrical charge by the loss or gain of an electron</w:t>
      </w:r>
      <w:r>
        <w:br/>
      </w:r>
      <w:r>
        <w:t xml:space="preserve">    (c) an organ attached to the wall of the uterus to nourish the fetus during pregnancy</w:t>
      </w:r>
    </w:p>
    <w:p>
      <w:pPr>
        <w:pStyle w:val="Compact"/>
        <w:numPr>
          <w:ilvl w:val="0"/>
          <w:numId w:val="1001"/>
        </w:numPr>
      </w:pPr>
      <w:r>
        <w:rPr>
          <w:b/>
          <w:bCs/>
        </w:rPr>
        <w:t xml:space="preserve">Because A + B—the</w:t>
      </w:r>
      <w:r>
        <w:rPr>
          <w:b/>
          <w:bCs/>
        </w:rPr>
        <w:t xml:space="preserve"> </w:t>
      </w:r>
      <w:r>
        <w:rPr>
          <w:b/>
          <w:bCs/>
          <w:u w:val="single"/>
        </w:rPr>
        <w:t xml:space="preserve">factors</w:t>
      </w:r>
      <w:r>
        <w:rPr>
          <w:b/>
          <w:bCs/>
        </w:rPr>
        <w:t xml:space="preserve"> </w:t>
      </w:r>
      <w:r>
        <w:rPr>
          <w:b/>
          <w:bCs/>
        </w:rPr>
        <w:t xml:space="preserve">that had led to the deaths of Kurt and Eliza beth Nealon—would always be greater than C. You couldn't bring them back, and there was no sob story in the world big enough to erase that truth.</w:t>
      </w:r>
      <w:r>
        <w:br/>
      </w:r>
      <w:r>
        <w:t xml:space="preserve">    (a) People who are of lower rank or status</w:t>
      </w:r>
      <w:r>
        <w:br/>
      </w:r>
      <w:r>
        <w:t xml:space="preserve">    (b) things that affect a result or outcome</w:t>
      </w:r>
      <w:r>
        <w:br/>
      </w:r>
      <w:r>
        <w:t xml:space="preserve">    (c) theories on the origin of the universe</w:t>
      </w:r>
    </w:p>
    <w:p>
      <w:pPr>
        <w:pStyle w:val="Compact"/>
        <w:numPr>
          <w:ilvl w:val="0"/>
          <w:numId w:val="1001"/>
        </w:numPr>
      </w:pPr>
      <w:r>
        <w:rPr>
          <w:b/>
          <w:bCs/>
        </w:rPr>
        <w:t xml:space="preserve">It's said to be cheaper to execute a man than to keep him in prison for life—but in fact, when you</w:t>
      </w:r>
      <w:r>
        <w:rPr>
          <w:b/>
          <w:bCs/>
        </w:rPr>
        <w:t xml:space="preserve"> </w:t>
      </w:r>
      <w:r>
        <w:rPr>
          <w:b/>
          <w:bCs/>
          <w:u w:val="single"/>
        </w:rPr>
        <w:t xml:space="preserve">factor</w:t>
      </w:r>
      <w:r>
        <w:rPr>
          <w:b/>
          <w:bCs/>
        </w:rPr>
        <w:t xml:space="preserve"> </w:t>
      </w:r>
      <w:r>
        <w:rPr>
          <w:b/>
          <w:bCs/>
        </w:rPr>
        <w:t xml:space="preserve">in the cost of eleven years of appeals, paid for with public funds, it costs about a third more to execute a prisoner than to sentence him to life in prison.</w:t>
      </w:r>
      <w:r>
        <w:br/>
      </w:r>
      <w:r>
        <w:t xml:space="preserve">    (a) make nervous or confused</w:t>
      </w:r>
      <w:r>
        <w:br/>
      </w:r>
      <w:r>
        <w:t xml:space="preserve">    (b) include consideration of (for the affect on a result or outcome)</w:t>
      </w:r>
      <w:r>
        <w:br/>
      </w:r>
      <w:r>
        <w:t xml:space="preserve">    (c) struggle or disagreement</w:t>
      </w:r>
    </w:p>
    <w:p>
      <w:pPr>
        <w:pStyle w:val="Compact"/>
        <w:numPr>
          <w:ilvl w:val="0"/>
          <w:numId w:val="1001"/>
        </w:numPr>
      </w:pPr>
      <w:r>
        <w:rPr>
          <w:b/>
          <w:bCs/>
        </w:rPr>
        <w:t xml:space="preserve">Hannah Smythe was the first baby I</w:t>
      </w:r>
      <w:r>
        <w:rPr>
          <w:b/>
          <w:bCs/>
        </w:rPr>
        <w:t xml:space="preserve"> </w:t>
      </w:r>
      <w:r>
        <w:rPr>
          <w:b/>
          <w:bCs/>
          <w:u w:val="single"/>
        </w:rPr>
        <w:t xml:space="preserve">baptized</w:t>
      </w:r>
      <w:r>
        <w:rPr>
          <w:b/>
          <w:bCs/>
        </w:rPr>
        <w:t xml:space="preserve"> </w:t>
      </w:r>
      <w:r>
        <w:rPr>
          <w:b/>
          <w:bCs/>
        </w:rPr>
        <w:t xml:space="preserve">at St. Catherine's.</w:t>
      </w:r>
      <w:r>
        <w:br/>
      </w:r>
      <w:r>
        <w:t xml:space="preserve">    (a) "spiritually renewed" in a Christian ceremony  OR  initiated or purified by a challenging experience</w:t>
      </w:r>
      <w:r>
        <w:br/>
      </w:r>
      <w:r>
        <w:t xml:space="preserve">    (b) directed energy from a negative (unacceptable) impulse or urge into a positive or acceptable action</w:t>
      </w:r>
      <w:r>
        <w:br/>
      </w:r>
      <w:r>
        <w:t xml:space="preserve">    (c) expressed personal artistic ideas or feelings while performing (or performing to) someone else's work</w:t>
      </w:r>
    </w:p>
    <w:p>
      <w:pPr>
        <w:pStyle w:val="Compact"/>
        <w:numPr>
          <w:ilvl w:val="0"/>
          <w:numId w:val="1001"/>
        </w:numPr>
      </w:pPr>
      <w:r>
        <w:rPr>
          <w:b/>
          <w:bCs/>
        </w:rPr>
        <w:t xml:space="preserve">Lucius When Shay Bourne returned to I-tier after three days in the hospital</w:t>
      </w:r>
      <w:r>
        <w:rPr>
          <w:b/>
          <w:bCs/>
        </w:rPr>
        <w:t xml:space="preserve"> </w:t>
      </w:r>
      <w:r>
        <w:rPr>
          <w:b/>
          <w:bCs/>
          <w:u w:val="single"/>
        </w:rPr>
        <w:t xml:space="preserve">infirmary</w:t>
      </w:r>
      <w:r>
        <w:rPr>
          <w:b/>
          <w:bCs/>
        </w:rPr>
        <w:t xml:space="preserve">, he was a man with a mission.</w:t>
      </w:r>
      <w:r>
        <w:br/>
      </w:r>
      <w:r>
        <w:t xml:space="preserve">    (a) a state in which there is little ability to think</w:t>
      </w:r>
      <w:r>
        <w:br/>
      </w:r>
      <w:r>
        <w:t xml:space="preserve">    (b) people who do not believe in the existence of god</w:t>
      </w:r>
      <w:r>
        <w:br/>
      </w:r>
      <w:r>
        <w:t xml:space="preserve">    (c) a small facility where patients receive treatment</w:t>
      </w:r>
    </w:p>
    <w:p>
      <w:pPr>
        <w:pStyle w:val="Compact"/>
        <w:numPr>
          <w:ilvl w:val="0"/>
          <w:numId w:val="1001"/>
        </w:numPr>
      </w:pPr>
      <w:r>
        <w:rPr>
          <w:b/>
          <w:bCs/>
        </w:rPr>
        <w:t xml:space="preserve">I</w:t>
      </w:r>
      <w:r>
        <w:rPr>
          <w:b/>
          <w:bCs/>
        </w:rPr>
        <w:t xml:space="preserve"> </w:t>
      </w:r>
      <w:r>
        <w:rPr>
          <w:b/>
          <w:bCs/>
          <w:u w:val="single"/>
        </w:rPr>
        <w:t xml:space="preserve">scrutinized</w:t>
      </w:r>
      <w:r>
        <w:rPr>
          <w:b/>
          <w:bCs/>
        </w:rPr>
        <w:t xml:space="preserve"> </w:t>
      </w:r>
      <w:r>
        <w:rPr>
          <w:b/>
          <w:bCs/>
        </w:rPr>
        <w:t xml:space="preserve">the mental chessboard I'd been tracking—Shay's queen had come out of nowhere, screened by his knight.</w:t>
      </w:r>
      <w:r>
        <w:br/>
      </w:r>
      <w:r>
        <w:t xml:space="preserve">    (a) looked at very carefully</w:t>
      </w:r>
      <w:r>
        <w:br/>
      </w:r>
      <w:r>
        <w:t xml:space="preserve">    (b) quoted (to make a point)</w:t>
      </w:r>
      <w:r>
        <w:br/>
      </w:r>
      <w:r>
        <w:t xml:space="preserve">    (c) mirrored back (an image)</w:t>
      </w:r>
    </w:p>
    <w:p>
      <w:pPr>
        <w:pStyle w:val="Compact"/>
        <w:numPr>
          <w:ilvl w:val="0"/>
          <w:numId w:val="1001"/>
        </w:numPr>
      </w:pPr>
      <w:r>
        <w:rPr>
          <w:b/>
          <w:bCs/>
        </w:rPr>
        <w:t xml:space="preserve">Claire began to pull the</w:t>
      </w:r>
      <w:r>
        <w:rPr>
          <w:b/>
          <w:bCs/>
        </w:rPr>
        <w:t xml:space="preserve"> </w:t>
      </w:r>
      <w:r>
        <w:rPr>
          <w:b/>
          <w:bCs/>
          <w:u w:val="single"/>
        </w:rPr>
        <w:t xml:space="preserve">cardiac</w:t>
      </w:r>
      <w:r>
        <w:rPr>
          <w:b/>
          <w:bCs/>
        </w:rPr>
        <w:t xml:space="preserve"> </w:t>
      </w:r>
      <w:r>
        <w:rPr>
          <w:b/>
          <w:bCs/>
        </w:rPr>
        <w:t xml:space="preserve">monitors off her chest.</w:t>
      </w:r>
      <w:r>
        <w:br/>
      </w:r>
      <w:r>
        <w:t xml:space="preserve">    (a) orbiting Earth once per day</w:t>
      </w:r>
      <w:r>
        <w:br/>
      </w:r>
      <w:r>
        <w:t xml:space="preserve">    (b) not attractive or desirable</w:t>
      </w:r>
      <w:r>
        <w:br/>
      </w:r>
      <w:r>
        <w:t xml:space="preserve">    (c) of or relating to the heart</w:t>
      </w:r>
    </w:p>
    <w:p>
      <w:pPr>
        <w:pStyle w:val="Compact"/>
        <w:numPr>
          <w:ilvl w:val="0"/>
          <w:numId w:val="1001"/>
        </w:numPr>
      </w:pPr>
      <w:r>
        <w:rPr>
          <w:b/>
          <w:bCs/>
        </w:rPr>
        <w:t xml:space="preserve">One night, when I was on duty, the inmates got intoxicated, and sure enough the pipes tested</w:t>
      </w:r>
      <w:r>
        <w:rPr>
          <w:b/>
          <w:bCs/>
        </w:rPr>
        <w:t xml:space="preserve"> </w:t>
      </w:r>
      <w:r>
        <w:rPr>
          <w:b/>
          <w:bCs/>
          <w:u w:val="single"/>
        </w:rPr>
        <w:t xml:space="preserve">positive</w:t>
      </w:r>
      <w:r>
        <w:rPr>
          <w:b/>
          <w:bCs/>
        </w:rPr>
        <w:t xml:space="preserve"> </w:t>
      </w:r>
      <w:r>
        <w:rPr>
          <w:b/>
          <w:bCs/>
        </w:rPr>
        <w:t xml:space="preserve">for alcohol residue one day, although the water source tested perfectly normal.</w:t>
      </w:r>
      <w:r>
        <w:br/>
      </w:r>
      <w:r>
        <w:t xml:space="preserve">    (a) indicating that a condition was found</w:t>
      </w:r>
      <w:r>
        <w:br/>
      </w:r>
      <w:r>
        <w:t xml:space="preserve">    (b) agreement to temporarily stop fighting a war</w:t>
      </w:r>
      <w:r>
        <w:br/>
      </w:r>
      <w:r>
        <w:t xml:space="preserve">    (c) Nazi organization for children aged 10 to 18</w:t>
      </w:r>
    </w:p>
    <w:p>
      <w:pPr>
        <w:pStyle w:val="Compact"/>
        <w:numPr>
          <w:ilvl w:val="0"/>
          <w:numId w:val="1001"/>
        </w:numPr>
      </w:pPr>
      <w:r>
        <w:rPr>
          <w:b/>
          <w:bCs/>
        </w:rPr>
        <w:t xml:space="preserve">"Here," he said, and I absolutely,</w:t>
      </w:r>
      <w:r>
        <w:rPr>
          <w:b/>
          <w:bCs/>
        </w:rPr>
        <w:t xml:space="preserve"> </w:t>
      </w:r>
      <w:r>
        <w:rPr>
          <w:b/>
          <w:bCs/>
          <w:u w:val="single"/>
        </w:rPr>
        <w:t xml:space="preserve">positively</w:t>
      </w:r>
      <w:r>
        <w:rPr>
          <w:b/>
          <w:bCs/>
        </w:rPr>
        <w:t xml:space="preserve"> </w:t>
      </w:r>
      <w:r>
        <w:rPr>
          <w:b/>
          <w:bCs/>
        </w:rPr>
        <w:t xml:space="preserve">stopped breathing.</w:t>
      </w:r>
      <w:r>
        <w:br/>
      </w:r>
      <w:r>
        <w:t xml:space="preserve">    (a) without regret</w:t>
      </w:r>
      <w:r>
        <w:br/>
      </w:r>
      <w:r>
        <w:t xml:space="preserve">    (b) with hard work</w:t>
      </w:r>
      <w:r>
        <w:br/>
      </w:r>
      <w:r>
        <w:t xml:space="preserve">    (c) with certainty</w:t>
      </w:r>
    </w:p>
    <w:p>
      <w:pPr>
        <w:pStyle w:val="Compact"/>
        <w:numPr>
          <w:ilvl w:val="0"/>
          <w:numId w:val="1001"/>
        </w:numPr>
      </w:pPr>
      <w:r>
        <w:rPr>
          <w:b/>
          <w:bCs/>
        </w:rPr>
        <w:t xml:space="preserve">Back when I was at</w:t>
      </w:r>
      <w:r>
        <w:rPr>
          <w:b/>
          <w:bCs/>
        </w:rPr>
        <w:t xml:space="preserve"> </w:t>
      </w:r>
      <w:r>
        <w:rPr>
          <w:b/>
          <w:bCs/>
          <w:u w:val="single"/>
        </w:rPr>
        <w:t xml:space="preserve">seminary</w:t>
      </w:r>
      <w:r>
        <w:rPr>
          <w:b/>
          <w:bCs/>
        </w:rPr>
        <w:t xml:space="preserve">, I imagined I heard my grandfather's voice: I thought God was supposed to love you unconditionally Those sure sound like a lot of conditions to me.</w:t>
      </w:r>
      <w:r>
        <w:br/>
      </w:r>
      <w:r>
        <w:t xml:space="preserve">    (a) a school for training clerics -- usually ministers, priests, or rabbis</w:t>
      </w:r>
      <w:r>
        <w:br/>
      </w:r>
      <w:r>
        <w:t xml:space="preserve">    (b) a drug that calms or puts to sleep; or describing something as calming</w:t>
      </w:r>
      <w:r>
        <w:br/>
      </w:r>
      <w:r>
        <w:t xml:space="preserve">    (c) the reason for doing something; or the level of desire to do something</w:t>
      </w:r>
    </w:p>
    <w:p>
      <w:pPr>
        <w:pStyle w:val="Compact"/>
        <w:numPr>
          <w:ilvl w:val="0"/>
          <w:numId w:val="1001"/>
        </w:numPr>
      </w:pPr>
      <w:r>
        <w:rPr>
          <w:b/>
          <w:bCs/>
        </w:rPr>
        <w:t xml:space="preserve">Dear St. John of God,</w:t>
      </w:r>
      <w:r>
        <w:rPr>
          <w:b/>
          <w:bCs/>
        </w:rPr>
        <w:t xml:space="preserve"> </w:t>
      </w:r>
      <w:r>
        <w:rPr>
          <w:b/>
          <w:bCs/>
          <w:u w:val="single"/>
        </w:rPr>
        <w:t xml:space="preserve">patron saint</w:t>
      </w:r>
      <w:r>
        <w:rPr>
          <w:b/>
          <w:bCs/>
        </w:rPr>
        <w:t xml:space="preserve"> </w:t>
      </w:r>
      <w:r>
        <w:rPr>
          <w:b/>
          <w:bCs/>
        </w:rPr>
        <w:t xml:space="preserve">of those who are ill, I ask for your intercession that the Lord will have mercy on this child and return him to health.</w:t>
      </w:r>
      <w:r>
        <w:br/>
      </w:r>
      <w:r>
        <w:t xml:space="preserve">    (a) because of a basic rule or belief</w:t>
      </w:r>
      <w:r>
        <w:br/>
      </w:r>
      <w:r>
        <w:t xml:space="preserve">    (b) saint who supports or looks after</w:t>
      </w:r>
      <w:r>
        <w:br/>
      </w:r>
      <w:r>
        <w:t xml:space="preserve">    (c) interacts, interests, or attracts</w:t>
      </w:r>
    </w:p>
    <w:p>
      <w:pPr>
        <w:pStyle w:val="Compact"/>
        <w:numPr>
          <w:ilvl w:val="0"/>
          <w:numId w:val="1001"/>
        </w:numPr>
      </w:pPr>
      <w:r>
        <w:rPr>
          <w:b/>
          <w:bCs/>
        </w:rPr>
        <w:t xml:space="preserve">In spite of the fact that he'd been incarcerated for eleven years, Shay was still the most</w:t>
      </w:r>
      <w:r>
        <w:rPr>
          <w:b/>
          <w:bCs/>
        </w:rPr>
        <w:t xml:space="preserve"> </w:t>
      </w:r>
      <w:r>
        <w:rPr>
          <w:b/>
          <w:bCs/>
          <w:u w:val="single"/>
        </w:rPr>
        <w:t xml:space="preserve">naive</w:t>
      </w:r>
      <w:r>
        <w:rPr>
          <w:b/>
          <w:bCs/>
        </w:rPr>
        <w:t xml:space="preserve"> </w:t>
      </w:r>
      <w:r>
        <w:rPr>
          <w:b/>
          <w:bCs/>
        </w:rPr>
        <w:t xml:space="preserve">inmate I'd ever met.</w:t>
      </w:r>
      <w:r>
        <w:br/>
      </w:r>
      <w:r>
        <w:t xml:space="preserve">    (a) the degree of being influenced by personal belief, feelings, or preferences (rather than being based purely upon fact)</w:t>
      </w:r>
      <w:r>
        <w:br/>
      </w:r>
      <w:r>
        <w:t xml:space="preserve">    (b) lacking experience or sophistication, and the understanding that comes from them -- often too trusting or optimistic</w:t>
      </w:r>
      <w:r>
        <w:br/>
      </w:r>
      <w:r>
        <w:t xml:space="preserve">    (c) the quality of being characterized by fantastic imagery, or combinations of things and events that don't go together</w:t>
      </w:r>
    </w:p>
    <w:p>
      <w:pPr>
        <w:pStyle w:val="Compact"/>
        <w:numPr>
          <w:ilvl w:val="0"/>
          <w:numId w:val="1001"/>
        </w:numPr>
      </w:pPr>
      <w:r>
        <w:rPr>
          <w:b/>
          <w:bCs/>
        </w:rPr>
        <w:t xml:space="preserve">To be honest, I had split religion along the seam of</w:t>
      </w:r>
      <w:r>
        <w:rPr>
          <w:b/>
          <w:bCs/>
        </w:rPr>
        <w:t xml:space="preserve"> </w:t>
      </w:r>
      <w:r>
        <w:rPr>
          <w:b/>
          <w:bCs/>
          <w:u w:val="single"/>
        </w:rPr>
        <w:t xml:space="preserve">secular</w:t>
      </w:r>
      <w:r>
        <w:rPr>
          <w:b/>
          <w:bCs/>
        </w:rPr>
        <w:t xml:space="preserve"> </w:t>
      </w:r>
      <w:r>
        <w:rPr>
          <w:b/>
          <w:bCs/>
        </w:rPr>
        <w:t xml:space="preserve">and nonsecular; choosing to concentrate on the beauty of a Caravaggio without noticing the Madonna and child; or finding the best lamb recipe for a lavish Easter dinner, without thinking about the Passion.</w:t>
      </w:r>
      <w:r>
        <w:br/>
      </w:r>
      <w:r>
        <w:t xml:space="preserve">    (a) not religious</w:t>
      </w:r>
      <w:r>
        <w:br/>
      </w:r>
      <w:r>
        <w:t xml:space="preserve">    (b) inappropriate</w:t>
      </w:r>
      <w:r>
        <w:br/>
      </w:r>
      <w:r>
        <w:t xml:space="preserve">    (c) not important</w:t>
      </w:r>
    </w:p>
    <w:p>
      <w:pPr>
        <w:pStyle w:val="Compact"/>
        <w:numPr>
          <w:ilvl w:val="0"/>
          <w:numId w:val="1001"/>
        </w:numPr>
      </w:pPr>
      <w:r>
        <w:rPr>
          <w:b/>
          <w:bCs/>
        </w:rPr>
        <w:t xml:space="preserve">I want to know if there's some kind of court-ordered</w:t>
      </w:r>
      <w:r>
        <w:rPr>
          <w:b/>
          <w:bCs/>
        </w:rPr>
        <w:t xml:space="preserve"> </w:t>
      </w:r>
      <w:r>
        <w:rPr>
          <w:b/>
          <w:bCs/>
          <w:u w:val="single"/>
        </w:rPr>
        <w:t xml:space="preserve">mediation</w:t>
      </w:r>
      <w:r>
        <w:rPr>
          <w:b/>
          <w:bCs/>
        </w:rPr>
        <w:t xml:space="preserve"> </w:t>
      </w:r>
      <w:r>
        <w:rPr>
          <w:b/>
          <w:bCs/>
        </w:rPr>
        <w:t xml:space="preserve">we can ask for.</w:t>
      </w:r>
      <w:r>
        <w:br/>
      </w:r>
      <w:r>
        <w:t xml:space="preserve">    (a) the act of protecting something or keeping it as it is</w:t>
      </w:r>
      <w:r>
        <w:br/>
      </w:r>
      <w:r>
        <w:t xml:space="preserve">    (b) speaks with someone about something for the first time</w:t>
      </w:r>
      <w:r>
        <w:br/>
      </w:r>
      <w:r>
        <w:t xml:space="preserve">    (c) process of helping to settle a disagreement</w:t>
      </w:r>
    </w:p>
    <w:p>
      <w:pPr>
        <w:pStyle w:val="Compact"/>
        <w:numPr>
          <w:ilvl w:val="0"/>
          <w:numId w:val="1001"/>
        </w:numPr>
      </w:pPr>
      <w:r>
        <w:rPr>
          <w:b/>
          <w:bCs/>
        </w:rPr>
        <w:t xml:space="preserve">I thought about what my father would say if a member of his</w:t>
      </w:r>
      <w:r>
        <w:rPr>
          <w:b/>
          <w:bCs/>
        </w:rPr>
        <w:t xml:space="preserve"> </w:t>
      </w:r>
      <w:r>
        <w:rPr>
          <w:b/>
          <w:bCs/>
          <w:u w:val="single"/>
        </w:rPr>
        <w:t xml:space="preserve">congregation</w:t>
      </w:r>
      <w:r>
        <w:rPr>
          <w:b/>
          <w:bCs/>
        </w:rPr>
        <w:t xml:space="preserve"> </w:t>
      </w:r>
      <w:r>
        <w:rPr>
          <w:b/>
          <w:bCs/>
        </w:rPr>
        <w:t xml:space="preserve">came to him to ease his soul.</w:t>
      </w:r>
      <w:r>
        <w:br/>
      </w:r>
      <w:r>
        <w:t xml:space="preserve">    (a) people who worship together in the same building</w:t>
      </w:r>
      <w:r>
        <w:br/>
      </w:r>
      <w:r>
        <w:t xml:space="preserve">    (b) a general feeling of not being as good as others</w:t>
      </w:r>
      <w:r>
        <w:br/>
      </w:r>
      <w:r>
        <w:t xml:space="preserve">    (c) the act, process, or instance of telling a story</w:t>
      </w:r>
    </w:p>
    <w:p>
      <w:pPr>
        <w:pStyle w:val="Compact"/>
        <w:numPr>
          <w:ilvl w:val="0"/>
          <w:numId w:val="1001"/>
        </w:numPr>
      </w:pPr>
      <w:r>
        <w:rPr>
          <w:b/>
          <w:bCs/>
        </w:rPr>
        <w:t xml:space="preserve">And the author of the</w:t>
      </w:r>
      <w:r>
        <w:rPr>
          <w:b/>
          <w:bCs/>
        </w:rPr>
        <w:t xml:space="preserve"> </w:t>
      </w:r>
      <w:r>
        <w:rPr>
          <w:b/>
          <w:bCs/>
          <w:u w:val="single"/>
        </w:rPr>
        <w:t xml:space="preserve">Gospel</w:t>
      </w:r>
      <w:r>
        <w:rPr>
          <w:b/>
          <w:bCs/>
        </w:rPr>
        <w:t xml:space="preserve"> </w:t>
      </w:r>
      <w:r>
        <w:rPr>
          <w:b/>
          <w:bCs/>
        </w:rPr>
        <w:t xml:space="preserve">of John never mentions his own name...</w:t>
      </w:r>
      <w:r>
        <w:br/>
      </w:r>
      <w:r>
        <w:t xml:space="preserve">    (a) one of the four books in the New Testament that Christians believe tell the story of Jesus Christ's life</w:t>
      </w:r>
      <w:r>
        <w:br/>
      </w:r>
      <w:r>
        <w:t xml:space="preserve">    (b) a type of vocal music that originated in African-American churches in the United States</w:t>
      </w:r>
      <w:r>
        <w:br/>
      </w:r>
      <w:r>
        <w:t xml:space="preserve">    (c) a book that Scientologists believe explains the nature of humankind and its place in the universe</w:t>
      </w:r>
    </w:p>
    <w:p>
      <w:pPr>
        <w:pStyle w:val="Compact"/>
        <w:numPr>
          <w:ilvl w:val="0"/>
          <w:numId w:val="1001"/>
        </w:numPr>
      </w:pPr>
      <w:r>
        <w:rPr>
          <w:b/>
          <w:bCs/>
        </w:rPr>
        <w:t xml:space="preserve">What didn't fit this equation became</w:t>
      </w:r>
      <w:r>
        <w:rPr>
          <w:b/>
          <w:bCs/>
        </w:rPr>
        <w:t xml:space="preserve"> </w:t>
      </w:r>
      <w:r>
        <w:rPr>
          <w:b/>
          <w:bCs/>
          <w:u w:val="single"/>
        </w:rPr>
        <w:t xml:space="preserve">heretical</w:t>
      </w:r>
      <w:r>
        <w:rPr>
          <w:b/>
          <w:bCs/>
        </w:rPr>
        <w:t xml:space="preserve">—if you weren't worshipping the right way, you were out.</w:t>
      </w:r>
      <w:r>
        <w:br/>
      </w:r>
      <w:r>
        <w:t xml:space="preserve">    (a) the state or degree of being less than zero</w:t>
      </w:r>
      <w:r>
        <w:br/>
      </w:r>
      <w:r>
        <w:t xml:space="preserve">    (b) counter to popular belief of what is proper</w:t>
      </w:r>
      <w:r>
        <w:br/>
      </w:r>
      <w:r>
        <w:t xml:space="preserve">    (c) the quality of not working or not operating</w:t>
      </w:r>
    </w:p>
    <w:p>
      <w:pPr>
        <w:pStyle w:val="Compact"/>
        <w:numPr>
          <w:ilvl w:val="0"/>
          <w:numId w:val="1001"/>
        </w:numPr>
      </w:pPr>
      <w:r>
        <w:rPr>
          <w:b/>
          <w:bCs/>
        </w:rPr>
        <w:t xml:space="preserve">"</w:t>
      </w:r>
      <w:r>
        <w:rPr>
          <w:b/>
          <w:bCs/>
          <w:u w:val="single"/>
        </w:rPr>
        <w:t xml:space="preserve">Orthodoxy</w:t>
      </w:r>
      <w:r>
        <w:rPr>
          <w:b/>
          <w:bCs/>
        </w:rPr>
        <w:t xml:space="preserve"> </w:t>
      </w:r>
      <w:r>
        <w:rPr>
          <w:b/>
          <w:bCs/>
        </w:rPr>
        <w:t xml:space="preserve">takes the risk away," Fletcher agreed.</w:t>
      </w:r>
      <w:r>
        <w:br/>
      </w:r>
      <w:r>
        <w:t xml:space="preserve">    (a) being non-loving</w:t>
      </w:r>
      <w:r>
        <w:br/>
      </w:r>
      <w:r>
        <w:t xml:space="preserve">    (b) a commonly accepted belief or practice</w:t>
      </w:r>
      <w:r>
        <w:br/>
      </w:r>
      <w:r>
        <w:t xml:space="preserve">    (c) valuing happiness above all else</w:t>
      </w:r>
    </w:p>
    <w:p>
      <w:pPr>
        <w:pStyle w:val="Compact"/>
        <w:numPr>
          <w:ilvl w:val="0"/>
          <w:numId w:val="1001"/>
        </w:numPr>
      </w:pPr>
      <w:r>
        <w:rPr>
          <w:b/>
          <w:bCs/>
        </w:rPr>
        <w:t xml:space="preserve">I hadn't realized that the charges might have included negligent homicide, or even</w:t>
      </w:r>
      <w:r>
        <w:rPr>
          <w:b/>
          <w:bCs/>
        </w:rPr>
        <w:t xml:space="preserve"> </w:t>
      </w:r>
      <w:r>
        <w:rPr>
          <w:b/>
          <w:bCs/>
          <w:u w:val="single"/>
        </w:rPr>
        <w:t xml:space="preserve">manslaughter</w:t>
      </w:r>
      <w:r>
        <w:rPr>
          <w:b/>
          <w:bCs/>
        </w:rPr>
        <w:t xml:space="preserve">.</w:t>
      </w:r>
      <w:r>
        <w:br/>
      </w:r>
      <w:r>
        <w:t xml:space="preserve">    (a) because of a basic rule or belief</w:t>
      </w:r>
      <w:r>
        <w:br/>
      </w:r>
      <w:r>
        <w:t xml:space="preserve">    (b) unintentional killing of a person</w:t>
      </w:r>
      <w:r>
        <w:br/>
      </w:r>
      <w:r>
        <w:t xml:space="preserve">    (c) interacts, interests, or attracts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2026-07-31T16:48:55Z</dcterms:created>
  <dcterms:modified xsi:type="dcterms:W3CDTF">2026-07-31T16:48:55Z</dcterms:modified>
</cp:coreProperties>
</file>

<file path=docProps/custom.xml><?xml version="1.0" encoding="utf-8"?>
<Properties xmlns="http://schemas.openxmlformats.org/officeDocument/2006/custom-properties" xmlns:vt="http://schemas.openxmlformats.org/officeDocument/2006/docPropsVTypes"/>
</file>