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8da7a329f03f6ea7508d5585b2cecbd392a751"/>
    <w:p>
      <w:pPr>
        <w:pStyle w:val="Heading1"/>
      </w:pPr>
      <w:r>
        <w:rPr>
          <w:b/>
          <w:bCs/>
        </w:rPr>
        <w:t xml:space="preserve">Change of Heart</w:t>
      </w:r>
      <w:r>
        <w:br/>
      </w:r>
      <w:r>
        <w:rPr>
          <w:i/>
          <w:iCs/>
        </w:rPr>
        <w:t xml:space="preserve">Jodi Picoult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You've heard that Shay Bourne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bipolar disorder</w:t>
      </w:r>
      <w:r>
        <w:rPr>
          <w:b/>
          <w:bCs/>
        </w:rPr>
        <w:t xml:space="preserve">, which was going untreated.</w:t>
      </w:r>
      <w:r>
        <w:br/>
      </w:r>
      <w:r>
        <w:t xml:space="preserve">    (a) a common statistical distribution that is also called </w:t>
      </w:r>
      <w:r>
        <w:t xml:space="preserve"> </w:t>
      </w:r>
      <w:r>
        <w:rPr>
          <w:i/>
          <w:iCs/>
        </w:rPr>
        <w:t xml:space="preserve">normal distribution</w:t>
      </w:r>
      <w:r>
        <w:t xml:space="preserve"> </w:t>
      </w:r>
      <w:r>
        <w:t xml:space="preserve">or a</w:t>
      </w:r>
      <w:r>
        <w:t xml:space="preserve"> </w:t>
      </w:r>
      <w:r>
        <w:rPr>
          <w:i/>
          <w:iCs/>
        </w:rPr>
        <w:t xml:space="preserve">bell curve</w:t>
      </w:r>
      <w:r>
        <w:br/>
      </w:r>
      <w:r>
        <w:t xml:space="preserve">    (b) a system of law based on judicial precedents rather than statutory laws; (also called</w:t>
      </w:r>
      <w:r>
        <w:t xml:space="preserve"> </w:t>
      </w:r>
      <w:r>
        <w:rPr>
          <w:i/>
          <w:iCs/>
        </w:rPr>
        <w:t xml:space="preserve">"case law"</w:t>
      </w:r>
      <w:r>
        <w:t xml:space="preserve">)</w:t>
      </w:r>
      <w:r>
        <w:br/>
      </w:r>
      <w:r>
        <w:t xml:space="preserve">    (c) a mental disorder characterized by alternating episodes of major depression and abnormally elevated mood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They've ruled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pulmonary</w:t>
      </w:r>
      <w:r>
        <w:rPr>
          <w:b/>
          <w:bCs/>
        </w:rPr>
        <w:t xml:space="preserve"> </w:t>
      </w:r>
      <w:r>
        <w:rPr>
          <w:b/>
          <w:bCs/>
        </w:rPr>
        <w:t xml:space="preserve">problems and asthma.</w:t>
      </w:r>
      <w:r>
        <w:br/>
      </w:r>
      <w:r>
        <w:t xml:space="preserve">    (a) relating to or affecting the lungs</w:t>
      </w:r>
      <w:r>
        <w:br/>
      </w:r>
      <w:r>
        <w:t xml:space="preserve">    (b) able to be understood or explained</w:t>
      </w:r>
      <w:r>
        <w:br/>
      </w:r>
      <w:r>
        <w:t xml:space="preserve">    (c) degree to which things are related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amicus briefs</w:t>
      </w:r>
      <w:r>
        <w:rPr>
          <w:b/>
          <w:bCs/>
        </w:rPr>
        <w:t xml:space="preserve"> </w:t>
      </w:r>
      <w:r>
        <w:rPr>
          <w:b/>
          <w:bCs/>
        </w:rPr>
        <w:t xml:space="preserve">illustrated how hideous the death penalty was; defined it as cruel and unusual punishment, as unconstitutional.</w:t>
      </w:r>
      <w:r>
        <w:br/>
      </w:r>
      <w:r>
        <w:t xml:space="preserve">    (a) lowers moral standards</w:t>
      </w:r>
      <w:r>
        <w:br/>
      </w:r>
      <w:r>
        <w:t xml:space="preserve">    (b) outside legal opinions</w:t>
      </w:r>
      <w:r>
        <w:br/>
      </w:r>
      <w:r>
        <w:t xml:space="preserve">    (c) lacks adequate funding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believe me, it was combed for a leak, but nothing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 </w:t>
      </w:r>
      <w:r>
        <w:rPr>
          <w:b/>
          <w:bCs/>
        </w:rPr>
        <w:t xml:space="preserve">was found.</w:t>
      </w:r>
      <w:r>
        <w:br/>
      </w:r>
      <w:r>
        <w:t xml:space="preserve">    (a) in a manner that takes on or adopts</w:t>
      </w:r>
      <w:r>
        <w:br/>
      </w:r>
      <w:r>
        <w:t xml:space="preserve">    (b) putting an end to doubt or question</w:t>
      </w:r>
      <w:r>
        <w:br/>
      </w:r>
      <w:r>
        <w:t xml:space="preserve">    (c) full of strong desire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Felons</w:t>
      </w:r>
      <w:r>
        <w:rPr>
          <w:b/>
          <w:bCs/>
        </w:rPr>
        <w:t xml:space="preserve"> </w:t>
      </w:r>
      <w:r>
        <w:rPr>
          <w:b/>
          <w:bCs/>
        </w:rPr>
        <w:t xml:space="preserve">are very persuasive people.</w:t>
      </w:r>
      <w:r>
        <w:br/>
      </w:r>
      <w:r>
        <w:t xml:space="preserve">    (a) bands of inelastic tissue connecting a muscle to bone</w:t>
      </w:r>
      <w:r>
        <w:br/>
      </w:r>
      <w:r>
        <w:t xml:space="preserve">    (b) acts or processes of stopped something from happening</w:t>
      </w:r>
      <w:r>
        <w:br/>
      </w:r>
      <w:r>
        <w:t xml:space="preserve">    (c) people legally convicted of felonies (serious crimes)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sometimes he's dressed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deserving no respect (worthless or of bad quality)</w:t>
      </w:r>
      <w:r>
        <w:br/>
      </w:r>
      <w:r>
        <w:t xml:space="preserve">    (b) the quality or degree of not being straightforward</w:t>
      </w:r>
      <w:r>
        <w:br/>
      </w:r>
      <w:r>
        <w:t xml:space="preserve">    (c) someone who is poor and has no regular home or job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altruism</w:t>
      </w:r>
      <w:r>
        <w:rPr>
          <w:b/>
          <w:bCs/>
        </w:rPr>
        <w:t xml:space="preserve">.</w:t>
      </w:r>
      <w:r>
        <w:br/>
      </w:r>
      <w:r>
        <w:t xml:space="preserve">    (a) taking advantage of unplanned circumstances</w:t>
      </w:r>
      <w:r>
        <w:br/>
      </w:r>
      <w:r>
        <w:t xml:space="preserve">    (b) expectation that things will turn out badly</w:t>
      </w:r>
      <w:r>
        <w:br/>
      </w:r>
      <w:r>
        <w:t xml:space="preserve">    (c) unselfish concern for the welfare of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"Wait here," the officer said, and he left me sitting in a small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anteroom</w:t>
      </w:r>
      <w:r>
        <w:rPr>
          <w:b/>
          <w:bCs/>
        </w:rPr>
        <w:t xml:space="preserve">.</w:t>
      </w:r>
      <w:r>
        <w:br/>
      </w:r>
      <w:r>
        <w:t xml:space="preserve">    (a) island (that is made of a coral reef)</w:t>
      </w:r>
      <w:r>
        <w:br/>
      </w:r>
      <w:r>
        <w:t xml:space="preserve">    (b) dense, rainy forest with many species</w:t>
      </w:r>
      <w:r>
        <w:br/>
      </w:r>
      <w:r>
        <w:t xml:space="preserve">    (c) a room leading to a larger or more important 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However, if his mission to donate his heart dovetailed with mine—to strike down the death penalty—then why not use the same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loophole</w:t>
      </w:r>
      <w:r>
        <w:rPr>
          <w:b/>
          <w:bCs/>
        </w:rPr>
        <w:t xml:space="preserve"> </w:t>
      </w:r>
      <w:r>
        <w:rPr>
          <w:b/>
          <w:bCs/>
        </w:rPr>
        <w:t xml:space="preserve">law to get what we both wanted?</w:t>
      </w:r>
      <w:r>
        <w:br/>
      </w:r>
      <w:r>
        <w:t xml:space="preserve">    (a) a formal statement of decision or opinion voted on by a group</w:t>
      </w:r>
      <w:r>
        <w:br/>
      </w:r>
      <w:r>
        <w:t xml:space="preserve">    (b) related to a religion founded in Persia in the 6th century BC</w:t>
      </w:r>
      <w:r>
        <w:br/>
      </w:r>
      <w:r>
        <w:t xml:space="preserve">    (c) a gap in a rule, allowing avoidance of the rule's core intent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Shay looked at me as if I were the one who couldn't follow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linear</w:t>
      </w:r>
      <w:r>
        <w:rPr>
          <w:b/>
          <w:bCs/>
        </w:rPr>
        <w:t xml:space="preserve"> </w:t>
      </w:r>
      <w:r>
        <w:rPr>
          <w:b/>
          <w:bCs/>
        </w:rPr>
        <w:t xml:space="preserve">conversation.</w:t>
      </w:r>
      <w:r>
        <w:br/>
      </w:r>
      <w:r>
        <w:t xml:space="preserve">    (a) clear, easily noticed, and/or identifiable as different or separate -- sometimes to indicate a difference that is excellent</w:t>
      </w:r>
      <w:r>
        <w:br/>
      </w:r>
      <w:r>
        <w:t xml:space="preserve">    (b) using passive (sometimes subtle) resistance in interpersonal or occupational situations while avoiding direct confrontation</w:t>
      </w:r>
      <w:r>
        <w:br/>
      </w:r>
      <w:r>
        <w:t xml:space="preserve">    (c) arranged in a straight line or progressing in a straight, orderly sequence -- often used for shapes, movement, time, or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victim also has the chance to receive answers to any lingering questions about the crime, and to be directly involved in trying to develop a plan for the offender to pay back a debt if possible—emotional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monetary</w:t>
      </w:r>
      <w:r>
        <w:rPr>
          <w:b/>
          <w:bCs/>
        </w:rPr>
        <w:t xml:space="preserve">.</w:t>
      </w:r>
      <w:r>
        <w:br/>
      </w:r>
      <w:r>
        <w:t xml:space="preserve">    (a) with or based on basic beliefs</w:t>
      </w:r>
      <w:r>
        <w:br/>
      </w:r>
      <w:r>
        <w:t xml:space="preserve">    (b) relating to or involving money</w:t>
      </w:r>
      <w:r>
        <w:br/>
      </w:r>
      <w:r>
        <w:t xml:space="preserve">    (c) things that are able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asking questions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status quo</w:t>
      </w:r>
      <w:r>
        <w:rPr>
          <w:b/>
          <w:bCs/>
        </w:rPr>
        <w:t xml:space="preserve">.</w:t>
      </w:r>
      <w:r>
        <w:br/>
      </w:r>
      <w:r>
        <w:t xml:space="preserve">    (a) 3-dimensional X-ray images of parts of the body using computerized tomography</w:t>
      </w:r>
      <w:r>
        <w:br/>
      </w:r>
      <w:r>
        <w:t xml:space="preserve">    (b) the existing situation (the way things are now or the way they typically are)</w:t>
      </w:r>
      <w:r>
        <w:br/>
      </w:r>
      <w:r>
        <w:t xml:space="preserve">    (c) an artist who created medieval European art associated with Gothic cathedrals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Six hours after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fiasco</w:t>
      </w:r>
      <w:r>
        <w:rPr>
          <w:b/>
          <w:bCs/>
        </w:rPr>
        <w:t xml:space="preserve">, Alma returned to finish drawing my blood.</w:t>
      </w:r>
      <w:r>
        <w:br/>
      </w:r>
      <w:r>
        <w:t xml:space="preserve">    (a) something that helps clarify or demonstrate</w:t>
      </w:r>
      <w:r>
        <w:br/>
      </w:r>
      <w:r>
        <w:t xml:space="preserve">    (b) a complete failure or humiliating situation</w:t>
      </w:r>
      <w:r>
        <w:br/>
      </w:r>
      <w:r>
        <w:t xml:space="preserve">    (c) the act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Catholic Church, there were lies of commission and lies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omission</w:t>
      </w:r>
      <w:r>
        <w:rPr>
          <w:b/>
          <w:bCs/>
        </w:rPr>
        <w:t xml:space="preserve">.</w:t>
      </w:r>
      <w:r>
        <w:br/>
      </w:r>
      <w:r>
        <w:t xml:space="preserve">    (a) an impressive country house (or castle) in France</w:t>
      </w:r>
      <w:r>
        <w:br/>
      </w:r>
      <w:r>
        <w:t xml:space="preserve">    (b) people who do not believe in the existence of god</w:t>
      </w:r>
      <w:r>
        <w:br/>
      </w:r>
      <w:r>
        <w:t xml:space="preserve">    (c) something left out that should have been included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sound he made was wordless,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primordial</w:t>
      </w:r>
      <w:r>
        <w:rPr>
          <w:b/>
          <w:bCs/>
        </w:rPr>
        <w:t xml:space="preserve">, the noise that had surely filled the world before there was order and light.</w:t>
      </w:r>
      <w:r>
        <w:br/>
      </w:r>
      <w:r>
        <w:t xml:space="preserve">    (a) marked by a colonnade (series of regularly spaced columns) surrounding a building or enclosing a courtyard</w:t>
      </w:r>
      <w:r>
        <w:br/>
      </w:r>
      <w:r>
        <w:t xml:space="preserve">    (b) relating to ancient characteristics that preceded civilization</w:t>
      </w:r>
      <w:r>
        <w:br/>
      </w:r>
      <w:r>
        <w:t xml:space="preserve">    (c) the quality of being terrible (vile; disgusting) -- worthy of being strongly disliked and looked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macabre</w:t>
      </w:r>
      <w:r>
        <w:rPr>
          <w:b/>
          <w:bCs/>
        </w:rPr>
        <w:t xml:space="preserve">, I had said, and he had just shrugged it off; he saw the business of death and dying every day.</w:t>
      </w:r>
      <w:r>
        <w:br/>
      </w:r>
      <w:r>
        <w:t xml:space="preserve">    (a) the state of being a concept or idea not associated with any specific instance</w:t>
      </w:r>
      <w:r>
        <w:br/>
      </w:r>
      <w:r>
        <w:t xml:space="preserve">    (b) disturbing and related to death or horror -- especially in a grim or eerie way</w:t>
      </w:r>
      <w:r>
        <w:br/>
      </w:r>
      <w:r>
        <w:t xml:space="preserve">    (c) acceptance of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he's converted to some religion that is now claiming that organ donation is part of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tenets</w:t>
      </w:r>
      <w:r>
        <w:rPr>
          <w:b/>
          <w:bCs/>
        </w:rPr>
        <w:t xml:space="preserve">, we submit to this court that it's pure bunk.</w:t>
      </w:r>
      <w:r>
        <w:br/>
      </w:r>
      <w:r>
        <w:t xml:space="preserve">    (a) important beliefs that are part of a larger framework of beliefs</w:t>
      </w:r>
      <w:r>
        <w:br/>
      </w:r>
      <w:r>
        <w:t xml:space="preserve">    (b) ceilings designed to affect noise -- typically to decrease noise</w:t>
      </w:r>
      <w:r>
        <w:br/>
      </w:r>
      <w:r>
        <w:t xml:space="preserve">    (c) instances of having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"If you're a practicing Catholic," Michael said to the governor, "how can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an execution?"</w:t>
      </w:r>
      <w:r>
        <w:br/>
      </w:r>
      <w:r>
        <w:t xml:space="preserve">    (a) not answer questions; or block progress</w:t>
      </w:r>
      <w:r>
        <w:br/>
      </w:r>
      <w:r>
        <w:t xml:space="preserve">    (b) accept without criticism; or approve of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parish had been chosen as the U.S. location for the heart's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veneration</w:t>
      </w:r>
      <w:r>
        <w:rPr>
          <w:b/>
          <w:bCs/>
        </w:rPr>
        <w:t xml:space="preserve">; thousands of Catholics from the Northeast were expected to view the organ.</w:t>
      </w:r>
      <w:r>
        <w:br/>
      </w:r>
      <w:r>
        <w:t xml:space="preserve">    (a) interacts, interests, or attracts</w:t>
      </w:r>
      <w:r>
        <w:br/>
      </w:r>
      <w:r>
        <w:t xml:space="preserve">    (b) because of a basic rule or belief</w:t>
      </w:r>
      <w:r>
        <w:br/>
      </w:r>
      <w:r>
        <w:t xml:space="preserve">    (c) feelings of respect and reverence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gift's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.</w:t>
      </w:r>
      <w:r>
        <w:br/>
      </w:r>
      <w:r>
        <w:t xml:space="preserve">    (a) the quality or degree of being straightforward or clear (sometimes indicating that truth is not worded carefully to spare feelings or gain advantage)</w:t>
      </w:r>
      <w:r>
        <w:br/>
      </w:r>
      <w:r>
        <w:t xml:space="preserve">    (b) the degree to which a performance of or to someone else's work lends itself to the expression of personal artistic ideas or feelings by the performer</w:t>
      </w:r>
      <w:r>
        <w:br/>
      </w:r>
      <w:r>
        <w:t xml:space="preserve">    (c)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2026-07-31T16:48:56Z</dcterms:created>
  <dcterms:modified xsi:type="dcterms:W3CDTF">2026-07-31T16:48:56Z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