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b71586f2720cbed6e72bb21cc1ce660fef3bf00"/>
    <w:p>
      <w:pPr>
        <w:pStyle w:val="Heading1"/>
      </w:pPr>
      <w:r>
        <w:rPr>
          <w:b/>
          <w:bCs/>
        </w:rPr>
        <w:t xml:space="preserve">Ceremony</w:t>
      </w:r>
      <w:r>
        <w:br/>
      </w:r>
      <w:r>
        <w:rPr>
          <w:i/>
          <w:iCs/>
        </w:rPr>
        <w:t xml:space="preserve">Leslie Marmon Silko</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 change in climate had a profound effect on me; I spent all of June, July, and August fighting off the terrible</w:t>
      </w:r>
      <w:r>
        <w:rPr>
          <w:b/>
          <w:bCs/>
        </w:rPr>
        <w:t xml:space="preserve"> </w:t>
      </w:r>
      <w:r>
        <w:rPr>
          <w:b/>
          <w:bCs/>
          <w:u w:val="single"/>
        </w:rPr>
        <w:t xml:space="preserve">lethargy</w:t>
      </w:r>
      <w:r>
        <w:rPr>
          <w:b/>
          <w:bCs/>
        </w:rPr>
        <w:t xml:space="preserve"> </w:t>
      </w:r>
      <w:r>
        <w:rPr>
          <w:b/>
          <w:bCs/>
        </w:rPr>
        <w:t xml:space="preserve">of a depression caused in large part by the absence of sunlight.</w:t>
      </w:r>
      <w:r>
        <w:br/>
      </w:r>
      <w:r>
        <w:t xml:space="preserve">    (a) lack of energy</w:t>
      </w:r>
      <w:r>
        <w:br/>
      </w:r>
      <w:r>
        <w:t xml:space="preserve">    (b) not appropriate or not properly related in size, amount, or degree</w:t>
      </w:r>
      <w:r>
        <w:br/>
      </w:r>
      <w:r>
        <w:t xml:space="preserve">    (c) the quality or degree of the involvement of other people or things</w:t>
      </w:r>
    </w:p>
    <w:p>
      <w:pPr>
        <w:pStyle w:val="Compact"/>
        <w:numPr>
          <w:ilvl w:val="0"/>
          <w:numId w:val="1001"/>
        </w:numPr>
      </w:pPr>
      <w:r>
        <w:rPr>
          <w:b/>
          <w:bCs/>
        </w:rPr>
        <w:t xml:space="preserve">I indulged myself with the old-time stories because they</w:t>
      </w:r>
      <w:r>
        <w:rPr>
          <w:b/>
          <w:bCs/>
        </w:rPr>
        <w:t xml:space="preserve"> </w:t>
      </w:r>
      <w:r>
        <w:rPr>
          <w:b/>
          <w:bCs/>
          <w:u w:val="single"/>
        </w:rPr>
        <w:t xml:space="preserve">evoked</w:t>
      </w:r>
      <w:r>
        <w:rPr>
          <w:b/>
          <w:bCs/>
        </w:rPr>
        <w:t xml:space="preserve"> </w:t>
      </w:r>
      <w:r>
        <w:rPr>
          <w:b/>
          <w:bCs/>
        </w:rPr>
        <w:t xml:space="preserve">a feeling of comfort I remembered from my childhood at Laguna.</w:t>
      </w:r>
      <w:r>
        <w:br/>
      </w:r>
      <w:r>
        <w:t xml:space="preserve">    (a) consistent or the same</w:t>
      </w:r>
      <w:r>
        <w:br/>
      </w:r>
      <w:r>
        <w:t xml:space="preserve">    (b) not roughly calculated</w:t>
      </w:r>
      <w:r>
        <w:br/>
      </w:r>
      <w:r>
        <w:t xml:space="preserve">    (c) called forth or caused</w:t>
      </w:r>
    </w:p>
    <w:p>
      <w:pPr>
        <w:pStyle w:val="Compact"/>
        <w:numPr>
          <w:ilvl w:val="0"/>
          <w:numId w:val="1001"/>
        </w:numPr>
      </w:pPr>
      <w:r>
        <w:rPr>
          <w:b/>
          <w:bCs/>
        </w:rPr>
        <w:t xml:space="preserve">Besides, I thought, male novelists write about female</w:t>
      </w:r>
      <w:r>
        <w:rPr>
          <w:b/>
          <w:bCs/>
        </w:rPr>
        <w:t xml:space="preserve"> </w:t>
      </w:r>
      <w:r>
        <w:rPr>
          <w:b/>
          <w:bCs/>
          <w:u w:val="single"/>
        </w:rPr>
        <w:t xml:space="preserve">protagonists</w:t>
      </w:r>
      <w:r>
        <w:rPr>
          <w:b/>
          <w:bCs/>
        </w:rPr>
        <w:t xml:space="preserve"> </w:t>
      </w:r>
      <w:r>
        <w:rPr>
          <w:b/>
          <w:bCs/>
        </w:rPr>
        <w:t xml:space="preserve">all the time, so I will write about men.</w:t>
      </w:r>
      <w:r>
        <w:br/>
      </w:r>
      <w:r>
        <w:t xml:space="preserve">    (a) subatomic particles with negative charge that are found in all atoms and that act as the primary carrier of electricity</w:t>
      </w:r>
      <w:r>
        <w:br/>
      </w:r>
      <w:r>
        <w:t xml:space="preserve">    (b) the main character in a work of fiction</w:t>
      </w:r>
      <w:r>
        <w:br/>
      </w:r>
      <w:r>
        <w:br/>
      </w:r>
      <w:r>
        <w:t xml:space="preserve">or more rarely:</w:t>
      </w:r>
      <w:r>
        <w:br/>
      </w:r>
      <w:r>
        <w:br/>
      </w:r>
      <w:r>
        <w:t xml:space="preserve">an important supporter or main figure of someone or something</w:t>
      </w:r>
      <w:r>
        <w:br/>
      </w:r>
      <w:r>
        <w:t xml:space="preserve">    (c) people who suffer from psychosis (any severe mental disorder in which contact with reality is lost or highly distorted)</w:t>
      </w:r>
    </w:p>
    <w:p>
      <w:pPr>
        <w:pStyle w:val="Compact"/>
        <w:numPr>
          <w:ilvl w:val="0"/>
          <w:numId w:val="1001"/>
        </w:numPr>
      </w:pPr>
      <w:r>
        <w:rPr>
          <w:b/>
          <w:bCs/>
        </w:rPr>
        <w:t xml:space="preserve">May the readers and listeners of this</w:t>
      </w:r>
      <w:r>
        <w:rPr>
          <w:b/>
          <w:bCs/>
        </w:rPr>
        <w:t xml:space="preserve"> </w:t>
      </w:r>
      <w:r>
        <w:rPr>
          <w:b/>
          <w:bCs/>
          <w:u w:val="single"/>
        </w:rPr>
        <w:t xml:space="preserve">novel</w:t>
      </w:r>
      <w:r>
        <w:rPr>
          <w:b/>
          <w:bCs/>
        </w:rPr>
        <w:t xml:space="preserve"> </w:t>
      </w:r>
      <w:r>
        <w:rPr>
          <w:b/>
          <w:bCs/>
        </w:rPr>
        <w:t xml:space="preserve">be likewise blessed, watched over, and protected by their beloved ancestors.</w:t>
      </w:r>
      <w:r>
        <w:br/>
      </w:r>
      <w:r>
        <w:t xml:space="preserve">    (a) new and original</w:t>
      </w:r>
      <w:r>
        <w:br/>
      </w:r>
      <w:r>
        <w:t xml:space="preserve">    (b) traditional (having withstood the test of time)</w:t>
      </w:r>
      <w:r>
        <w:br/>
      </w:r>
      <w:r>
        <w:t xml:space="preserve">    (c) important and valuable</w:t>
      </w:r>
    </w:p>
    <w:p>
      <w:pPr>
        <w:pStyle w:val="Compact"/>
        <w:numPr>
          <w:ilvl w:val="0"/>
          <w:numId w:val="1001"/>
        </w:numPr>
      </w:pPr>
      <w:r>
        <w:rPr>
          <w:b/>
          <w:bCs/>
        </w:rPr>
        <w:t xml:space="preserve">The mule whinnied and leaned against the sagging gate; Tayo reached into the coffee can and he held some corn under the</w:t>
      </w:r>
      <w:r>
        <w:rPr>
          <w:b/>
          <w:bCs/>
        </w:rPr>
        <w:t xml:space="preserve"> </w:t>
      </w:r>
      <w:r>
        <w:rPr>
          <w:b/>
          <w:bCs/>
          <w:u w:val="single"/>
        </w:rPr>
        <w:t xml:space="preserve">quivering</w:t>
      </w:r>
      <w:r>
        <w:rPr>
          <w:b/>
          <w:bCs/>
        </w:rPr>
        <w:t xml:space="preserve"> </w:t>
      </w:r>
      <w:r>
        <w:rPr>
          <w:b/>
          <w:bCs/>
        </w:rPr>
        <w:t xml:space="preserve">lips.</w:t>
      </w:r>
      <w:r>
        <w:br/>
      </w:r>
      <w:r>
        <w:t xml:space="preserve">    (a) not working or not operating</w:t>
      </w:r>
      <w:r>
        <w:br/>
      </w:r>
      <w:r>
        <w:t xml:space="preserve">    (b) to shake or tremble slightly</w:t>
      </w:r>
      <w:r>
        <w:br/>
      </w:r>
      <w:r>
        <w:t xml:space="preserve">    (c) calculates or judges too low</w:t>
      </w:r>
    </w:p>
    <w:p>
      <w:pPr>
        <w:pStyle w:val="Compact"/>
        <w:numPr>
          <w:ilvl w:val="0"/>
          <w:numId w:val="1001"/>
        </w:numPr>
      </w:pPr>
      <w:r>
        <w:rPr>
          <w:b/>
          <w:bCs/>
        </w:rPr>
        <w:t xml:space="preserve">As the sun went higher and left the eastern sky, the square of sunshine on the wall grew larger and</w:t>
      </w:r>
      <w:r>
        <w:rPr>
          <w:b/>
          <w:bCs/>
        </w:rPr>
        <w:t xml:space="preserve"> </w:t>
      </w:r>
      <w:r>
        <w:rPr>
          <w:b/>
          <w:bCs/>
          <w:u w:val="single"/>
        </w:rPr>
        <w:t xml:space="preserve">diffuse</w:t>
      </w:r>
      <w:r>
        <w:rPr>
          <w:b/>
          <w:bCs/>
        </w:rPr>
        <w:t xml:space="preserve">, and the bright yellow color of early morning was gone.</w:t>
      </w:r>
      <w:r>
        <w:br/>
      </w:r>
      <w:r>
        <w:t xml:space="preserve">    (a) to put someone into a state of hypnosis (a trance-like state of focused concentration and heightened suggestibility)</w:t>
      </w:r>
      <w:r>
        <w:br/>
      </w:r>
      <w:r>
        <w:t xml:space="preserve">    (b) a method of artistic painting on a wall by using watercolors on wet plaster; or the painting made in such a manner</w:t>
      </w:r>
      <w:r>
        <w:br/>
      </w:r>
      <w:r>
        <w:t xml:space="preserve">    (c) more spread out and softer (less concentrated or less bright)</w:t>
      </w:r>
    </w:p>
    <w:p>
      <w:pPr>
        <w:pStyle w:val="Compact"/>
        <w:numPr>
          <w:ilvl w:val="0"/>
          <w:numId w:val="1001"/>
        </w:numPr>
      </w:pPr>
      <w:r>
        <w:rPr>
          <w:b/>
          <w:bCs/>
        </w:rPr>
        <w:t xml:space="preserve">In the dark he could cry for all the dreams that Rocky had as he stared out of his graduation picture; he could cry for Josiah and the spotted cattle, all scattered now, all lost, sucked away in the</w:t>
      </w:r>
      <w:r>
        <w:rPr>
          <w:b/>
          <w:bCs/>
        </w:rPr>
        <w:t xml:space="preserve"> </w:t>
      </w:r>
      <w:r>
        <w:rPr>
          <w:b/>
          <w:bCs/>
          <w:u w:val="single"/>
        </w:rPr>
        <w:t xml:space="preserve">dissolution</w:t>
      </w:r>
      <w:r>
        <w:rPr>
          <w:b/>
          <w:bCs/>
        </w:rPr>
        <w:t xml:space="preserve"> </w:t>
      </w:r>
      <w:r>
        <w:rPr>
          <w:b/>
          <w:bCs/>
        </w:rPr>
        <w:t xml:space="preserve">that had taken everything from him.</w:t>
      </w:r>
      <w:r>
        <w:br/>
      </w:r>
      <w:r>
        <w:t xml:space="preserve">    (a) an order issued by a court or judicial officer</w:t>
      </w:r>
      <w:r>
        <w:br/>
      </w:r>
      <w:r>
        <w:t xml:space="preserve">    (b) breaking something up or bringing it to an end</w:t>
      </w:r>
      <w:r>
        <w:br/>
      </w:r>
      <w:r>
        <w:t xml:space="preserve">    (c) two successive lines of poetry; usually rhymed</w:t>
      </w:r>
    </w:p>
    <w:p>
      <w:pPr>
        <w:pStyle w:val="Compact"/>
        <w:numPr>
          <w:ilvl w:val="0"/>
          <w:numId w:val="1001"/>
        </w:numPr>
      </w:pPr>
      <w:r>
        <w:rPr>
          <w:b/>
          <w:bCs/>
        </w:rPr>
        <w:t xml:space="preserve">There was a chill in the wind during the last days the sun occupied a summer place in the sky—and something</w:t>
      </w:r>
      <w:r>
        <w:rPr>
          <w:b/>
          <w:bCs/>
        </w:rPr>
        <w:t xml:space="preserve"> </w:t>
      </w:r>
      <w:r>
        <w:rPr>
          <w:b/>
          <w:bCs/>
          <w:u w:val="single"/>
        </w:rPr>
        <w:t xml:space="preserve">relentless</w:t>
      </w:r>
      <w:r>
        <w:rPr>
          <w:b/>
          <w:bCs/>
        </w:rPr>
        <w:t xml:space="preserve"> </w:t>
      </w:r>
      <w:r>
        <w:rPr>
          <w:b/>
          <w:bCs/>
        </w:rPr>
        <w:t xml:space="preserve">in the way the wind drove the sand and dust ahead of it.</w:t>
      </w:r>
      <w:r>
        <w:br/>
      </w:r>
      <w:r>
        <w:t xml:space="preserve">    (a) the state of being aware of one's mental activity</w:t>
      </w:r>
      <w:r>
        <w:br/>
      </w:r>
      <w:r>
        <w:t xml:space="preserve">    (b) appropriate or related in size, amount, or degree</w:t>
      </w:r>
      <w:r>
        <w:br/>
      </w:r>
      <w:r>
        <w:t xml:space="preserve">    (c) to continue without stopping in an extreme manner</w:t>
      </w:r>
    </w:p>
    <w:p>
      <w:pPr>
        <w:pStyle w:val="Compact"/>
        <w:numPr>
          <w:ilvl w:val="0"/>
          <w:numId w:val="1001"/>
        </w:numPr>
      </w:pPr>
      <w:r>
        <w:rPr>
          <w:b/>
          <w:bCs/>
        </w:rPr>
        <w:t xml:space="preserve">They focused the anger on the girl and her family, knowing from many years of this</w:t>
      </w:r>
      <w:r>
        <w:rPr>
          <w:b/>
          <w:bCs/>
        </w:rPr>
        <w:t xml:space="preserve"> </w:t>
      </w:r>
      <w:r>
        <w:rPr>
          <w:b/>
          <w:bCs/>
          <w:u w:val="single"/>
        </w:rPr>
        <w:t xml:space="preserve">conflict</w:t>
      </w:r>
      <w:r>
        <w:rPr>
          <w:b/>
          <w:bCs/>
        </w:rPr>
        <w:t xml:space="preserve"> </w:t>
      </w:r>
      <w:r>
        <w:rPr>
          <w:b/>
          <w:bCs/>
        </w:rPr>
        <w:t xml:space="preserve">that the anger could not be contained by a single person or family, but that it must leak out and soak into the ground under the entire village.</w:t>
      </w:r>
      <w:r>
        <w:br/>
      </w:r>
      <w:r>
        <w:t xml:space="preserve">    (a) include consideration of</w:t>
      </w:r>
      <w:r>
        <w:br/>
      </w:r>
      <w:r>
        <w:t xml:space="preserve">    (b) struggle or disagreement</w:t>
      </w:r>
      <w:r>
        <w:br/>
      </w:r>
      <w:r>
        <w:t xml:space="preserve">    (c) make nervous or confused</w:t>
      </w:r>
    </w:p>
    <w:p>
      <w:pPr>
        <w:pStyle w:val="Compact"/>
        <w:numPr>
          <w:ilvl w:val="0"/>
          <w:numId w:val="1001"/>
        </w:numPr>
      </w:pPr>
      <w:r>
        <w:rPr>
          <w:b/>
          <w:bCs/>
        </w:rPr>
        <w:t xml:space="preserve">It had the</w:t>
      </w:r>
      <w:r>
        <w:rPr>
          <w:b/>
          <w:bCs/>
        </w:rPr>
        <w:t xml:space="preserve"> </w:t>
      </w:r>
      <w:r>
        <w:rPr>
          <w:b/>
          <w:bCs/>
          <w:u w:val="single"/>
        </w:rPr>
        <w:t xml:space="preserve">clarity</w:t>
      </w:r>
      <w:r>
        <w:rPr>
          <w:b/>
          <w:bCs/>
        </w:rPr>
        <w:t xml:space="preserve"> </w:t>
      </w:r>
      <w:r>
        <w:rPr>
          <w:b/>
          <w:bCs/>
        </w:rPr>
        <w:t xml:space="preserve">of the sky after a summer rainstorm, when the dust was washed away, and the colors of the hills and the shadows of the mesas had an intensity which made everything he saw accessible, as if he could touch all of it, even the little green rabbit weed growing close to the sand, its tiny leaves clustered like stars.</w:t>
      </w:r>
      <w:r>
        <w:br/>
      </w:r>
      <w:r>
        <w:t xml:space="preserve">    (a) the process of assigning a value on or judging the worth of something; or the result of such a process</w:t>
      </w:r>
      <w:r>
        <w:br/>
      </w:r>
      <w:r>
        <w:t xml:space="preserve">    (b) seen, expressed, or understood clearly; or a degree of transparency such as the quality of clear water</w:t>
      </w:r>
      <w:r>
        <w:br/>
      </w:r>
      <w:r>
        <w:t xml:space="preserve">    (c) a collection of things on public display  OR  a detailed explanation or background of a specific topic</w:t>
      </w:r>
    </w:p>
    <w:p>
      <w:pPr>
        <w:pStyle w:val="Compact"/>
        <w:numPr>
          <w:ilvl w:val="0"/>
          <w:numId w:val="1001"/>
        </w:numPr>
      </w:pPr>
      <w:r>
        <w:rPr>
          <w:b/>
          <w:bCs/>
        </w:rPr>
        <w:t xml:space="preserve">If she had not been so young, she would have realized that he was nothing, that the power she was feeling had always been inside her, growing, pushing to the surface, only its season</w:t>
      </w:r>
      <w:r>
        <w:rPr>
          <w:b/>
          <w:bCs/>
        </w:rPr>
        <w:t xml:space="preserve"> </w:t>
      </w:r>
      <w:r>
        <w:rPr>
          <w:b/>
          <w:bCs/>
          <w:u w:val="single"/>
        </w:rPr>
        <w:t xml:space="preserve">coinciding</w:t>
      </w:r>
      <w:r>
        <w:rPr>
          <w:b/>
          <w:bCs/>
        </w:rPr>
        <w:t xml:space="preserve"> </w:t>
      </w:r>
      <w:r>
        <w:rPr>
          <w:b/>
          <w:bCs/>
        </w:rPr>
        <w:t xml:space="preserve">with her new lover.</w:t>
      </w:r>
      <w:r>
        <w:br/>
      </w:r>
      <w:r>
        <w:t xml:space="preserve">    (a) releasing from imprisonment early if special conditions are met</w:t>
      </w:r>
      <w:r>
        <w:br/>
      </w:r>
      <w:r>
        <w:t xml:space="preserve">    (b) manipulating voting district boundaries for political advantage</w:t>
      </w:r>
      <w:r>
        <w:br/>
      </w:r>
      <w:r>
        <w:t xml:space="preserve">    (c) to be similar -- especially to happen at the same time or place</w:t>
      </w:r>
    </w:p>
    <w:p>
      <w:pPr>
        <w:pStyle w:val="Compact"/>
        <w:numPr>
          <w:ilvl w:val="0"/>
          <w:numId w:val="1001"/>
        </w:numPr>
      </w:pPr>
      <w:r>
        <w:rPr>
          <w:b/>
          <w:bCs/>
        </w:rPr>
        <w:t xml:space="preserve">She nodded in the direction of the mountain, Tse-</w:t>
      </w:r>
      <w:r>
        <w:rPr>
          <w:b/>
          <w:bCs/>
          <w:u w:val="single"/>
        </w:rPr>
        <w:t xml:space="preserve">pi</w:t>
      </w:r>
      <w:r>
        <w:rPr>
          <w:b/>
          <w:bCs/>
        </w:rPr>
        <w:t xml:space="preserve">'na, the woman veiled in clouds.</w:t>
      </w:r>
      <w:r>
        <w:br/>
      </w:r>
      <w:r>
        <w:t xml:space="preserve">    (a) mathematics:  an important constant representing the circumference of any circle divided by its diameter (about 3.14)</w:t>
      </w:r>
      <w:r>
        <w:br/>
      </w:r>
      <w:r>
        <w:t xml:space="preserve">    (b) radically new and experimental; or people who practice radically new and experimental ideas -- especially in the arts</w:t>
      </w:r>
      <w:r>
        <w:br/>
      </w:r>
      <w:r>
        <w:t xml:space="preserve">    (c) drugs that causes temporary loss of bodily sensations in a limited region of the body while maintaining consciousness</w:t>
      </w:r>
    </w:p>
    <w:p>
      <w:pPr>
        <w:pStyle w:val="Compact"/>
        <w:numPr>
          <w:ilvl w:val="0"/>
          <w:numId w:val="1001"/>
        </w:numPr>
      </w:pPr>
      <w:r>
        <w:rPr>
          <w:b/>
          <w:bCs/>
        </w:rPr>
        <w:t xml:space="preserve">The sickness had</w:t>
      </w:r>
      <w:r>
        <w:rPr>
          <w:b/>
          <w:bCs/>
        </w:rPr>
        <w:t xml:space="preserve"> </w:t>
      </w:r>
      <w:r>
        <w:rPr>
          <w:b/>
          <w:bCs/>
          <w:u w:val="single"/>
        </w:rPr>
        <w:t xml:space="preserve">receded</w:t>
      </w:r>
      <w:r>
        <w:rPr>
          <w:b/>
          <w:bCs/>
        </w:rPr>
        <w:t xml:space="preserve"> </w:t>
      </w:r>
      <w:r>
        <w:rPr>
          <w:b/>
          <w:bCs/>
        </w:rPr>
        <w:t xml:space="preserve">into a shadow behind him, something he saw only out of the corners of his eyes, over his shoulder.</w:t>
      </w:r>
      <w:r>
        <w:br/>
      </w:r>
      <w:r>
        <w:t xml:space="preserve">    (a) genetically changed through evolution</w:t>
      </w:r>
      <w:r>
        <w:br/>
      </w:r>
      <w:r>
        <w:t xml:space="preserve">    (b) move away or diminished (became less)</w:t>
      </w:r>
      <w:r>
        <w:br/>
      </w:r>
      <w:r>
        <w:t xml:space="preserve">    (c) not encouraged or emotionally aroused</w:t>
      </w:r>
    </w:p>
    <w:p>
      <w:pPr>
        <w:pStyle w:val="Compact"/>
        <w:numPr>
          <w:ilvl w:val="0"/>
          <w:numId w:val="1001"/>
        </w:numPr>
      </w:pPr>
      <w:r>
        <w:rPr>
          <w:b/>
          <w:bCs/>
        </w:rPr>
        <w:t xml:space="preserve">...a great variety of herb and root odors were almost hidden by the smell of mountain</w:t>
      </w:r>
      <w:r>
        <w:rPr>
          <w:b/>
          <w:bCs/>
        </w:rPr>
        <w:t xml:space="preserve"> </w:t>
      </w:r>
      <w:r>
        <w:rPr>
          <w:b/>
          <w:bCs/>
          <w:u w:val="single"/>
        </w:rPr>
        <w:t xml:space="preserve">sage</w:t>
      </w:r>
      <w:r>
        <w:rPr>
          <w:b/>
          <w:bCs/>
        </w:rPr>
        <w:t xml:space="preserve"> </w:t>
      </w:r>
      <w:r>
        <w:rPr>
          <w:b/>
          <w:bCs/>
        </w:rPr>
        <w:t xml:space="preserve">and something as ordinary as curry powder.</w:t>
      </w:r>
      <w:r>
        <w:br/>
      </w:r>
      <w:r>
        <w:t xml:space="preserve">    (a) any of various plants including one used as a popular spice and another that is a type of brush with a strong scent</w:t>
      </w:r>
      <w:r>
        <w:br/>
      </w:r>
      <w:r>
        <w:t xml:space="preserve">    (b) the degree to which a performance of or to someone else's work lends itself to the expression of personal artistic ideas or feelings by the performer</w:t>
      </w:r>
      <w:r>
        <w:br/>
      </w:r>
      <w:r>
        <w:t xml:space="preserve">    (c) the quality or degree of being straightforward or clear (sometimes indicating that truth is not worded carefully to spare feelings or gain advantage)</w:t>
      </w:r>
    </w:p>
    <w:p>
      <w:pPr>
        <w:pStyle w:val="Compact"/>
        <w:numPr>
          <w:ilvl w:val="0"/>
          <w:numId w:val="1001"/>
        </w:numPr>
      </w:pPr>
      <w:r>
        <w:rPr>
          <w:b/>
          <w:bCs/>
        </w:rPr>
        <w:t xml:space="preserve">He</w:t>
      </w:r>
      <w:r>
        <w:rPr>
          <w:b/>
          <w:bCs/>
        </w:rPr>
        <w:t xml:space="preserve"> </w:t>
      </w:r>
      <w:r>
        <w:rPr>
          <w:b/>
          <w:bCs/>
          <w:u w:val="single"/>
        </w:rPr>
        <w:t xml:space="preserve">reined</w:t>
      </w:r>
      <w:r>
        <w:rPr>
          <w:b/>
          <w:bCs/>
        </w:rPr>
        <w:t xml:space="preserve"> </w:t>
      </w:r>
      <w:r>
        <w:rPr>
          <w:b/>
          <w:bCs/>
        </w:rPr>
        <w:t xml:space="preserve">the mare in tight and kept his heels hard against her sides to let her know he meant business.</w:t>
      </w:r>
      <w:r>
        <w:br/>
      </w:r>
      <w:r>
        <w:t xml:space="preserve">    (a) restrained or controlled</w:t>
      </w:r>
      <w:r>
        <w:br/>
      </w:r>
      <w:r>
        <w:t xml:space="preserve">    (b) mirrored back (an image)</w:t>
      </w:r>
      <w:r>
        <w:br/>
      </w:r>
      <w:r>
        <w:t xml:space="preserve">    (c) quoted (to make a point)</w:t>
      </w:r>
    </w:p>
    <w:p>
      <w:pPr>
        <w:pStyle w:val="Compact"/>
        <w:numPr>
          <w:ilvl w:val="0"/>
          <w:numId w:val="1001"/>
        </w:numPr>
      </w:pPr>
      <w:r>
        <w:rPr>
          <w:b/>
          <w:bCs/>
        </w:rPr>
        <w:t xml:space="preserve">Their memory of people</w:t>
      </w:r>
      <w:r>
        <w:rPr>
          <w:b/>
          <w:bCs/>
        </w:rPr>
        <w:t xml:space="preserve"> </w:t>
      </w:r>
      <w:r>
        <w:rPr>
          <w:b/>
          <w:bCs/>
          <w:u w:val="single"/>
        </w:rPr>
        <w:t xml:space="preserve">endured</w:t>
      </w:r>
      <w:r>
        <w:rPr>
          <w:b/>
          <w:bCs/>
        </w:rPr>
        <w:t xml:space="preserve"> </w:t>
      </w:r>
      <w:r>
        <w:rPr>
          <w:b/>
          <w:bCs/>
        </w:rPr>
        <w:t xml:space="preserve">long after all other traces of domestication were gone;</w:t>
      </w:r>
      <w:r>
        <w:br/>
      </w:r>
      <w:r>
        <w:t xml:space="preserve">    (a) previously created</w:t>
      </w:r>
      <w:r>
        <w:br/>
      </w:r>
      <w:r>
        <w:t xml:space="preserve">    (b) continued to exist</w:t>
      </w:r>
      <w:r>
        <w:br/>
      </w:r>
      <w:r>
        <w:t xml:space="preserve">    (c) took on or adopted</w:t>
      </w:r>
    </w:p>
    <w:p>
      <w:pPr>
        <w:pStyle w:val="Compact"/>
        <w:numPr>
          <w:ilvl w:val="0"/>
          <w:numId w:val="1001"/>
        </w:numPr>
      </w:pPr>
      <w:r>
        <w:rPr>
          <w:b/>
          <w:bCs/>
        </w:rPr>
        <w:t xml:space="preserve">Tayo could not</w:t>
      </w:r>
      <w:r>
        <w:rPr>
          <w:b/>
          <w:bCs/>
        </w:rPr>
        <w:t xml:space="preserve"> </w:t>
      </w:r>
      <w:r>
        <w:rPr>
          <w:b/>
          <w:bCs/>
          <w:u w:val="single"/>
        </w:rPr>
        <w:t xml:space="preserve">endure</w:t>
      </w:r>
      <w:r>
        <w:rPr>
          <w:b/>
          <w:bCs/>
        </w:rPr>
        <w:t xml:space="preserve"> </w:t>
      </w:r>
      <w:r>
        <w:rPr>
          <w:b/>
          <w:bCs/>
        </w:rPr>
        <w:t xml:space="preserve">it any longer.</w:t>
      </w:r>
      <w:r>
        <w:br/>
      </w:r>
      <w:r>
        <w:t xml:space="preserve">    (a) put up with</w:t>
      </w:r>
      <w:r>
        <w:br/>
      </w:r>
      <w:r>
        <w:t xml:space="preserve">    (b) call -- typically to come nearer by using a hand gesture or a nod</w:t>
      </w:r>
      <w:r>
        <w:br/>
      </w:r>
      <w:r>
        <w:t xml:space="preserve">    (c) communication through gestures and body movements (without words)</w:t>
      </w:r>
    </w:p>
    <w:p>
      <w:pPr>
        <w:pStyle w:val="Compact"/>
        <w:numPr>
          <w:ilvl w:val="0"/>
          <w:numId w:val="1001"/>
        </w:numPr>
      </w:pPr>
      <w:r>
        <w:rPr>
          <w:b/>
          <w:bCs/>
        </w:rPr>
        <w:t xml:space="preserve">The early storm had caught the tree</w:t>
      </w:r>
      <w:r>
        <w:rPr>
          <w:b/>
          <w:bCs/>
        </w:rPr>
        <w:t xml:space="preserve"> </w:t>
      </w:r>
      <w:r>
        <w:rPr>
          <w:b/>
          <w:bCs/>
          <w:u w:val="single"/>
        </w:rPr>
        <w:t xml:space="preserve">vulnerable</w:t>
      </w:r>
      <w:r>
        <w:rPr>
          <w:b/>
          <w:bCs/>
        </w:rPr>
        <w:t xml:space="preserve"> </w:t>
      </w:r>
      <w:r>
        <w:rPr>
          <w:b/>
          <w:bCs/>
        </w:rPr>
        <w:t xml:space="preserve">with leaves that caught the snow and held it in drifts until the branches dragged the ground.</w:t>
      </w:r>
      <w:r>
        <w:br/>
      </w:r>
      <w:r>
        <w:t xml:space="preserve">    (a) having the characteristic of or relating to bouncing back light/heat/sound...</w:t>
      </w:r>
      <w:r>
        <w:br/>
      </w:r>
      <w:r>
        <w:t xml:space="preserve">    (b) easily hurt or in need of help; or easily influenced or subject to temptation</w:t>
      </w:r>
      <w:r>
        <w:br/>
      </w:r>
      <w:r>
        <w:t xml:space="preserve">    (c) suffering from too few red blood cells</w:t>
      </w:r>
      <w:r>
        <w:br/>
      </w:r>
      <w:r>
        <w:br/>
      </w:r>
      <w:r>
        <w:t xml:space="preserve">or (less commonly):  lacking vitality</w:t>
      </w:r>
    </w:p>
    <w:p>
      <w:pPr>
        <w:pStyle w:val="Compact"/>
        <w:numPr>
          <w:ilvl w:val="0"/>
          <w:numId w:val="1001"/>
        </w:numPr>
      </w:pPr>
      <w:r>
        <w:rPr>
          <w:b/>
          <w:bCs/>
          <w:u w:val="single"/>
        </w:rPr>
        <w:t xml:space="preserve">Twilight</w:t>
      </w:r>
      <w:r>
        <w:rPr>
          <w:b/>
          <w:bCs/>
        </w:rPr>
        <w:t xml:space="preserve"> </w:t>
      </w:r>
      <w:r>
        <w:rPr>
          <w:b/>
          <w:bCs/>
        </w:rPr>
        <w:t xml:space="preserve">was giving way to darkness.</w:t>
      </w:r>
      <w:r>
        <w:br/>
      </w:r>
      <w:r>
        <w:t xml:space="preserve">    (a) the light from the sky between daylight and darkness</w:t>
      </w:r>
      <w:r>
        <w:br/>
      </w:r>
      <w:r>
        <w:t xml:space="preserve">    (b) the light from the sky just before sunrise</w:t>
      </w:r>
      <w:r>
        <w:br/>
      </w:r>
      <w:r>
        <w:t xml:space="preserve">    (c) light from the moon and stars</w:t>
      </w:r>
    </w:p>
    <w:p>
      <w:pPr>
        <w:pStyle w:val="Compact"/>
        <w:numPr>
          <w:ilvl w:val="0"/>
          <w:numId w:val="1001"/>
        </w:numPr>
      </w:pPr>
      <w:r>
        <w:rPr>
          <w:b/>
          <w:bCs/>
        </w:rPr>
        <w:t xml:space="preserve">Squatting close to the ground, he followed the long shadow cast by the continuous mounds of mining</w:t>
      </w:r>
      <w:r>
        <w:rPr>
          <w:b/>
          <w:bCs/>
        </w:rPr>
        <w:t xml:space="preserve"> </w:t>
      </w:r>
      <w:r>
        <w:rPr>
          <w:b/>
          <w:bCs/>
          <w:u w:val="single"/>
        </w:rPr>
        <w:t xml:space="preserve">debris</w:t>
      </w:r>
      <w:r>
        <w:rPr>
          <w:b/>
          <w:bCs/>
        </w:rPr>
        <w:t xml:space="preserve">.</w:t>
      </w:r>
      <w:r>
        <w:br/>
      </w:r>
      <w:r>
        <w:t xml:space="preserve">    (a) the act of treating or preparing food in a way that keeps it from spoiling</w:t>
      </w:r>
      <w:r>
        <w:br/>
      </w:r>
      <w:r>
        <w:t xml:space="preserve">    (b) passages food and drink follow between the back of mouths and the stomachs</w:t>
      </w:r>
      <w:r>
        <w:br/>
      </w:r>
      <w:r>
        <w:t xml:space="preserve">    (c) pieces of something that has been destroyed; or trash that is lying around</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2026-05-20T03:52:25Z</dcterms:created>
  <dcterms:modified xsi:type="dcterms:W3CDTF">2026-05-20T03:52:25Z</dcterms:modified>
</cp:coreProperties>
</file>

<file path=docProps/custom.xml><?xml version="1.0" encoding="utf-8"?>
<Properties xmlns="http://schemas.openxmlformats.org/officeDocument/2006/custom-properties" xmlns:vt="http://schemas.openxmlformats.org/officeDocument/2006/docPropsVTypes"/>
</file>