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3dbdd705509c9b318f0f3af1a4fc72f922c847e"/>
    <w:p>
      <w:pPr>
        <w:pStyle w:val="Heading1"/>
      </w:pPr>
      <w:r>
        <w:rPr>
          <w:b/>
          <w:bCs/>
        </w:rPr>
        <w:t xml:space="preserve">Catch-22</w:t>
      </w:r>
      <w:r>
        <w:br/>
      </w:r>
      <w:r>
        <w:rPr>
          <w:i/>
          <w:iCs/>
        </w:rPr>
        <w:t xml:space="preserve">Joseph Heller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 understand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antagonism</w:t>
      </w:r>
      <w:r>
        <w:rPr>
          <w:b/>
          <w:bCs/>
        </w:rPr>
        <w:t xml:space="preserve"> </w:t>
      </w:r>
      <w:r>
        <w:rPr>
          <w:b/>
          <w:bCs/>
        </w:rPr>
        <w:t xml:space="preserve">toward me.</w:t>
      </w:r>
      <w:r>
        <w:br/>
      </w:r>
      <w:r>
        <w:t xml:space="preserve">    (a) kindness</w:t>
      </w:r>
      <w:r>
        <w:br/>
      </w:r>
      <w:r>
        <w:t xml:space="preserve">    (b) hostility</w:t>
      </w:r>
      <w:r>
        <w:br/>
      </w:r>
      <w:r>
        <w:t xml:space="preserve">    (c) positive attitude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grow more nervous as the test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approaches</w:t>
      </w:r>
      <w:r>
        <w:rPr>
          <w:b/>
          <w:bCs/>
        </w:rPr>
        <w:t xml:space="preserve">.</w:t>
      </w:r>
      <w:r>
        <w:br/>
      </w:r>
      <w:r>
        <w:t xml:space="preserve">    (a) is remembered</w:t>
      </w:r>
      <w:r>
        <w:br/>
      </w:r>
      <w:r>
        <w:t xml:space="preserve">    (b) continues</w:t>
      </w:r>
      <w:r>
        <w:br/>
      </w:r>
      <w:r>
        <w:t xml:space="preserve">    (c) gets nearer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need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approach</w:t>
      </w:r>
      <w:r>
        <w:rPr>
          <w:b/>
          <w:bCs/>
        </w:rPr>
        <w:t xml:space="preserve"> </w:t>
      </w:r>
      <w:r>
        <w:rPr>
          <w:b/>
          <w:bCs/>
        </w:rPr>
        <w:t xml:space="preserve">this problem in a new way.</w:t>
      </w:r>
      <w:r>
        <w:br/>
      </w:r>
      <w:r>
        <w:t xml:space="preserve">    (a) think about</w:t>
      </w:r>
      <w:r>
        <w:br/>
      </w:r>
      <w:r>
        <w:t xml:space="preserve">    (b) assign</w:t>
      </w:r>
      <w:r>
        <w:br/>
      </w:r>
      <w:r>
        <w:t xml:space="preserve">    (c) avoid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always enjoy her remarks, though they can be a bit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caustic</w:t>
      </w:r>
      <w:r>
        <w:rPr>
          <w:b/>
          <w:bCs/>
        </w:rPr>
        <w:t xml:space="preserve">.</w:t>
      </w:r>
      <w:r>
        <w:br/>
      </w:r>
      <w:r>
        <w:t xml:space="preserve">    (a) hard to understand</w:t>
      </w:r>
      <w:r>
        <w:br/>
      </w:r>
      <w:r>
        <w:t xml:space="preserve">    (b) depressing or sad</w:t>
      </w:r>
      <w:r>
        <w:br/>
      </w:r>
      <w:r>
        <w:t xml:space="preserve">    (c) sarcastic or harsh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performer chose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Bombay</w:t>
      </w:r>
      <w:r>
        <w:rPr>
          <w:b/>
          <w:bCs/>
        </w:rPr>
        <w:t xml:space="preserve"> </w:t>
      </w:r>
      <w:r>
        <w:rPr>
          <w:b/>
          <w:bCs/>
        </w:rPr>
        <w:t xml:space="preserve">as a good word to rhyme with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today</w:t>
      </w:r>
      <w:r>
        <w:rPr>
          <w:b/>
          <w:bCs/>
        </w:rPr>
        <w:t xml:space="preserve">, but India's Central Board of Film Certification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censored</w:t>
      </w:r>
      <w:r>
        <w:rPr>
          <w:b/>
          <w:bCs/>
        </w:rPr>
        <w:t xml:space="preserve"> </w:t>
      </w:r>
      <w:r>
        <w:rPr>
          <w:b/>
          <w:bCs/>
        </w:rPr>
        <w:t xml:space="preserve">the word and replaced it with a beep.</w:t>
      </w:r>
      <w:r>
        <w:br/>
      </w:r>
      <w:r>
        <w:t xml:space="preserve">    (a) removed</w:t>
      </w:r>
      <w:r>
        <w:br/>
      </w:r>
      <w:r>
        <w:t xml:space="preserve">    (b) improved</w:t>
      </w:r>
      <w:r>
        <w:br/>
      </w:r>
      <w:r>
        <w:t xml:space="preserve">    (c) reinforced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elated</w:t>
      </w:r>
      <w:r>
        <w:rPr>
          <w:b/>
          <w:bCs/>
        </w:rPr>
        <w:t xml:space="preserve"> </w:t>
      </w:r>
      <w:r>
        <w:rPr>
          <w:b/>
          <w:bCs/>
        </w:rPr>
        <w:t xml:space="preserve">winner couldn't stop smiling.</w:t>
      </w:r>
      <w:r>
        <w:br/>
      </w:r>
      <w:r>
        <w:t xml:space="preserve">    (a) extremely happy</w:t>
      </w:r>
      <w:r>
        <w:br/>
      </w:r>
      <w:r>
        <w:t xml:space="preserve">    (b) exhausted or tired</w:t>
      </w:r>
      <w:r>
        <w:br/>
      </w:r>
      <w:r>
        <w:t xml:space="preserve">    (c) newly created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Words can be like baseball bats when used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maliciously</w:t>
      </w:r>
      <w:r>
        <w:rPr>
          <w:b/>
          <w:bCs/>
        </w:rPr>
        <w:t xml:space="preserve"> </w:t>
      </w:r>
      <w:r>
        <w:rPr>
          <w:b/>
          <w:bCs/>
        </w:rPr>
        <w:t xml:space="preserve">against someone who is sensitive.</w:t>
      </w:r>
      <w:r>
        <w:br/>
      </w:r>
      <w:r>
        <w:t xml:space="preserve">    (a) mockingly</w:t>
      </w:r>
      <w:r>
        <w:br/>
      </w:r>
      <w:r>
        <w:t xml:space="preserve">    (b) evilly</w:t>
      </w:r>
      <w:r>
        <w:br/>
      </w:r>
      <w:r>
        <w:t xml:space="preserve">    (c) carelessly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army practiced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martial</w:t>
      </w:r>
      <w:r>
        <w:rPr>
          <w:b/>
          <w:bCs/>
        </w:rPr>
        <w:t xml:space="preserve"> </w:t>
      </w:r>
      <w:r>
        <w:rPr>
          <w:b/>
          <w:bCs/>
        </w:rPr>
        <w:t xml:space="preserve">drills before the inspection.</w:t>
      </w:r>
      <w:r>
        <w:br/>
      </w:r>
      <w:r>
        <w:t xml:space="preserve">    (a) related to war</w:t>
      </w:r>
      <w:r>
        <w:br/>
      </w:r>
      <w:r>
        <w:t xml:space="preserve">    (b) related to farming</w:t>
      </w:r>
      <w:r>
        <w:br/>
      </w:r>
      <w:r>
        <w:t xml:space="preserve">    (c) related to music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study indicates that traffic accidents from falling asleep increase on long, straight,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monotonous</w:t>
      </w:r>
      <w:r>
        <w:rPr>
          <w:b/>
          <w:bCs/>
        </w:rPr>
        <w:t xml:space="preserve"> </w:t>
      </w:r>
      <w:r>
        <w:rPr>
          <w:b/>
          <w:bCs/>
        </w:rPr>
        <w:t xml:space="preserve">roads.</w:t>
      </w:r>
      <w:r>
        <w:br/>
      </w:r>
      <w:r>
        <w:t xml:space="preserve">    (a) dark</w:t>
      </w:r>
      <w:r>
        <w:br/>
      </w:r>
      <w:r>
        <w:t xml:space="preserve">    (b) boring</w:t>
      </w:r>
      <w:r>
        <w:br/>
      </w:r>
      <w:r>
        <w:t xml:space="preserve">    (c) narrow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Higher gasoline prices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negatively</w:t>
      </w:r>
      <w:r>
        <w:rPr>
          <w:b/>
          <w:bCs/>
        </w:rPr>
        <w:t xml:space="preserve"> </w:t>
      </w:r>
      <w:r>
        <w:rPr>
          <w:b/>
          <w:bCs/>
        </w:rPr>
        <w:t xml:space="preserve">affected fast food sales.</w:t>
      </w:r>
      <w:r>
        <w:br/>
      </w:r>
      <w:r>
        <w:t xml:space="preserve">    (a) surprisingly</w:t>
      </w:r>
      <w:r>
        <w:br/>
      </w:r>
      <w:r>
        <w:t xml:space="preserve">    (b) in a harmful manner</w:t>
      </w:r>
      <w:r>
        <w:br/>
      </w:r>
      <w:r>
        <w:t xml:space="preserve">    (c) in a helpful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need a break from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negative</w:t>
      </w:r>
      <w:r>
        <w:rPr>
          <w:b/>
          <w:bCs/>
        </w:rPr>
        <w:t xml:space="preserve"> </w:t>
      </w:r>
      <w:r>
        <w:rPr>
          <w:b/>
          <w:bCs/>
        </w:rPr>
        <w:t xml:space="preserve">attitude.</w:t>
      </w:r>
      <w:r>
        <w:br/>
      </w:r>
      <w:r>
        <w:t xml:space="preserve">    (a) too serious</w:t>
      </w:r>
      <w:r>
        <w:br/>
      </w:r>
      <w:r>
        <w:t xml:space="preserve">    (b) silly</w:t>
      </w:r>
      <w:r>
        <w:br/>
      </w:r>
      <w:r>
        <w:t xml:space="preserve">    (c) pessimistic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poll tax was designed as a particularly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odious</w:t>
      </w:r>
      <w:r>
        <w:rPr>
          <w:b/>
          <w:bCs/>
        </w:rPr>
        <w:t xml:space="preserve"> </w:t>
      </w:r>
      <w:r>
        <w:rPr>
          <w:b/>
          <w:bCs/>
        </w:rPr>
        <w:t xml:space="preserve">violation of civil rights.</w:t>
      </w:r>
      <w:r>
        <w:br/>
      </w:r>
      <w:r>
        <w:t xml:space="preserve">    (a) extremely dislikable</w:t>
      </w:r>
      <w:r>
        <w:br/>
      </w:r>
      <w:r>
        <w:t xml:space="preserve">    (b) harmful and hidden</w:t>
      </w:r>
      <w:r>
        <w:br/>
      </w:r>
      <w:r>
        <w:t xml:space="preserve">    (c) extremely devious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tone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peremptory</w:t>
      </w:r>
      <w:r>
        <w:rPr>
          <w:b/>
          <w:bCs/>
        </w:rPr>
        <w:t xml:space="preserve">, preventing argument or disagreement.</w:t>
      </w:r>
      <w:r>
        <w:br/>
      </w:r>
      <w:r>
        <w:t xml:space="preserve">    (a) more rushed than usual</w:t>
      </w:r>
      <w:r>
        <w:br/>
      </w:r>
      <w:r>
        <w:t xml:space="preserve">    (b) not allowing contradiction or refusal</w:t>
      </w:r>
      <w:r>
        <w:br/>
      </w:r>
      <w:r>
        <w:t xml:space="preserve">    (c) not in line with her usual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positive</w:t>
      </w:r>
      <w:r>
        <w:rPr>
          <w:b/>
          <w:bCs/>
        </w:rPr>
        <w:t xml:space="preserve"> </w:t>
      </w:r>
      <w:r>
        <w:rPr>
          <w:b/>
          <w:bCs/>
        </w:rPr>
        <w:t xml:space="preserve">our team will win on Friday.</w:t>
      </w:r>
      <w:r>
        <w:br/>
      </w:r>
      <w:r>
        <w:t xml:space="preserve">    (a) certain</w:t>
      </w:r>
      <w:r>
        <w:br/>
      </w:r>
      <w:r>
        <w:t xml:space="preserve">    (b) happy</w:t>
      </w:r>
      <w:r>
        <w:br/>
      </w:r>
      <w:r>
        <w:t xml:space="preserve">    (c) pretty sure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appreciation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positive</w:t>
      </w:r>
      <w:r>
        <w:rPr>
          <w:b/>
          <w:bCs/>
        </w:rPr>
        <w:t xml:space="preserve"> </w:t>
      </w:r>
      <w:r>
        <w:rPr>
          <w:b/>
          <w:bCs/>
        </w:rPr>
        <w:t xml:space="preserve">attitude.</w:t>
      </w:r>
      <w:r>
        <w:br/>
      </w:r>
      <w:r>
        <w:t xml:space="preserve">    (a) patient</w:t>
      </w:r>
      <w:r>
        <w:br/>
      </w:r>
      <w:r>
        <w:t xml:space="preserve">    (b) open-minded</w:t>
      </w:r>
      <w:r>
        <w:br/>
      </w:r>
      <w:r>
        <w:t xml:space="preserve">    (c) optimistic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 want to spoil her, but I don't have the heart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reprove</w:t>
      </w:r>
      <w:r>
        <w:rPr>
          <w:b/>
          <w:bCs/>
        </w:rPr>
        <w:t xml:space="preserve"> </w:t>
      </w:r>
      <w:r>
        <w:rPr>
          <w:b/>
          <w:bCs/>
        </w:rPr>
        <w:t xml:space="preserve">her.</w:t>
      </w:r>
      <w:r>
        <w:br/>
      </w:r>
      <w:r>
        <w:t xml:space="preserve">    (a) compliment</w:t>
      </w:r>
      <w:r>
        <w:br/>
      </w:r>
      <w:r>
        <w:t xml:space="preserve">    (b) instruct</w:t>
      </w:r>
      <w:r>
        <w:br/>
      </w:r>
      <w:r>
        <w:t xml:space="preserve">    (c) criticize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said that if I 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resign</w:t>
      </w:r>
      <w:r>
        <w:rPr>
          <w:b/>
          <w:bCs/>
        </w:rPr>
        <w:t xml:space="preserve">, I will be fired.</w:t>
      </w:r>
      <w:r>
        <w:br/>
      </w:r>
      <w:r>
        <w:t xml:space="preserve">    (a) quit</w:t>
      </w:r>
      <w:r>
        <w:br/>
      </w:r>
      <w:r>
        <w:t xml:space="preserve">    (b) do better</w:t>
      </w:r>
      <w:r>
        <w:br/>
      </w:r>
      <w:r>
        <w:t xml:space="preserve">    (c) renew an agreement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resigned</w:t>
      </w:r>
      <w:r>
        <w:rPr>
          <w:b/>
          <w:bCs/>
        </w:rPr>
        <w:t xml:space="preserve"> </w:t>
      </w:r>
      <w:r>
        <w:rPr>
          <w:b/>
          <w:bCs/>
        </w:rPr>
        <w:t xml:space="preserve">to being embarrassed by her younger brother.</w:t>
      </w:r>
      <w:r>
        <w:br/>
      </w:r>
      <w:r>
        <w:t xml:space="preserve">    (a) with acceptance</w:t>
      </w:r>
      <w:r>
        <w:br/>
      </w:r>
      <w:r>
        <w:t xml:space="preserve">    (b) resistant</w:t>
      </w:r>
      <w:r>
        <w:br/>
      </w:r>
      <w:r>
        <w:t xml:space="preserve">    (c) putting a stop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retorted</w:t>
      </w:r>
      <w:r>
        <w:rPr>
          <w:b/>
          <w:bCs/>
        </w:rPr>
        <w:t xml:space="preserve">, "Takes one to know one."</w:t>
      </w:r>
      <w:r>
        <w:br/>
      </w:r>
      <w:r>
        <w:t xml:space="preserve">    (a) quickly replied</w:t>
      </w:r>
      <w:r>
        <w:br/>
      </w:r>
      <w:r>
        <w:t xml:space="preserve">    (b) joyfully laughed</w:t>
      </w:r>
      <w:r>
        <w:br/>
      </w:r>
      <w:r>
        <w:t xml:space="preserve">    (c) insulted back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coach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scorns</w:t>
      </w:r>
      <w:r>
        <w:rPr>
          <w:b/>
          <w:bCs/>
        </w:rPr>
        <w:t xml:space="preserve"> </w:t>
      </w:r>
      <w:r>
        <w:rPr>
          <w:b/>
          <w:bCs/>
        </w:rPr>
        <w:t xml:space="preserve">students who don't have natural ability.</w:t>
      </w:r>
      <w:r>
        <w:br/>
      </w:r>
      <w:r>
        <w:t xml:space="preserve">    (a) encourages</w:t>
      </w:r>
      <w:r>
        <w:br/>
      </w:r>
      <w:r>
        <w:t xml:space="preserve">    (b) disrespects</w:t>
      </w:r>
      <w:r>
        <w:br/>
      </w:r>
      <w:r>
        <w:t xml:space="preserve">    (c) trains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2026-07-31T15:08:56Z</dcterms:created>
  <dcterms:modified xsi:type="dcterms:W3CDTF">2026-07-31T15:08:56Z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