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cb25a0bb098866236fa7a3421cb05f2f8e6012"/>
    <w:p>
      <w:pPr>
        <w:pStyle w:val="Heading1"/>
      </w:pPr>
      <w:r>
        <w:rPr>
          <w:b/>
          <w:bCs/>
        </w:rPr>
        <w:t xml:space="preserve">Catch-22</w:t>
      </w:r>
      <w:r>
        <w:br/>
      </w:r>
      <w:r>
        <w:rPr>
          <w:i/>
          <w:iCs/>
        </w:rPr>
        <w:t xml:space="preserve">Joseph Heller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a joke of</w:t>
      </w:r>
      <w:r>
        <w:br/>
      </w:r>
      <w:r>
        <w:t xml:space="preserve">    (b) soothed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challenging</w:t>
      </w:r>
      <w:r>
        <w:br/>
      </w:r>
      <w:r>
        <w:t xml:space="preserve">    (b) unfamiliar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unassertive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compete</w:t>
      </w:r>
      <w:r>
        <w:br/>
      </w:r>
      <w:r>
        <w:t xml:space="preserve">    (b) elaborate</w:t>
      </w:r>
      <w:r>
        <w:br/>
      </w:r>
      <w:r>
        <w:t xml:space="preserve">    (c) wander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rated "R" because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</w:t>
      </w:r>
      <w:r>
        <w:rPr>
          <w:b/>
          <w:bCs/>
        </w:rPr>
        <w:t xml:space="preserve"> </w:t>
      </w:r>
      <w:r>
        <w:rPr>
          <w:b/>
          <w:bCs/>
        </w:rPr>
        <w:t xml:space="preserve">sex scenes.</w:t>
      </w:r>
      <w:r>
        <w:br/>
      </w:r>
      <w:r>
        <w:t xml:space="preserve">    (a) unclear in meaning -- especially where opposing interpretations are reasonable (sometimes intentionally)</w:t>
      </w:r>
      <w:r>
        <w:br/>
      </w:r>
      <w:r>
        <w:t xml:space="preserve">    (b) expressing or displaying sexual activity or nudity in a manner that leaves little to the imagination</w:t>
      </w:r>
      <w:r>
        <w:br/>
      </w:r>
      <w:r>
        <w:t xml:space="preserve">    (c) describing someone who consumes more than they should -- especially eating and drinking too much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impulsive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kind</w:t>
      </w:r>
      <w:r>
        <w:br/>
      </w:r>
      <w:r>
        <w:t xml:space="preserve">    (b) lazy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corrupt</w:t>
      </w:r>
      <w:r>
        <w:br/>
      </w:r>
      <w:r>
        <w:t xml:space="preserve">    (b) energetic</w:t>
      </w:r>
      <w:r>
        <w:br/>
      </w:r>
      <w:r>
        <w:t xml:space="preserve">    (c) unmoving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immorality</w:t>
      </w:r>
      <w:r>
        <w:br/>
      </w:r>
      <w:r>
        <w:t xml:space="preserve">    (b) supporters</w:t>
      </w:r>
      <w:r>
        <w:br/>
      </w:r>
      <w:r>
        <w:t xml:space="preserve">    (c) practice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usual mood is one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irascible</w:t>
      </w:r>
      <w:r>
        <w:rPr>
          <w:b/>
          <w:bCs/>
        </w:rPr>
        <w:t xml:space="preserve"> </w:t>
      </w:r>
      <w:r>
        <w:rPr>
          <w:b/>
          <w:bCs/>
        </w:rPr>
        <w:t xml:space="preserve">impatience.</w:t>
      </w:r>
      <w:r>
        <w:br/>
      </w:r>
      <w:r>
        <w:t xml:space="preserve">    (a) unable to find</w:t>
      </w:r>
      <w:r>
        <w:br/>
      </w:r>
      <w:r>
        <w:t xml:space="preserve">    (b) easily angered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myopic</w:t>
      </w:r>
      <w:r>
        <w:rPr>
          <w:b/>
          <w:bCs/>
        </w:rPr>
        <w:t xml:space="preserve">, but my contacts correct for it.</w:t>
      </w:r>
      <w:r>
        <w:br/>
      </w:r>
      <w:r>
        <w:t xml:space="preserve">    (a) unable to see distant objects clearly</w:t>
      </w:r>
      <w:r>
        <w:br/>
      </w:r>
      <w:r>
        <w:t xml:space="preserve">    (b) unable to see well in dim light</w:t>
      </w:r>
      <w:r>
        <w:br/>
      </w:r>
      <w:r>
        <w:t xml:space="preserve">    (c) unable to see close objects clearly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waiter praised every comment the celebrity made.</w:t>
      </w:r>
      <w:r>
        <w:br/>
      </w:r>
      <w:r>
        <w:t xml:space="preserve">    (a) too eager to please</w:t>
      </w:r>
      <w:r>
        <w:br/>
      </w:r>
      <w:r>
        <w:t xml:space="preserve">    (b) quick to complain</w:t>
      </w:r>
      <w:r>
        <w:br/>
      </w:r>
      <w:r>
        <w:t xml:space="preserve">    (c) hard to recognize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confused about the rules</w:t>
      </w:r>
      <w:r>
        <w:br/>
      </w:r>
      <w:r>
        <w:t xml:space="preserve">    (c) proud of one's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pugnacious</w:t>
      </w:r>
      <w:r>
        <w:rPr>
          <w:b/>
          <w:bCs/>
        </w:rPr>
        <w:t xml:space="preserve"> </w:t>
      </w:r>
      <w:r>
        <w:rPr>
          <w:b/>
          <w:bCs/>
        </w:rPr>
        <w:t xml:space="preserve">Congressman was in no mood to compromise.</w:t>
      </w:r>
      <w:r>
        <w:br/>
      </w:r>
      <w:r>
        <w:t xml:space="preserve">    (a) ineffective or bad</w:t>
      </w:r>
      <w:r>
        <w:br/>
      </w:r>
      <w:r>
        <w:t xml:space="preserve">    (b) quick to fight or argue</w:t>
      </w:r>
      <w:r>
        <w:br/>
      </w:r>
      <w:r>
        <w:t xml:space="preserve">    (c) effective or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mild curiosity</w:t>
      </w:r>
      <w:r>
        <w:br/>
      </w:r>
      <w:r>
        <w:t xml:space="preserve">    (b) warm affection</w:t>
      </w:r>
      <w:r>
        <w:br/>
      </w:r>
      <w:r>
        <w:t xml:space="preserve">    (c) deep bitterness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greeting</w:t>
      </w:r>
      <w:r>
        <w:br/>
      </w:r>
      <w:r>
        <w:t xml:space="preserve">    (b) smile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was shut down due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kitchen conditions.</w:t>
      </w:r>
      <w:r>
        <w:br/>
      </w:r>
      <w:r>
        <w:t xml:space="preserve">    (a) costly</w:t>
      </w:r>
      <w:r>
        <w:br/>
      </w:r>
      <w:r>
        <w:t xml:space="preserve">    (b) dirty</w:t>
      </w:r>
      <w:r>
        <w:br/>
      </w:r>
      <w:r>
        <w:t xml:space="preserve">    (c) inefficient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suave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operator, but completely insincere.</w:t>
      </w:r>
      <w:r>
        <w:br/>
      </w:r>
      <w:r>
        <w:t xml:space="preserve">    (a) adorable</w:t>
      </w:r>
      <w:r>
        <w:br/>
      </w:r>
      <w:r>
        <w:t xml:space="preserve">    (b) sophisticated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unnecessary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truculent</w:t>
      </w:r>
      <w:r>
        <w:rPr>
          <w:b/>
          <w:bCs/>
        </w:rPr>
        <w:t xml:space="preserve"> </w:t>
      </w:r>
      <w:r>
        <w:rPr>
          <w:b/>
          <w:bCs/>
        </w:rPr>
        <w:t xml:space="preserve">dog barked and growled at anyone who came near.</w:t>
      </w:r>
      <w:r>
        <w:br/>
      </w:r>
      <w:r>
        <w:t xml:space="preserve">    (a) defiantly aggressive</w:t>
      </w:r>
      <w:r>
        <w:br/>
      </w:r>
      <w:r>
        <w:t xml:space="preserve">    (b) very frightening</w:t>
      </w:r>
      <w:r>
        <w:br/>
      </w:r>
      <w:r>
        <w:t xml:space="preserve">    (c) exceedingly unhappy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2026-07-31T15:08:57Z</dcterms:created>
  <dcterms:modified xsi:type="dcterms:W3CDTF">2026-07-31T15:08:57Z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