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ed88712d0db5f67a877893e18525ab285beaf1"/>
    <w:p>
      <w:pPr>
        <w:pStyle w:val="Heading1"/>
      </w:pPr>
      <w:r>
        <w:rPr>
          <w:b/>
          <w:bCs/>
        </w:rPr>
        <w:t xml:space="preserve">Catch-22</w:t>
      </w:r>
      <w:r>
        <w:br/>
      </w:r>
      <w:r>
        <w:rPr>
          <w:i/>
          <w:iCs/>
        </w:rPr>
        <w:t xml:space="preserve">Joseph Heller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Catch-22 required that each censored letter bear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censoring</w:t>
      </w:r>
      <w:r>
        <w:rPr>
          <w:b/>
          <w:bCs/>
        </w:rPr>
        <w:t xml:space="preserve"> </w:t>
      </w:r>
      <w:r>
        <w:rPr>
          <w:b/>
          <w:bCs/>
        </w:rPr>
        <w:t xml:space="preserve">officer's name.</w:t>
      </w:r>
      <w:r>
        <w:br/>
      </w:r>
      <w:r>
        <w:t xml:space="preserve">    (a) removing or suppressing something considered obscene, immoral, or politically unacceptable</w:t>
      </w:r>
      <w:r>
        <w:br/>
      </w:r>
      <w:r>
        <w:t xml:space="preserve">    (b) treating in a manner that demonstrates a sense of superiority, but is supposed to seem kind</w:t>
      </w:r>
      <w:r>
        <w:br/>
      </w:r>
      <w:r>
        <w:t xml:space="preserve">    (c) persuading someone to want something (often sex or love) by tempting with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 Daneeka snorted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scornfully</w:t>
      </w:r>
      <w:r>
        <w:rPr>
          <w:b/>
          <w:bCs/>
        </w:rPr>
        <w:t xml:space="preserve">.</w:t>
      </w:r>
      <w:r>
        <w:br/>
      </w:r>
      <w:r>
        <w:t xml:space="preserve">    (a) in a manner that is not easily noticed</w:t>
      </w:r>
      <w:r>
        <w:br/>
      </w:r>
      <w:r>
        <w:t xml:space="preserve">    (b) with grace of movement and flexibility</w:t>
      </w:r>
      <w:r>
        <w:br/>
      </w:r>
      <w:r>
        <w:t xml:space="preserve">    (c) in a disrespectful or rejecting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eyes gleamed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.</w:t>
      </w:r>
      <w:r>
        <w:br/>
      </w:r>
      <w:r>
        <w:t xml:space="preserve">    (a) in a manner that makes someone excited about getting something</w:t>
      </w:r>
      <w:r>
        <w:br/>
      </w:r>
      <w:r>
        <w:t xml:space="preserve">    (b) with a desire to see others suffer; or in a threatening manner</w:t>
      </w:r>
      <w:r>
        <w:br/>
      </w:r>
      <w:r>
        <w:t xml:space="preserve">    (c) in a brave manner -- especially when adventurous or determined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 Daneeka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 </w:t>
      </w:r>
      <w:r>
        <w:rPr>
          <w:b/>
          <w:bCs/>
        </w:rPr>
        <w:t xml:space="preserve">with annoyance.</w:t>
      </w:r>
      <w:r>
        <w:br/>
      </w:r>
      <w:r>
        <w:t xml:space="preserve">    (a) quickly replied</w:t>
      </w:r>
      <w:r>
        <w:br/>
      </w:r>
      <w:r>
        <w:t xml:space="preserve">    (b) greatly annoyed</w:t>
      </w:r>
      <w:r>
        <w:br/>
      </w:r>
      <w:r>
        <w:t xml:space="preserve">    (c) said indirectly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crawlway was Yossarian's lifeline to outside from a plane about to fall, but Yossarian swore at it with seething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, reviled it as an obstacle put there by providence as part of the plot that would destroy him.</w:t>
      </w:r>
      <w:r>
        <w:br/>
      </w:r>
      <w:r>
        <w:t xml:space="preserve">    (a) positive attitude</w:t>
      </w:r>
      <w:r>
        <w:br/>
      </w:r>
      <w:r>
        <w:t xml:space="preserve">    (b) hostility or opposition</w:t>
      </w:r>
      <w:r>
        <w:br/>
      </w:r>
      <w:r>
        <w:t xml:space="preserve">    (c) kindness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...joining discussion groups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resigning</w:t>
      </w:r>
      <w:r>
        <w:rPr>
          <w:b/>
          <w:bCs/>
        </w:rPr>
        <w:t xml:space="preserve"> </w:t>
      </w:r>
      <w:r>
        <w:rPr>
          <w:b/>
          <w:bCs/>
        </w:rPr>
        <w:t xml:space="preserve">from discussion groups,</w:t>
      </w:r>
      <w:r>
        <w:br/>
      </w:r>
      <w:r>
        <w:t xml:space="preserve">    (a) quitting</w:t>
      </w:r>
      <w:r>
        <w:br/>
      </w:r>
      <w:r>
        <w:t xml:space="preserve">    (b) fighting</w:t>
      </w:r>
      <w:r>
        <w:br/>
      </w:r>
      <w:r>
        <w:t xml:space="preserve">    (c) changing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Yossarian stepped out of the way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resignation</w:t>
      </w:r>
      <w:r>
        <w:rPr>
          <w:b/>
          <w:bCs/>
        </w:rPr>
        <w:t xml:space="preserve"> </w:t>
      </w:r>
      <w:r>
        <w:rPr>
          <w:b/>
          <w:bCs/>
        </w:rPr>
        <w:t xml:space="preserve">finally when he saw it was hopeless to try to reason with him.</w:t>
      </w:r>
      <w:r>
        <w:br/>
      </w:r>
      <w:r>
        <w:t xml:space="preserve">    (a) the process of thinking carefully and making a judgment about something</w:t>
      </w:r>
      <w:r>
        <w:br/>
      </w:r>
      <w:r>
        <w:t xml:space="preserve">    (b) acceptance of something undesired as unavoidable</w:t>
      </w:r>
      <w:r>
        <w:br/>
      </w:r>
      <w:r>
        <w:t xml:space="preserve">    (c) the act of finding fault and telling others; or a description of faults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Parades were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martial</w:t>
      </w:r>
      <w:r>
        <w:rPr>
          <w:b/>
          <w:bCs/>
        </w:rPr>
        <w:t xml:space="preserve">.</w:t>
      </w:r>
      <w:r>
        <w:br/>
      </w:r>
      <w:r>
        <w:t xml:space="preserve">    (a) mental activity of which one is self-aware</w:t>
      </w:r>
      <w:r>
        <w:br/>
      </w:r>
      <w:r>
        <w:t xml:space="preserve">    (b) without involvement of anything in between</w:t>
      </w:r>
      <w:r>
        <w:br/>
      </w:r>
      <w:r>
        <w:t xml:space="preserve">    (c) relating to war, the military, or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engines droned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monotonously</w:t>
      </w:r>
      <w:r>
        <w:rPr>
          <w:b/>
          <w:bCs/>
        </w:rPr>
        <w:t xml:space="preserve"> </w:t>
      </w:r>
      <w:r>
        <w:rPr>
          <w:b/>
          <w:bCs/>
        </w:rPr>
        <w:t xml:space="preserve">like a fat, lazy fly.</w:t>
      </w:r>
      <w:r>
        <w:br/>
      </w:r>
      <w:r>
        <w:t xml:space="preserve">    (a) in a manner that does not change</w:t>
      </w:r>
      <w:r>
        <w:br/>
      </w:r>
      <w:r>
        <w:t xml:space="preserve">    (b) in a manner that deserves praise</w:t>
      </w:r>
      <w:r>
        <w:br/>
      </w:r>
      <w:r>
        <w:t xml:space="preserve">    (c) lacking in variety and/or boring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'I still can't hear you,' Aarfy called back innocently with an expression of mild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reproving</w:t>
      </w:r>
      <w:r>
        <w:rPr>
          <w:b/>
          <w:bCs/>
        </w:rPr>
        <w:t xml:space="preserve"> </w:t>
      </w:r>
      <w:r>
        <w:rPr>
          <w:b/>
          <w:bCs/>
        </w:rPr>
        <w:t xml:space="preserve">perplexity.</w:t>
      </w:r>
      <w:r>
        <w:br/>
      </w:r>
      <w:r>
        <w:t xml:space="preserve">    (a) criticizing or critical</w:t>
      </w:r>
      <w:r>
        <w:br/>
      </w:r>
      <w:r>
        <w:t xml:space="preserve">    (b) attractive or desirable</w:t>
      </w:r>
      <w:r>
        <w:br/>
      </w:r>
      <w:r>
        <w:t xml:space="preserve">    (c) predicting or revealing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anything heavy or sad. I'd like you to keep it light and snappy, something that will send the boys out feeling pretty good. Do you know what I mean? I don't want any of this Kingdom of God or Valley of Death stuff. That's all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negative</w:t>
      </w:r>
      <w:r>
        <w:rPr>
          <w:b/>
          <w:bCs/>
        </w:rPr>
        <w:t xml:space="preserve">.</w:t>
      </w:r>
      <w:r>
        <w:br/>
      </w:r>
      <w:r>
        <w:t xml:space="preserve">    (a) unhappy (focusing on unhappy things instead of happy things)</w:t>
      </w:r>
      <w:r>
        <w:br/>
      </w:r>
      <w:r>
        <w:t xml:space="preserve">    (b) develop or change gradually</w:t>
      </w:r>
      <w:r>
        <w:br/>
      </w:r>
      <w:r>
        <w:t xml:space="preserve">    (c) cover up (a wrong or error)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'But you can't just turn your back on all your responsibilities and run away from them,' Major Danby insisted. 'It's such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negative</w:t>
      </w:r>
      <w:r>
        <w:rPr>
          <w:b/>
          <w:bCs/>
        </w:rPr>
        <w:t xml:space="preserve"> </w:t>
      </w:r>
      <w:r>
        <w:rPr>
          <w:b/>
          <w:bCs/>
        </w:rPr>
        <w:t xml:space="preserve">move.'</w:t>
      </w:r>
      <w:r>
        <w:br/>
      </w:r>
      <w:r>
        <w:t xml:space="preserve">    (a) begin fighting</w:t>
      </w:r>
      <w:r>
        <w:br/>
      </w:r>
      <w:r>
        <w:t xml:space="preserve">    (b) tell (a story)</w:t>
      </w:r>
      <w:r>
        <w:br/>
      </w:r>
      <w:r>
        <w:t xml:space="preserve">    (c) bad or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 can't we take a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approach? Why can't we all pray for something good, like a tighter bomb pattern, for example?</w:t>
      </w:r>
      <w:r>
        <w:br/>
      </w:r>
      <w:r>
        <w:t xml:space="preserve">    (a) not sensible or careful</w:t>
      </w:r>
      <w:r>
        <w:br/>
      </w:r>
      <w:r>
        <w:t xml:space="preserve">    (b) optimistic</w:t>
      </w:r>
      <w:r>
        <w:br/>
      </w:r>
      <w:r>
        <w:t xml:space="preserve">    (c) unable to get closer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many monstrous events were occurring that he was no longer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which events were monstrous and which were really taking place.</w:t>
      </w:r>
      <w:r>
        <w:br/>
      </w:r>
      <w:r>
        <w:t xml:space="preserve">    (a) certain</w:t>
      </w:r>
      <w:r>
        <w:br/>
      </w:r>
      <w:r>
        <w:t xml:space="preserve">    (b) outside</w:t>
      </w:r>
      <w:r>
        <w:br/>
      </w:r>
      <w:r>
        <w:t xml:space="preserve">    (c) various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 can't we take a more positive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?</w:t>
      </w:r>
      <w:r>
        <w:br/>
      </w:r>
      <w:r>
        <w:t xml:space="preserve">    (a) change the direction of something or the purpose for which it is used</w:t>
      </w:r>
      <w:r>
        <w:br/>
      </w:r>
      <w:r>
        <w:t xml:space="preserve">    (b) to stick out, attract more attention than desired, or impose on others</w:t>
      </w:r>
      <w:r>
        <w:br/>
      </w:r>
      <w:r>
        <w:t xml:space="preserve">    (c) technique (way of doing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his inspiring dissertation was finished, he gave the men the colors of the day still one more time, stressed the angle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and reviewed the weather conditions again.</w:t>
      </w:r>
      <w:r>
        <w:br/>
      </w:r>
      <w:r>
        <w:t xml:space="preserve">    (a) mirror back (an image)</w:t>
      </w:r>
      <w:r>
        <w:br/>
      </w:r>
      <w:r>
        <w:t xml:space="preserve">    (b) create dramatic change</w:t>
      </w:r>
      <w:r>
        <w:br/>
      </w:r>
      <w:r>
        <w:t xml:space="preserve">    (c) getting near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disappointed as 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 </w:t>
      </w:r>
      <w:r>
        <w:rPr>
          <w:b/>
          <w:bCs/>
        </w:rPr>
        <w:t xml:space="preserve">crunch of Corporal Whitcomb's footsteps recede into silence.</w:t>
      </w:r>
      <w:r>
        <w:br/>
      </w:r>
      <w:r>
        <w:t xml:space="preserve">    (a) able to be restored to good condition</w:t>
      </w:r>
      <w:r>
        <w:br/>
      </w:r>
      <w:r>
        <w:t xml:space="preserve">    (b) not bouncing back light/heat/sound...</w:t>
      </w:r>
      <w:r>
        <w:br/>
      </w:r>
      <w:r>
        <w:t xml:space="preserve">    (c) not allowing contradiction or refusal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, alien, distasteful name, that just did not inspire confidence.</w:t>
      </w:r>
      <w:r>
        <w:br/>
      </w:r>
      <w:r>
        <w:t xml:space="preserve">    (a) extremely unpleasant, disgusting, dislikable, or worthy of hate</w:t>
      </w:r>
      <w:r>
        <w:br/>
      </w:r>
      <w:r>
        <w:t xml:space="preserve">    (b) the degree to which something is able to change or is different</w:t>
      </w:r>
      <w:r>
        <w:br/>
      </w:r>
      <w:r>
        <w:t xml:space="preserve">    (c) not trustworthy, or improper, or attracting unwelcome attention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Yossarian thumbed his nose at Major Danby and laughed with smug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elation</w:t>
      </w:r>
      <w:r>
        <w:rPr>
          <w:b/>
          <w:bCs/>
        </w:rPr>
        <w:t xml:space="preserve">.</w:t>
      </w:r>
      <w:r>
        <w:br/>
      </w:r>
      <w:r>
        <w:t xml:space="preserve">    (a) the act of taking something on as one's own</w:t>
      </w:r>
      <w:r>
        <w:br/>
      </w:r>
      <w:r>
        <w:t xml:space="preserve">    (b) relating to where attention is concentrated</w:t>
      </w:r>
      <w:r>
        <w:br/>
      </w:r>
      <w:r>
        <w:t xml:space="preserve">    (c) high-spirited delight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"What a sweet way you have of putting things!" Yossarian snapped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caustic</w:t>
      </w:r>
      <w:r>
        <w:rPr>
          <w:b/>
          <w:bCs/>
        </w:rPr>
        <w:t xml:space="preserve"> </w:t>
      </w:r>
      <w:r>
        <w:rPr>
          <w:b/>
          <w:bCs/>
        </w:rPr>
        <w:t xml:space="preserve">resentment.</w:t>
      </w:r>
      <w:r>
        <w:br/>
      </w:r>
      <w:r>
        <w:t xml:space="preserve">    (a) in the way mentioned or shown</w:t>
      </w:r>
      <w:r>
        <w:br/>
      </w:r>
      <w:r>
        <w:t xml:space="preserve">    (b) sarcastic</w:t>
      </w:r>
      <w:r>
        <w:br/>
      </w:r>
      <w:r>
        <w:t xml:space="preserve">    (c) not mirroring back (an image)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2026-07-31T15:08:56Z</dcterms:created>
  <dcterms:modified xsi:type="dcterms:W3CDTF">2026-07-31T15:08:56Z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