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38feb97fc62a8999e07063061434132b2348d7"/>
    <w:p>
      <w:pPr>
        <w:pStyle w:val="Heading1"/>
      </w:pPr>
      <w:r>
        <w:rPr>
          <w:b/>
          <w:bCs/>
        </w:rPr>
        <w:t xml:space="preserve">Catch-22</w:t>
      </w:r>
      <w:r>
        <w:br/>
      </w:r>
      <w:r>
        <w:rPr>
          <w:i/>
          <w:iCs/>
        </w:rPr>
        <w:t xml:space="preserve">Joseph Heller</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Soon he was proscribing parts of</w:t>
      </w:r>
      <w:r>
        <w:rPr>
          <w:b/>
          <w:bCs/>
        </w:rPr>
        <w:t xml:space="preserve"> </w:t>
      </w:r>
      <w:r>
        <w:rPr>
          <w:b/>
          <w:bCs/>
          <w:u w:val="single"/>
        </w:rPr>
        <w:t xml:space="preserve">salutations</w:t>
      </w:r>
      <w:r>
        <w:rPr>
          <w:b/>
          <w:bCs/>
        </w:rPr>
        <w:t xml:space="preserve"> </w:t>
      </w:r>
      <w:r>
        <w:rPr>
          <w:b/>
          <w:bCs/>
        </w:rPr>
        <w:t xml:space="preserve">and signatures and leaving the text untouched.</w:t>
      </w:r>
      <w:r>
        <w:br/>
      </w:r>
      <w:r>
        <w:t xml:space="preserve">    (a) people who suffer from psychosis (any severe mental disorder in which contact with reality is lost or highly distorted)</w:t>
      </w:r>
      <w:r>
        <w:br/>
      </w:r>
      <w:r>
        <w:t xml:space="preserve">    (b) a greeting -- such as</w:t>
      </w:r>
      <w:r>
        <w:t xml:space="preserve"> </w:t>
      </w:r>
      <w:r>
        <w:rPr>
          <w:i/>
          <w:iCs/>
        </w:rPr>
        <w:t xml:space="preserve">"Hi"</w:t>
      </w:r>
      <w:r>
        <w:t xml:space="preserve">, </w:t>
      </w:r>
      <w:r>
        <w:t xml:space="preserve"> </w:t>
      </w:r>
      <w:r>
        <w:rPr>
          <w:i/>
          <w:iCs/>
        </w:rPr>
        <w:t xml:space="preserve">"Dear John:"</w:t>
      </w:r>
      <w:r>
        <w:t xml:space="preserve">, or</w:t>
      </w:r>
      <w:r>
        <w:t xml:space="preserve"> </w:t>
      </w:r>
      <w:r>
        <w:rPr>
          <w:i/>
          <w:iCs/>
        </w:rPr>
        <w:t xml:space="preserve">"Ladies and Gentlemen"</w:t>
      </w:r>
      <w:r>
        <w:br/>
      </w:r>
      <w:r>
        <w:br/>
      </w:r>
      <w:r>
        <w:t xml:space="preserve">or:</w:t>
      </w:r>
      <w:r>
        <w:br/>
      </w:r>
      <w:r>
        <w:br/>
      </w:r>
      <w:r>
        <w:t xml:space="preserve">the act of greeting</w:t>
      </w:r>
      <w:r>
        <w:br/>
      </w:r>
      <w:r>
        <w:t xml:space="preserve">    (c) subatomic particles with negative charge that are found in all atoms and that act as the primary carrier of electricity</w:t>
      </w:r>
    </w:p>
    <w:p>
      <w:pPr>
        <w:pStyle w:val="Compact"/>
        <w:numPr>
          <w:ilvl w:val="0"/>
          <w:numId w:val="1001"/>
        </w:numPr>
      </w:pPr>
      <w:r>
        <w:rPr>
          <w:b/>
          <w:bCs/>
        </w:rPr>
        <w:t xml:space="preserve">He was a slight man of about thirty-two with tan hair and brown</w:t>
      </w:r>
      <w:r>
        <w:rPr>
          <w:b/>
          <w:bCs/>
        </w:rPr>
        <w:t xml:space="preserve"> </w:t>
      </w:r>
      <w:r>
        <w:rPr>
          <w:b/>
          <w:bCs/>
          <w:u w:val="single"/>
        </w:rPr>
        <w:t xml:space="preserve">diffident</w:t>
      </w:r>
      <w:r>
        <w:rPr>
          <w:b/>
          <w:bCs/>
        </w:rPr>
        <w:t xml:space="preserve"> </w:t>
      </w:r>
      <w:r>
        <w:rPr>
          <w:b/>
          <w:bCs/>
        </w:rPr>
        <w:t xml:space="preserve">eyes.</w:t>
      </w:r>
      <w:r>
        <w:br/>
      </w:r>
      <w:r>
        <w:t xml:space="preserve">    (a) young</w:t>
      </w:r>
      <w:r>
        <w:br/>
      </w:r>
      <w:r>
        <w:t xml:space="preserve">    (b) belligerent (argumentative or aggressive)</w:t>
      </w:r>
      <w:r>
        <w:br/>
      </w:r>
      <w:r>
        <w:t xml:space="preserve">    (c) hesitant and unassertive</w:t>
      </w:r>
    </w:p>
    <w:p>
      <w:pPr>
        <w:pStyle w:val="Compact"/>
        <w:numPr>
          <w:ilvl w:val="0"/>
          <w:numId w:val="1001"/>
        </w:numPr>
      </w:pPr>
      <w:r>
        <w:rPr>
          <w:b/>
          <w:bCs/>
        </w:rPr>
        <w:t xml:space="preserve">He was a spry,</w:t>
      </w:r>
      <w:r>
        <w:rPr>
          <w:b/>
          <w:bCs/>
        </w:rPr>
        <w:t xml:space="preserve"> </w:t>
      </w:r>
      <w:r>
        <w:rPr>
          <w:b/>
          <w:bCs/>
          <w:u w:val="single"/>
        </w:rPr>
        <w:t xml:space="preserve">suave</w:t>
      </w:r>
      <w:r>
        <w:rPr>
          <w:b/>
          <w:bCs/>
        </w:rPr>
        <w:t xml:space="preserve"> </w:t>
      </w:r>
      <w:r>
        <w:rPr>
          <w:b/>
          <w:bCs/>
        </w:rPr>
        <w:t xml:space="preserve">and very precise general who knew the circumference of the equator and always wrote 'enhanced' when he meant 'increased'.</w:t>
      </w:r>
      <w:r>
        <w:br/>
      </w:r>
      <w:r>
        <w:t xml:space="preserve">    (a) able to meet and talk with</w:t>
      </w:r>
      <w:r>
        <w:br/>
      </w:r>
      <w:r>
        <w:t xml:space="preserve">    (b) the quality of disagreeing</w:t>
      </w:r>
      <w:r>
        <w:br/>
      </w:r>
      <w:r>
        <w:t xml:space="preserve">    (c) sophisticated and charming</w:t>
      </w:r>
    </w:p>
    <w:p>
      <w:pPr>
        <w:pStyle w:val="Compact"/>
        <w:numPr>
          <w:ilvl w:val="0"/>
          <w:numId w:val="1001"/>
        </w:numPr>
      </w:pPr>
      <w:r>
        <w:rPr>
          <w:b/>
          <w:bCs/>
        </w:rPr>
        <w:t xml:space="preserve">'I don't have to go looking for trouble in an airplane,' he noted, blinking his beady, brown, offended eyes</w:t>
      </w:r>
      <w:r>
        <w:rPr>
          <w:b/>
          <w:bCs/>
        </w:rPr>
        <w:t xml:space="preserve"> </w:t>
      </w:r>
      <w:r>
        <w:rPr>
          <w:b/>
          <w:bCs/>
          <w:u w:val="single"/>
        </w:rPr>
        <w:t xml:space="preserve">myopically</w:t>
      </w:r>
      <w:r>
        <w:rPr>
          <w:b/>
          <w:bCs/>
        </w:rPr>
        <w:t xml:space="preserve">.</w:t>
      </w:r>
      <w:r>
        <w:br/>
      </w:r>
      <w:r>
        <w:t xml:space="preserve">    (a) unable to see distant objects clearly</w:t>
      </w:r>
      <w:r>
        <w:br/>
      </w:r>
      <w:r>
        <w:br/>
      </w:r>
      <w:r>
        <w:t xml:space="preserve">or (figuratively):  not thinking or understanding beyond immediate effect to future or broader effect</w:t>
      </w:r>
      <w:r>
        <w:br/>
      </w:r>
      <w:r>
        <w:t xml:space="preserve">    (b) in a manner related to a mental illness most commonly associated with undeveloped social abilities, language, and other communication skills</w:t>
      </w:r>
      <w:r>
        <w:br/>
      </w:r>
      <w:r>
        <w:t xml:space="preserve">    (c) in a manner like a virus (often used to indicate that something spread quickly from person-to-person in a natural, unplanned manner)</w:t>
      </w:r>
    </w:p>
    <w:p>
      <w:pPr>
        <w:pStyle w:val="Compact"/>
        <w:numPr>
          <w:ilvl w:val="0"/>
          <w:numId w:val="1001"/>
        </w:numPr>
      </w:pPr>
      <w:r>
        <w:rPr>
          <w:b/>
          <w:bCs/>
        </w:rPr>
        <w:t xml:space="preserve">'How should I know?' answered Chief White Halfoat, staggering inside the tent just then with a bottle of whiskey cradled in his arm and sitting himself down</w:t>
      </w:r>
      <w:r>
        <w:rPr>
          <w:b/>
          <w:bCs/>
        </w:rPr>
        <w:t xml:space="preserve"> </w:t>
      </w:r>
      <w:r>
        <w:rPr>
          <w:b/>
          <w:bCs/>
          <w:u w:val="single"/>
        </w:rPr>
        <w:t xml:space="preserve">pugnaciously</w:t>
      </w:r>
      <w:r>
        <w:rPr>
          <w:b/>
          <w:bCs/>
        </w:rPr>
        <w:t xml:space="preserve"> </w:t>
      </w:r>
      <w:r>
        <w:rPr>
          <w:b/>
          <w:bCs/>
        </w:rPr>
        <w:t xml:space="preserve">between the two of them.</w:t>
      </w:r>
      <w:r>
        <w:br/>
      </w:r>
      <w:r>
        <w:t xml:space="preserve">    (a) in a manner that accepts as true (without proof)</w:t>
      </w:r>
      <w:r>
        <w:br/>
      </w:r>
      <w:r>
        <w:t xml:space="preserve">    (b) meticulously (with great care for small details)</w:t>
      </w:r>
      <w:r>
        <w:br/>
      </w:r>
      <w:r>
        <w:t xml:space="preserve">    (c) in a combative manner (as though ready to fight)</w:t>
      </w:r>
    </w:p>
    <w:p>
      <w:pPr>
        <w:pStyle w:val="Compact"/>
        <w:numPr>
          <w:ilvl w:val="0"/>
          <w:numId w:val="1001"/>
        </w:numPr>
      </w:pPr>
      <w:r>
        <w:rPr>
          <w:b/>
          <w:bCs/>
        </w:rPr>
        <w:t xml:space="preserve">'And a very good idea it was, too,' retorted Colonel Korn, 'since it eliminated that</w:t>
      </w:r>
      <w:r>
        <w:rPr>
          <w:b/>
          <w:bCs/>
        </w:rPr>
        <w:t xml:space="preserve"> </w:t>
      </w:r>
      <w:r>
        <w:rPr>
          <w:b/>
          <w:bCs/>
          <w:u w:val="single"/>
        </w:rPr>
        <w:t xml:space="preserve">superfluous</w:t>
      </w:r>
      <w:r>
        <w:rPr>
          <w:b/>
          <w:bCs/>
        </w:rPr>
        <w:t xml:space="preserve"> </w:t>
      </w:r>
      <w:r>
        <w:rPr>
          <w:b/>
          <w:bCs/>
        </w:rPr>
        <w:t xml:space="preserve">major that's been giving you such an awful black eye as an administrator.</w:t>
      </w:r>
      <w:r>
        <w:br/>
      </w:r>
      <w:r>
        <w:t xml:space="preserve">    (a) more than is needed, desired, or required</w:t>
      </w:r>
      <w:r>
        <w:br/>
      </w:r>
      <w:r>
        <w:t xml:space="preserve">    (b) without purpose, job, or natural activity</w:t>
      </w:r>
      <w:r>
        <w:br/>
      </w:r>
      <w:r>
        <w:t xml:space="preserve">    (c) the quality of being sensible and careful</w:t>
      </w:r>
    </w:p>
    <w:p>
      <w:pPr>
        <w:pStyle w:val="Compact"/>
        <w:numPr>
          <w:ilvl w:val="0"/>
          <w:numId w:val="1001"/>
        </w:numPr>
      </w:pPr>
      <w:r>
        <w:rPr>
          <w:b/>
          <w:bCs/>
        </w:rPr>
        <w:t xml:space="preserve">On the landing below lived the</w:t>
      </w:r>
      <w:r>
        <w:rPr>
          <w:b/>
          <w:bCs/>
        </w:rPr>
        <w:t xml:space="preserve"> </w:t>
      </w:r>
      <w:r>
        <w:rPr>
          <w:b/>
          <w:bCs/>
          <w:u w:val="single"/>
        </w:rPr>
        <w:t xml:space="preserve">obsequious</w:t>
      </w:r>
      <w:r>
        <w:rPr>
          <w:b/>
          <w:bCs/>
        </w:rPr>
        <w:t xml:space="preserve"> </w:t>
      </w:r>
      <w:r>
        <w:rPr>
          <w:b/>
          <w:bCs/>
        </w:rPr>
        <w:t xml:space="preserve">owners.</w:t>
      </w:r>
      <w:r>
        <w:br/>
      </w:r>
      <w:r>
        <w:t xml:space="preserve">    (a) able to be restored to good condition</w:t>
      </w:r>
      <w:r>
        <w:br/>
      </w:r>
      <w:r>
        <w:t xml:space="preserve">    (b) not bouncing back light/heat/sound...</w:t>
      </w:r>
      <w:r>
        <w:br/>
      </w:r>
      <w:r>
        <w:t xml:space="preserve">    (c) excessively eager to flatter or serve</w:t>
      </w:r>
    </w:p>
    <w:p>
      <w:pPr>
        <w:pStyle w:val="Compact"/>
        <w:numPr>
          <w:ilvl w:val="0"/>
          <w:numId w:val="1001"/>
        </w:numPr>
      </w:pPr>
      <w:r>
        <w:rPr>
          <w:b/>
          <w:bCs/>
        </w:rPr>
        <w:t xml:space="preserve">His heart was hammering again in aching terror as he hurtled upward and downward through the blind gangs of flak charging murderously into the sky at him, then sagging</w:t>
      </w:r>
      <w:r>
        <w:rPr>
          <w:b/>
          <w:bCs/>
        </w:rPr>
        <w:t xml:space="preserve"> </w:t>
      </w:r>
      <w:r>
        <w:rPr>
          <w:b/>
          <w:bCs/>
          <w:u w:val="single"/>
        </w:rPr>
        <w:t xml:space="preserve">inertly</w:t>
      </w:r>
      <w:r>
        <w:rPr>
          <w:b/>
          <w:bCs/>
        </w:rPr>
        <w:t xml:space="preserve">.</w:t>
      </w:r>
      <w:r>
        <w:br/>
      </w:r>
      <w:r>
        <w:t xml:space="preserve">    (a) unmoving, inactive, or unable to move</w:t>
      </w:r>
      <w:r>
        <w:br/>
      </w:r>
      <w:r>
        <w:br/>
      </w:r>
      <w:r>
        <w:t xml:space="preserve">or:</w:t>
      </w:r>
      <w:r>
        <w:br/>
      </w:r>
      <w:r>
        <w:br/>
      </w:r>
      <w:r>
        <w:t xml:space="preserve">slow, lethargic, or without interest</w:t>
      </w:r>
      <w:r>
        <w:br/>
      </w:r>
      <w:r>
        <w:br/>
      </w:r>
      <w:r>
        <w:t xml:space="preserve">or (in chemistry/medicine):</w:t>
      </w:r>
      <w:r>
        <w:br/>
      </w:r>
      <w:r>
        <w:br/>
      </w:r>
      <w:r>
        <w:t xml:space="preserve">chemically inactive (not having an effect)</w:t>
      </w:r>
      <w:r>
        <w:br/>
      </w:r>
      <w:r>
        <w:t xml:space="preserve">    (b) in a manner that is related to relating to existentialism -- a philosophical movement that assumes each person is free to determine what is essential in their existence</w:t>
      </w:r>
      <w:r>
        <w:br/>
      </w:r>
      <w:r>
        <w:t xml:space="preserve">    (c) calculated by the collection and interpretation of numerical data -- especially regarding life expectancy and other statistics use to calculate insurance premiums</w:t>
      </w:r>
    </w:p>
    <w:p>
      <w:pPr>
        <w:pStyle w:val="Compact"/>
        <w:numPr>
          <w:ilvl w:val="0"/>
          <w:numId w:val="1001"/>
        </w:numPr>
      </w:pPr>
      <w:r>
        <w:rPr>
          <w:b/>
          <w:bCs/>
        </w:rPr>
        <w:t xml:space="preserve">He felt an urgent desire to be alone with her again soon and sprang up</w:t>
      </w:r>
      <w:r>
        <w:rPr>
          <w:b/>
          <w:bCs/>
        </w:rPr>
        <w:t xml:space="preserve"> </w:t>
      </w:r>
      <w:r>
        <w:rPr>
          <w:b/>
          <w:bCs/>
          <w:u w:val="single"/>
        </w:rPr>
        <w:t xml:space="preserve">impetuously</w:t>
      </w:r>
      <w:r>
        <w:rPr>
          <w:b/>
          <w:bCs/>
        </w:rPr>
        <w:t xml:space="preserve"> </w:t>
      </w:r>
      <w:r>
        <w:rPr>
          <w:b/>
          <w:bCs/>
        </w:rPr>
        <w:t xml:space="preserve">from his table and went running outside and back down the street toward...</w:t>
      </w:r>
      <w:r>
        <w:br/>
      </w:r>
      <w:r>
        <w:t xml:space="preserve">    (a) in a manner that shows care or concern for someone</w:t>
      </w:r>
      <w:r>
        <w:br/>
      </w:r>
      <w:r>
        <w:t xml:space="preserve">    (b) impulsively (acting suddenly without much thought)</w:t>
      </w:r>
      <w:r>
        <w:br/>
      </w:r>
      <w:r>
        <w:t xml:space="preserve">    (c) in the manner of a logical, systematic examination</w:t>
      </w:r>
    </w:p>
    <w:p>
      <w:pPr>
        <w:pStyle w:val="Compact"/>
        <w:numPr>
          <w:ilvl w:val="0"/>
          <w:numId w:val="1001"/>
        </w:numPr>
      </w:pPr>
      <w:r>
        <w:rPr>
          <w:b/>
          <w:bCs/>
        </w:rPr>
        <w:t xml:space="preserve">Doc Daneeka demanded, lifting his delicate immaculate dark head up from his chest to gaze at Yossarian</w:t>
      </w:r>
      <w:r>
        <w:rPr>
          <w:b/>
          <w:bCs/>
        </w:rPr>
        <w:t xml:space="preserve"> </w:t>
      </w:r>
      <w:r>
        <w:rPr>
          <w:b/>
          <w:bCs/>
          <w:u w:val="single"/>
        </w:rPr>
        <w:t xml:space="preserve">irascibly</w:t>
      </w:r>
      <w:r>
        <w:rPr>
          <w:b/>
          <w:bCs/>
        </w:rPr>
        <w:t xml:space="preserve"> </w:t>
      </w:r>
      <w:r>
        <w:rPr>
          <w:b/>
          <w:bCs/>
        </w:rPr>
        <w:t xml:space="preserve">for a moment with lachrymose eyes.</w:t>
      </w:r>
      <w:r>
        <w:br/>
      </w:r>
      <w:r>
        <w:t xml:space="preserve">    (a) with certainty</w:t>
      </w:r>
      <w:r>
        <w:br/>
      </w:r>
      <w:r>
        <w:t xml:space="preserve">    (b) easily angered</w:t>
      </w:r>
      <w:r>
        <w:br/>
      </w:r>
      <w:r>
        <w:t xml:space="preserve">    (c) without regret</w:t>
      </w:r>
    </w:p>
    <w:p>
      <w:pPr>
        <w:pStyle w:val="Compact"/>
        <w:numPr>
          <w:ilvl w:val="0"/>
          <w:numId w:val="1001"/>
        </w:numPr>
      </w:pPr>
      <w:r>
        <w:rPr>
          <w:b/>
          <w:bCs/>
        </w:rPr>
        <w:t xml:space="preserve">Poverty and hard work had inflicted</w:t>
      </w:r>
      <w:r>
        <w:rPr>
          <w:b/>
          <w:bCs/>
        </w:rPr>
        <w:t xml:space="preserve"> </w:t>
      </w:r>
      <w:r>
        <w:rPr>
          <w:b/>
          <w:bCs/>
          <w:u w:val="single"/>
        </w:rPr>
        <w:t xml:space="preserve">iniquitous</w:t>
      </w:r>
      <w:r>
        <w:rPr>
          <w:b/>
          <w:bCs/>
        </w:rPr>
        <w:t xml:space="preserve"> </w:t>
      </w:r>
      <w:r>
        <w:rPr>
          <w:b/>
          <w:bCs/>
        </w:rPr>
        <w:t xml:space="preserve">damage on both.</w:t>
      </w:r>
      <w:r>
        <w:br/>
      </w:r>
      <w:r>
        <w:t xml:space="preserve">    (a) not thoughtful about the past</w:t>
      </w:r>
      <w:r>
        <w:br/>
      </w:r>
      <w:r>
        <w:t xml:space="preserve">    (b) immorality; or an immoral act</w:t>
      </w:r>
      <w:r>
        <w:br/>
      </w:r>
      <w:r>
        <w:t xml:space="preserve">    (c) not able to be disagreed with</w:t>
      </w:r>
    </w:p>
    <w:p>
      <w:pPr>
        <w:pStyle w:val="Compact"/>
        <w:numPr>
          <w:ilvl w:val="0"/>
          <w:numId w:val="1001"/>
        </w:numPr>
      </w:pPr>
      <w:r>
        <w:rPr>
          <w:b/>
          <w:bCs/>
        </w:rPr>
        <w:t xml:space="preserve">Inevitably, the chaplain's attention, as he cowered meekly before him, focused on Colonel Korn's midriff, where the shirttails bunching up from inside his sagging belt and ballooning down over his waist gave him an appearance of</w:t>
      </w:r>
      <w:r>
        <w:rPr>
          <w:b/>
          <w:bCs/>
        </w:rPr>
        <w:t xml:space="preserve"> </w:t>
      </w:r>
      <w:r>
        <w:rPr>
          <w:b/>
          <w:bCs/>
          <w:u w:val="single"/>
        </w:rPr>
        <w:t xml:space="preserve">slovenly</w:t>
      </w:r>
      <w:r>
        <w:rPr>
          <w:b/>
          <w:bCs/>
        </w:rPr>
        <w:t xml:space="preserve"> </w:t>
      </w:r>
      <w:r>
        <w:rPr>
          <w:b/>
          <w:bCs/>
        </w:rPr>
        <w:t xml:space="preserve">girth and made him seem inches shorter than his middle height.</w:t>
      </w:r>
      <w:r>
        <w:br/>
      </w:r>
      <w:r>
        <w:t xml:space="preserve">    (a) the quality of being very bad (deserving no respect)</w:t>
      </w:r>
      <w:r>
        <w:br/>
      </w:r>
      <w:r>
        <w:t xml:space="preserve">    (b) messy or dirty;</w:t>
      </w:r>
      <w:r>
        <w:br/>
      </w:r>
      <w:r>
        <w:br/>
      </w:r>
      <w:r>
        <w:t xml:space="preserve">or:</w:t>
      </w:r>
      <w:r>
        <w:br/>
      </w:r>
      <w:r>
        <w:br/>
      </w:r>
      <w:r>
        <w:t xml:space="preserve">excessively careless or casual</w:t>
      </w:r>
      <w:r>
        <w:br/>
      </w:r>
      <w:r>
        <w:t xml:space="preserve">    (c) the state or degree of being optimistic or agreeable</w:t>
      </w:r>
    </w:p>
    <w:p>
      <w:pPr>
        <w:pStyle w:val="Compact"/>
        <w:numPr>
          <w:ilvl w:val="0"/>
          <w:numId w:val="1001"/>
        </w:numPr>
      </w:pPr>
      <w:r>
        <w:rPr>
          <w:b/>
          <w:bCs/>
        </w:rPr>
        <w:t xml:space="preserve">In the spring he had longed to plant begonias and zinnias in a narrow bed around his tent but had been deterred by his fear of Corporal Whitcomb's</w:t>
      </w:r>
      <w:r>
        <w:rPr>
          <w:b/>
          <w:bCs/>
        </w:rPr>
        <w:t xml:space="preserve"> </w:t>
      </w:r>
      <w:r>
        <w:rPr>
          <w:b/>
          <w:bCs/>
          <w:u w:val="single"/>
        </w:rPr>
        <w:t xml:space="preserve">rancor</w:t>
      </w:r>
      <w:r>
        <w:rPr>
          <w:b/>
          <w:bCs/>
        </w:rPr>
        <w:t xml:space="preserve">.</w:t>
      </w:r>
      <w:r>
        <w:br/>
      </w:r>
      <w:r>
        <w:t xml:space="preserve">    (a) measure of general intelligence</w:t>
      </w:r>
      <w:r>
        <w:br/>
      </w:r>
      <w:r>
        <w:t xml:space="preserve">    (b) deep and bitter anger or hatred</w:t>
      </w:r>
      <w:r>
        <w:br/>
      </w:r>
      <w:r>
        <w:t xml:space="preserve">    (c) a firm decision to do something</w:t>
      </w:r>
    </w:p>
    <w:p>
      <w:pPr>
        <w:pStyle w:val="Compact"/>
        <w:numPr>
          <w:ilvl w:val="0"/>
          <w:numId w:val="1001"/>
        </w:numPr>
      </w:pPr>
      <w:r>
        <w:rPr>
          <w:b/>
          <w:bCs/>
        </w:rPr>
        <w:t xml:space="preserve">'You never trust me with information,' he whined</w:t>
      </w:r>
      <w:r>
        <w:rPr>
          <w:b/>
          <w:bCs/>
        </w:rPr>
        <w:t xml:space="preserve"> </w:t>
      </w:r>
      <w:r>
        <w:rPr>
          <w:b/>
          <w:bCs/>
          <w:u w:val="single"/>
        </w:rPr>
        <w:t xml:space="preserve">truculently</w:t>
      </w:r>
      <w:r>
        <w:rPr>
          <w:b/>
          <w:bCs/>
        </w:rPr>
        <w:t xml:space="preserve">.</w:t>
      </w:r>
      <w:r>
        <w:br/>
      </w:r>
      <w:r>
        <w:t xml:space="preserve">    (a) in a wasteful manner</w:t>
      </w:r>
      <w:r>
        <w:br/>
      </w:r>
      <w:r>
        <w:t xml:space="preserve">    (b) with great annoyance</w:t>
      </w:r>
      <w:r>
        <w:br/>
      </w:r>
      <w:r>
        <w:t xml:space="preserve">    (c) defiantly aggressive</w:t>
      </w:r>
    </w:p>
    <w:p>
      <w:pPr>
        <w:pStyle w:val="Compact"/>
        <w:numPr>
          <w:ilvl w:val="0"/>
          <w:numId w:val="1001"/>
        </w:numPr>
      </w:pPr>
      <w:r>
        <w:rPr>
          <w:b/>
          <w:bCs/>
        </w:rPr>
        <w:t xml:space="preserve">Almost inevitably, his reveries of reunion with her ended in</w:t>
      </w:r>
      <w:r>
        <w:rPr>
          <w:b/>
          <w:bCs/>
        </w:rPr>
        <w:t xml:space="preserve"> </w:t>
      </w:r>
      <w:r>
        <w:rPr>
          <w:b/>
          <w:bCs/>
          <w:u w:val="single"/>
        </w:rPr>
        <w:t xml:space="preserve">explicit</w:t>
      </w:r>
      <w:r>
        <w:rPr>
          <w:b/>
          <w:bCs/>
        </w:rPr>
        <w:t xml:space="preserve"> </w:t>
      </w:r>
      <w:r>
        <w:rPr>
          <w:b/>
          <w:bCs/>
        </w:rPr>
        <w:t xml:space="preserve">acts of love-making.</w:t>
      </w:r>
      <w:r>
        <w:br/>
      </w:r>
      <w:r>
        <w:t xml:space="preserve">    (a) finding fault and telling others; or tending to have unfavorable opinions</w:t>
      </w:r>
      <w:r>
        <w:br/>
      </w:r>
      <w:r>
        <w:t xml:space="preserve">    (b) the state or degree of not finding a condition or substance to be present</w:t>
      </w:r>
      <w:r>
        <w:br/>
      </w:r>
      <w:r>
        <w:t xml:space="preserve">    (c) detailed sexual activity</w:t>
      </w:r>
    </w:p>
    <w:p>
      <w:pPr>
        <w:pStyle w:val="Compact"/>
        <w:numPr>
          <w:ilvl w:val="0"/>
          <w:numId w:val="1001"/>
        </w:numPr>
      </w:pPr>
      <w:r>
        <w:rPr>
          <w:b/>
          <w:bCs/>
        </w:rPr>
        <w:t xml:space="preserve">The chaplain nodded</w:t>
      </w:r>
      <w:r>
        <w:rPr>
          <w:b/>
          <w:bCs/>
        </w:rPr>
        <w:t xml:space="preserve"> </w:t>
      </w:r>
      <w:r>
        <w:rPr>
          <w:b/>
          <w:bCs/>
          <w:u w:val="single"/>
        </w:rPr>
        <w:t xml:space="preserve">penitently</w:t>
      </w:r>
      <w:r>
        <w:rPr>
          <w:b/>
          <w:bCs/>
        </w:rPr>
        <w:t xml:space="preserve"> </w:t>
      </w:r>
      <w:r>
        <w:rPr>
          <w:b/>
          <w:bCs/>
        </w:rPr>
        <w:t xml:space="preserve">and hurried past, unable to make himself take the time to apologize.</w:t>
      </w:r>
      <w:r>
        <w:br/>
      </w:r>
      <w:r>
        <w:t xml:space="preserve">    (a) with sorrow and regret for having done wrong</w:t>
      </w:r>
      <w:r>
        <w:br/>
      </w:r>
      <w:r>
        <w:t xml:space="preserve">    (b) in a manner that is not sensible and careful</w:t>
      </w:r>
      <w:r>
        <w:br/>
      </w:r>
      <w:r>
        <w:t xml:space="preserve">    (c) in a manner that is capable of being noticed</w:t>
      </w:r>
    </w:p>
    <w:p>
      <w:pPr>
        <w:pStyle w:val="Compact"/>
        <w:numPr>
          <w:ilvl w:val="0"/>
          <w:numId w:val="1001"/>
        </w:numPr>
      </w:pPr>
      <w:r>
        <w:rPr>
          <w:b/>
          <w:bCs/>
        </w:rPr>
        <w:t xml:space="preserve">Now she sat resting in vacuous</w:t>
      </w:r>
      <w:r>
        <w:rPr>
          <w:b/>
          <w:bCs/>
        </w:rPr>
        <w:t xml:space="preserve"> </w:t>
      </w:r>
      <w:r>
        <w:rPr>
          <w:b/>
          <w:bCs/>
          <w:u w:val="single"/>
        </w:rPr>
        <w:t xml:space="preserve">indolence</w:t>
      </w:r>
      <w:r>
        <w:rPr>
          <w:b/>
          <w:bCs/>
        </w:rPr>
        <w:t xml:space="preserve">,</w:t>
      </w:r>
      <w:r>
        <w:br/>
      </w:r>
      <w:r>
        <w:t xml:space="preserve">    (a) not real</w:t>
      </w:r>
      <w:r>
        <w:br/>
      </w:r>
      <w:r>
        <w:t xml:space="preserve">    (b) laziness</w:t>
      </w:r>
      <w:r>
        <w:br/>
      </w:r>
      <w:r>
        <w:t xml:space="preserve">    (c) allowing</w:t>
      </w:r>
    </w:p>
    <w:p>
      <w:pPr>
        <w:pStyle w:val="Compact"/>
        <w:numPr>
          <w:ilvl w:val="0"/>
          <w:numId w:val="1001"/>
        </w:numPr>
      </w:pPr>
      <w:r>
        <w:rPr>
          <w:b/>
          <w:bCs/>
        </w:rPr>
        <w:t xml:space="preserve">I'm so eager to begin that I'm almost reluctant to</w:t>
      </w:r>
      <w:r>
        <w:rPr>
          <w:b/>
          <w:bCs/>
        </w:rPr>
        <w:t xml:space="preserve"> </w:t>
      </w:r>
      <w:r>
        <w:rPr>
          <w:b/>
          <w:bCs/>
          <w:u w:val="single"/>
        </w:rPr>
        <w:t xml:space="preserve">digress</w:t>
      </w:r>
      <w:r>
        <w:rPr>
          <w:b/>
          <w:bCs/>
        </w:rPr>
        <w:t xml:space="preserve"> </w:t>
      </w:r>
      <w:r>
        <w:rPr>
          <w:b/>
          <w:bCs/>
        </w:rPr>
        <w:t xml:space="preserve">now to your problem, but I'm afraid I must.</w:t>
      </w:r>
      <w:r>
        <w:br/>
      </w:r>
      <w:r>
        <w:t xml:space="preserve">    (a) wander from the main topic</w:t>
      </w:r>
      <w:r>
        <w:br/>
      </w:r>
      <w:r>
        <w:t xml:space="preserve">    (b) pessimistic or disagreeable</w:t>
      </w:r>
      <w:r>
        <w:br/>
      </w:r>
      <w:r>
        <w:t xml:space="preserve">    (c) develop or change gradually</w:t>
      </w:r>
    </w:p>
    <w:p>
      <w:pPr>
        <w:pStyle w:val="Compact"/>
        <w:numPr>
          <w:ilvl w:val="0"/>
          <w:numId w:val="1001"/>
        </w:numPr>
      </w:pPr>
      <w:r>
        <w:rPr>
          <w:b/>
          <w:bCs/>
        </w:rPr>
        <w:t xml:space="preserve">Hasn't it ever occurred to you that in your promiscuous pursuit of women you are merely trying to</w:t>
      </w:r>
      <w:r>
        <w:rPr>
          <w:b/>
          <w:bCs/>
        </w:rPr>
        <w:t xml:space="preserve"> </w:t>
      </w:r>
      <w:r>
        <w:rPr>
          <w:b/>
          <w:bCs/>
          <w:u w:val="single"/>
        </w:rPr>
        <w:t xml:space="preserve">assuage</w:t>
      </w:r>
      <w:r>
        <w:rPr>
          <w:b/>
          <w:bCs/>
        </w:rPr>
        <w:t xml:space="preserve"> </w:t>
      </w:r>
      <w:r>
        <w:rPr>
          <w:b/>
          <w:bCs/>
        </w:rPr>
        <w:t xml:space="preserve">your subconscious fears of sexual impotence?</w:t>
      </w:r>
      <w:r>
        <w:br/>
      </w:r>
      <w:r>
        <w:t xml:space="preserve">    (a) soothe</w:t>
      </w:r>
      <w:r>
        <w:br/>
      </w:r>
      <w:r>
        <w:t xml:space="preserve">    (b) unwrap</w:t>
      </w:r>
      <w:r>
        <w:br/>
      </w:r>
      <w:r>
        <w:t xml:space="preserve">    (c) follow</w:t>
      </w:r>
    </w:p>
    <w:p>
      <w:pPr>
        <w:pStyle w:val="Compact"/>
        <w:numPr>
          <w:ilvl w:val="0"/>
          <w:numId w:val="1001"/>
        </w:numPr>
      </w:pPr>
      <w:r>
        <w:rPr>
          <w:b/>
          <w:bCs/>
        </w:rPr>
        <w:t xml:space="preserve">They were reckless, puerile,</w:t>
      </w:r>
      <w:r>
        <w:rPr>
          <w:b/>
          <w:bCs/>
        </w:rPr>
        <w:t xml:space="preserve"> </w:t>
      </w:r>
      <w:r>
        <w:rPr>
          <w:b/>
          <w:bCs/>
          <w:u w:val="single"/>
        </w:rPr>
        <w:t xml:space="preserve">congenial</w:t>
      </w:r>
      <w:r>
        <w:rPr>
          <w:b/>
          <w:bCs/>
        </w:rPr>
        <w:t xml:space="preserve">, naive, presumptuous, deferential and rambunctious.</w:t>
      </w:r>
      <w:r>
        <w:br/>
      </w:r>
      <w:r>
        <w:t xml:space="preserve">    (a) unable to get closer to</w:t>
      </w:r>
      <w:r>
        <w:br/>
      </w:r>
      <w:r>
        <w:t xml:space="preserve">    (b) not sensible or careful</w:t>
      </w:r>
      <w:r>
        <w:br/>
      </w:r>
      <w:r>
        <w:t xml:space="preserve">    (c) agreeable or compatible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2026-07-31T15:08:57Z</dcterms:created>
  <dcterms:modified xsi:type="dcterms:W3CDTF">2026-07-31T15:08:57Z</dcterms:modified>
</cp:coreProperties>
</file>

<file path=docProps/custom.xml><?xml version="1.0" encoding="utf-8"?>
<Properties xmlns="http://schemas.openxmlformats.org/officeDocument/2006/custom-properties" xmlns:vt="http://schemas.openxmlformats.org/officeDocument/2006/docPropsVTypes"/>
</file>