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5a0db7f8c0692ab81386b52e4ecfbf6059ab4e"/>
    <w:p>
      <w:pPr>
        <w:pStyle w:val="Heading1"/>
      </w:pPr>
      <w:r>
        <w:rPr>
          <w:b/>
          <w:bCs/>
        </w:rPr>
        <w:t xml:space="preserve">Cat's Eye</w:t>
      </w:r>
      <w:r>
        <w:br/>
      </w:r>
      <w:r>
        <w:rPr>
          <w:i/>
          <w:iCs/>
        </w:rPr>
        <w:t xml:space="preserve">Margaret Atwood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 ahead there are huge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oblong</w:t>
      </w:r>
      <w:r>
        <w:rPr>
          <w:b/>
          <w:bCs/>
        </w:rPr>
        <w:t xml:space="preserve"> </w:t>
      </w:r>
      <w:r>
        <w:rPr>
          <w:b/>
          <w:bCs/>
        </w:rPr>
        <w:t xml:space="preserve">towers, all of glass, lit up, like enormous gravestones of cold light.</w:t>
      </w:r>
      <w:r>
        <w:br/>
      </w:r>
      <w:r>
        <w:t xml:space="preserve">    (a) a workplace where people do scientific or medical research, or produce drugs or chemicals (also used figuratively)  OR  (as an adjective) related to such a place</w:t>
      </w:r>
      <w:r>
        <w:br/>
      </w:r>
      <w:r>
        <w:t xml:space="preserve">    (b) soccer:  a foul kick taken from 12 yards in front of the goal and defended only by the goalkeeper who cannot advance beyond the goal line until the shot is taken</w:t>
      </w:r>
      <w:r>
        <w:br/>
      </w:r>
      <w:r>
        <w:t xml:space="preserve">    (c) an elongated shape (having more length than width) -- typically of a stretched circle that is longer than an oval, but occasionally used to describe a rectangle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Malicious</w:t>
      </w:r>
      <w:r>
        <w:rPr>
          <w:b/>
          <w:bCs/>
        </w:rPr>
        <w:t xml:space="preserve">, grudging, vindictive, implacable.</w:t>
      </w:r>
      <w:r>
        <w:br/>
      </w:r>
      <w:r>
        <w:t xml:space="preserve">    (a) exceedingly important, serious, or dangerous</w:t>
      </w:r>
      <w:r>
        <w:br/>
      </w:r>
      <w:r>
        <w:t xml:space="preserve">    (b) the intention or desire to see others suffer</w:t>
      </w:r>
      <w:r>
        <w:br/>
      </w:r>
      <w:r>
        <w:t xml:space="preserve">    (c) designed to be useful; or capable of 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word, plastered, on the brink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obsolescence</w:t>
      </w:r>
      <w:r>
        <w:rPr>
          <w:b/>
          <w:bCs/>
        </w:rPr>
        <w:t xml:space="preserve">, indicates to me what sort of an event that was.</w:t>
      </w:r>
      <w:r>
        <w:br/>
      </w:r>
      <w:r>
        <w:t xml:space="preserve">    (a) difference; or the process of making different or showing difference</w:t>
      </w:r>
      <w:r>
        <w:br/>
      </w:r>
      <w:r>
        <w:t xml:space="preserve">    (b) no longer in general use because it was replaced by something better</w:t>
      </w:r>
      <w:r>
        <w:br/>
      </w:r>
      <w:r>
        <w:t xml:space="preserve">    (c) surrealist artist known for melting clocks and eccentric personality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 remember drawing such mustaches myself, and the spite that went into them, the desire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ridicule</w:t>
      </w:r>
      <w:r>
        <w:rPr>
          <w:b/>
          <w:bCs/>
        </w:rPr>
        <w:t xml:space="preserve">, to deflate, and the feeling of power.</w:t>
      </w:r>
      <w:r>
        <w:br/>
      </w:r>
      <w:r>
        <w:t xml:space="preserve">    (a) ignore someone's wishes or cause inconvenience or discomfort</w:t>
      </w:r>
      <w:r>
        <w:br/>
      </w:r>
      <w:r>
        <w:t xml:space="preserve">    (b) provide investment funds for something -- such as a business</w:t>
      </w:r>
      <w:r>
        <w:br/>
      </w:r>
      <w:r>
        <w:t xml:space="preserve">    (c) mock (make fun of); or the language or behavior that does 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riffle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furtively</w:t>
      </w:r>
      <w:r>
        <w:rPr>
          <w:b/>
          <w:bCs/>
        </w:rPr>
        <w:t xml:space="preserve"> </w:t>
      </w:r>
      <w:r>
        <w:rPr>
          <w:b/>
          <w:bCs/>
        </w:rPr>
        <w:t xml:space="preserve">through the SALE rack, bypassing sequins, angora roses, gold thread, grubby white leather, looking for something.</w:t>
      </w:r>
      <w:r>
        <w:br/>
      </w:r>
      <w:r>
        <w:t xml:space="preserve">    (a) in a manner that provokes, excites, or stimulates -- especially controversy, sexual desire, or anger</w:t>
      </w:r>
      <w:r>
        <w:br/>
      </w:r>
      <w:r>
        <w:t xml:space="preserve">    (b) in a straightforward manner (uncomplicated or simple -- perhaps also indicating openness and honesty)</w:t>
      </w:r>
      <w:r>
        <w:br/>
      </w:r>
      <w:r>
        <w:t xml:space="preserve">    (c) while taking pains to avoid being observed; or in a nervous manner (as though hoping not to be seen)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school we are sent to is some distance away, past a cemetery, across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ravine</w:t>
      </w:r>
      <w:r>
        <w:rPr>
          <w:b/>
          <w:bCs/>
        </w:rPr>
        <w:t xml:space="preserve">, along a wide curving street lined with older houses.</w:t>
      </w:r>
      <w:r>
        <w:br/>
      </w:r>
      <w:r>
        <w:t xml:space="preserve">    (a) another battle with the same foe</w:t>
      </w:r>
      <w:r>
        <w:br/>
      </w:r>
      <w:r>
        <w:t xml:space="preserve">    (b) describing someone as antisocial</w:t>
      </w:r>
      <w:r>
        <w:br/>
      </w:r>
      <w:r>
        <w:t xml:space="preserve">    (c) deep, narrow, steep-sided valley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back are two grandiose entranceways with carvings around them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</w:t>
      </w:r>
      <w:r>
        <w:rPr>
          <w:b/>
          <w:bCs/>
        </w:rPr>
        <w:t xml:space="preserve"> </w:t>
      </w:r>
      <w:r>
        <w:rPr>
          <w:b/>
          <w:bCs/>
        </w:rPr>
        <w:t xml:space="preserve">insets above the doors, inscribed in curvy, solemn lettering: GIRLS and BOYS.</w:t>
      </w:r>
      <w:r>
        <w:br/>
      </w:r>
      <w:r>
        <w:t xml:space="preserve">    (a) indicating approval or agreement</w:t>
      </w:r>
      <w:r>
        <w:br/>
      </w:r>
      <w:r>
        <w:t xml:space="preserve">    (b) able to be taken on as one's own</w:t>
      </w:r>
      <w:r>
        <w:br/>
      </w:r>
      <w:r>
        <w:t xml:space="preserve">    (c) having lots of decorative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says this lightly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scornfully</w:t>
      </w:r>
      <w:r>
        <w:rPr>
          <w:b/>
          <w:bCs/>
        </w:rPr>
        <w:t xml:space="preserve">, as if only a fool would need to ask.</w:t>
      </w:r>
      <w:r>
        <w:br/>
      </w:r>
      <w:r>
        <w:t xml:space="preserve">    (a) in a manner that is not easily noticed</w:t>
      </w:r>
      <w:r>
        <w:br/>
      </w:r>
      <w:r>
        <w:t xml:space="preserve">    (b) with grace of movement and flexibility</w:t>
      </w:r>
      <w:r>
        <w:br/>
      </w:r>
      <w:r>
        <w:t xml:space="preserve">    (c) in a disrespectful or rejecting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boys of our school and the Catholic boys from Our Lady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Help throw them at one another, but we would not do that.</w:t>
      </w:r>
      <w:r>
        <w:br/>
      </w:r>
      <w:r>
        <w:t xml:space="preserve">    (a)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(b) about things beyond the physical world, such as existence, reality, or the soul</w:t>
      </w:r>
      <w:r>
        <w:br/>
      </w:r>
      <w:r>
        <w:t xml:space="preserve">    (c) continuing forever without change; or occurring so frequently it seems constant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say I favor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chronological</w:t>
      </w:r>
      <w:r>
        <w:rPr>
          <w:b/>
          <w:bCs/>
        </w:rPr>
        <w:t xml:space="preserve"> </w:t>
      </w:r>
      <w:r>
        <w:rPr>
          <w:b/>
          <w:bCs/>
        </w:rPr>
        <w:t xml:space="preserve">approach, but Charna has other ideas; she wants things to go together tonally and resonate and make statements that amplify one another.</w:t>
      </w:r>
      <w:r>
        <w:br/>
      </w:r>
      <w:r>
        <w:t xml:space="preserve">    (a) arranged according to time</w:t>
      </w:r>
      <w:r>
        <w:br/>
      </w:r>
      <w:r>
        <w:t xml:space="preserve">    (b) able to meet and talk with</w:t>
      </w:r>
      <w:r>
        <w:br/>
      </w:r>
      <w:r>
        <w:t xml:space="preserve">    (c) the quality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room has its own displays, grouped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 to</w:t>
      </w:r>
      <w:r>
        <w:rPr>
          <w:b/>
          <w:bCs/>
        </w:rPr>
        <w:t xml:space="preserve"> </w:t>
      </w:r>
      <w:r>
        <w:rPr>
          <w:b/>
          <w:bCs/>
        </w:rPr>
        <w:t xml:space="preserve">what you are supposed to learn.</w:t>
      </w:r>
      <w:r>
        <w:br/>
      </w:r>
      <w:r>
        <w:t xml:space="preserve">    (a) based upon (in keeping with)</w:t>
      </w:r>
      <w:r>
        <w:br/>
      </w:r>
      <w:r>
        <w:t xml:space="preserve">    (b) idiom meaning</w:t>
      </w:r>
      <w:r>
        <w:t xml:space="preserve"> </w:t>
      </w:r>
      <w:r>
        <w:rPr>
          <w:i/>
          <w:iCs/>
        </w:rPr>
        <w:t xml:space="preserve">"won the day"</w:t>
      </w:r>
      <w:r>
        <w:br/>
      </w:r>
      <w:r>
        <w:t xml:space="preserve">    (c) U.S. history:  pre-Civil War period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 want instead is pictures that seem to exist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tropical viral disease transmitted by a mosquito</w:t>
      </w:r>
      <w:r>
        <w:br/>
      </w:r>
      <w:r>
        <w:t xml:space="preserve">    (b) the achievement of 3 positive feats in a sport</w:t>
      </w:r>
      <w:r>
        <w:br/>
      </w:r>
      <w:r>
        <w:t xml:space="preserve">    (c) will or mind (without anyone needing to create them)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careful and accurate, but I have drawn a person-shaped bottle,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and without life.</w:t>
      </w:r>
      <w:r>
        <w:br/>
      </w:r>
      <w:r>
        <w:t xml:space="preserve">    (a) unmoving, inactive, or unable to move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slow, lethargic, or without interest</w:t>
      </w:r>
      <w:r>
        <w:br/>
      </w:r>
      <w:r>
        <w:br/>
      </w:r>
      <w:r>
        <w:t xml:space="preserve">or (in chemistry/medicine):</w:t>
      </w:r>
      <w:r>
        <w:br/>
      </w:r>
      <w:r>
        <w:br/>
      </w:r>
      <w:r>
        <w:t xml:space="preserve">chemically inactive (not having an effect)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dry voice from the darkness concentrates on the formal properties of the compositions, ...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rendering</w:t>
      </w:r>
      <w:r>
        <w:rPr>
          <w:b/>
          <w:bCs/>
        </w:rPr>
        <w:t xml:space="preserve"> </w:t>
      </w:r>
      <w:r>
        <w:rPr>
          <w:b/>
          <w:bCs/>
        </w:rPr>
        <w:t xml:space="preserve">of textures, the uses of perspective in archways and in the tiles underfoot.</w:t>
      </w:r>
      <w:r>
        <w:br/>
      </w:r>
      <w:r>
        <w:t xml:space="preserve">    (a) gradually destroying or changing the purpose of something -- such as a government, institution, or rule</w:t>
      </w:r>
      <w:r>
        <w:br/>
      </w:r>
      <w:r>
        <w:t xml:space="preserve">    (b) expressing personal artistic ideas or feelings while performing (or performing to) someone else's work</w:t>
      </w:r>
      <w:r>
        <w:br/>
      </w:r>
      <w:r>
        <w:t xml:space="preserve">    (c) portrayal (showing or creating in a particular way)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second one makes a twirling motion beside his ear, with his finger,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denoting</w:t>
      </w:r>
      <w:r>
        <w:rPr>
          <w:b/>
          <w:bCs/>
        </w:rPr>
        <w:t xml:space="preserve"> </w:t>
      </w:r>
      <w:r>
        <w:rPr>
          <w:b/>
          <w:bCs/>
        </w:rPr>
        <w:t xml:space="preserve">craziness.</w:t>
      </w:r>
      <w:r>
        <w:br/>
      </w:r>
      <w:r>
        <w:t xml:space="preserve">    (a) drawing pictures to accompany</w:t>
      </w:r>
      <w:r>
        <w:br/>
      </w:r>
      <w:r>
        <w:t xml:space="preserve">    (b) stand for or symbolize literally; or be a sign or indicator of</w:t>
      </w:r>
      <w:r>
        <w:br/>
      </w:r>
      <w:r>
        <w:t xml:space="preserve">    (c) overly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 full cotton skirt of a dull blue-green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</w:t>
      </w:r>
      <w:r>
        <w:rPr>
          <w:b/>
          <w:bCs/>
        </w:rPr>
        <w:t xml:space="preserve"> </w:t>
      </w:r>
      <w:r>
        <w:rPr>
          <w:b/>
          <w:bCs/>
        </w:rPr>
        <w:t xml:space="preserve">black swirls and squares on it,</w:t>
      </w:r>
      <w:r>
        <w:br/>
      </w:r>
      <w:r>
        <w:t xml:space="preserve">    (a) poor ability to make a decision</w:t>
      </w:r>
      <w:r>
        <w:br/>
      </w:r>
      <w:r>
        <w:t xml:space="preserve">    (b) non-traditional or non-standard</w:t>
      </w:r>
      <w:r>
        <w:br/>
      </w:r>
      <w:r>
        <w:t xml:space="preserve">    (c) not imitating objects of nature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practice this means that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appropriates</w:t>
      </w:r>
      <w:r>
        <w:rPr>
          <w:b/>
          <w:bCs/>
        </w:rPr>
        <w:t xml:space="preserve"> </w:t>
      </w:r>
      <w:r>
        <w:rPr>
          <w:b/>
          <w:bCs/>
        </w:rPr>
        <w:t xml:space="preserve">the MEAT LIKE YOU LIKE IT sign and incorporates it into one of her constructions,</w:t>
      </w:r>
      <w:r>
        <w:br/>
      </w:r>
      <w:r>
        <w:t xml:space="preserve">    (a) takes without asking</w:t>
      </w:r>
      <w:r>
        <w:br/>
      </w:r>
      <w:r>
        <w:t xml:space="preserve">    (b) copies</w:t>
      </w:r>
      <w:r>
        <w:br/>
      </w:r>
      <w:r>
        <w:t xml:space="preserve">    (c) budgets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him it seems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, to me eccentric: it's a defiance of convention, but of a convention he's never heard of.</w:t>
      </w:r>
      <w:r>
        <w:br/>
      </w:r>
      <w:r>
        <w:t xml:space="preserve">    (a) out-of-place</w:t>
      </w:r>
      <w:r>
        <w:br/>
      </w:r>
      <w:r>
        <w:t xml:space="preserve">    (b) suitable (fitting)</w:t>
      </w:r>
      <w:r>
        <w:br/>
      </w:r>
      <w:r>
        <w:t xml:space="preserve">    (c) unkind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carry things up the stairs and stow them in the garage. In there they seem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disposed</w:t>
      </w:r>
      <w:r>
        <w:rPr>
          <w:b/>
          <w:bCs/>
        </w:rPr>
        <w:t xml:space="preserve"> </w:t>
      </w:r>
      <w:r>
        <w:rPr>
          <w:b/>
          <w:bCs/>
        </w:rPr>
        <w:t xml:space="preserve">of.</w:t>
      </w:r>
      <w:r>
        <w:br/>
      </w:r>
      <w:r>
        <w:t xml:space="preserve">    (a) moved again into position to work; or started again</w:t>
      </w:r>
      <w:r>
        <w:br/>
      </w:r>
      <w:r>
        <w:t xml:space="preserve">    (b) taken care of so they will no longer require attention</w:t>
      </w:r>
      <w:r>
        <w:br/>
      </w:r>
      <w:r>
        <w:t xml:space="preserve">    (c) not examined in an attempt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at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.</w:t>
      </w:r>
      <w:r>
        <w:br/>
      </w:r>
      <w:r>
        <w:t xml:space="preserve">    (a) the taking on or adoption of power or responsibility</w:t>
      </w:r>
      <w:r>
        <w:br/>
      </w:r>
      <w:r>
        <w:t xml:space="preserve">    (b) the process of controlling (how something turns out)</w:t>
      </w:r>
      <w:r>
        <w:br/>
      </w:r>
      <w:r>
        <w:t xml:space="preserve">    (c) available to use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2026-07-31T19:40:23Z</dcterms:created>
  <dcterms:modified xsi:type="dcterms:W3CDTF">2026-07-31T19:40:23Z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