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carrie-stephen-king-vocabulary-preview"/>
    <w:p>
      <w:pPr>
        <w:pStyle w:val="Heading1"/>
      </w:pPr>
      <w:r>
        <w:rPr>
          <w:b/>
          <w:bCs/>
        </w:rPr>
        <w:t xml:space="preserve">Carrie</w:t>
      </w:r>
      <w:r>
        <w:br/>
      </w:r>
      <w:r>
        <w:rPr>
          <w:i/>
          <w:iCs/>
        </w:rPr>
        <w:t xml:space="preserve">Stephen King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circumference of the earth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approximately</w:t>
      </w:r>
      <w:r>
        <w:rPr>
          <w:b/>
          <w:bCs/>
        </w:rPr>
        <w:t xml:space="preserve"> </w:t>
      </w:r>
      <w:r>
        <w:rPr>
          <w:b/>
          <w:bCs/>
        </w:rPr>
        <w:t xml:space="preserve">24,900 miles at the equator.</w:t>
      </w:r>
      <w:r>
        <w:br/>
      </w:r>
      <w:r>
        <w:t xml:space="preserve">    (a) exactly</w:t>
      </w:r>
      <w:r>
        <w:br/>
      </w:r>
      <w:r>
        <w:t xml:space="preserve">    (b) about</w:t>
      </w:r>
      <w:r>
        <w:br/>
      </w:r>
      <w:r>
        <w:t xml:space="preserve">    (c) commonly mistaken 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not enough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compassionate</w:t>
      </w:r>
      <w:r>
        <w:rPr>
          <w:b/>
          <w:bCs/>
        </w:rPr>
        <w:t xml:space="preserve">. We must act. It is not enough to act. We must act with intelligence.</w:t>
      </w:r>
      <w:r>
        <w:br/>
      </w:r>
      <w:r>
        <w:t xml:space="preserve">    (a) sympathetic</w:t>
      </w:r>
      <w:r>
        <w:br/>
      </w:r>
      <w:r>
        <w:t xml:space="preserve">    (b) lucky</w:t>
      </w:r>
      <w:r>
        <w:br/>
      </w:r>
      <w:r>
        <w:t xml:space="preserve">    (c) talented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impolite. She pretended not to notice except that she treated him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.</w:t>
      </w:r>
      <w:r>
        <w:br/>
      </w:r>
      <w:r>
        <w:t xml:space="preserve">    (a) impatience</w:t>
      </w:r>
      <w:r>
        <w:br/>
      </w:r>
      <w:r>
        <w:t xml:space="preserve">    (b) great annoyance</w:t>
      </w:r>
      <w:r>
        <w:br/>
      </w:r>
      <w:r>
        <w:t xml:space="preserve">    (c) lack of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reporter refused to identify her source and the judge had her imprisoned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 </w:t>
      </w:r>
      <w:r>
        <w:rPr>
          <w:b/>
          <w:bCs/>
        </w:rPr>
        <w:t xml:space="preserve">of court.</w:t>
      </w:r>
      <w:r>
        <w:br/>
      </w:r>
      <w:r>
        <w:t xml:space="preserve">    (a) an unpaid fine</w:t>
      </w:r>
      <w:r>
        <w:br/>
      </w:r>
      <w:r>
        <w:t xml:space="preserve">    (b) lying</w:t>
      </w:r>
      <w:r>
        <w:br/>
      </w:r>
      <w:r>
        <w:t xml:space="preserve">    (c) disrespect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clanging of pots in the kitchen.</w:t>
      </w:r>
      <w:r>
        <w:br/>
      </w:r>
      <w:r>
        <w:t xml:space="preserve">    (a) loud sound</w:t>
      </w:r>
      <w:r>
        <w:br/>
      </w:r>
      <w:r>
        <w:t xml:space="preserve">    (b) attractive sound</w:t>
      </w:r>
      <w:r>
        <w:br/>
      </w:r>
      <w:r>
        <w:t xml:space="preserve">    (c) unpleasant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funhouse mirror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distorted</w:t>
      </w:r>
      <w:r>
        <w:rPr>
          <w:b/>
          <w:bCs/>
        </w:rPr>
        <w:t xml:space="preserve"> </w:t>
      </w:r>
      <w:r>
        <w:rPr>
          <w:b/>
          <w:bCs/>
        </w:rPr>
        <w:t xml:space="preserve">her reflection, making her head look huge.</w:t>
      </w:r>
      <w:r>
        <w:br/>
      </w:r>
      <w:r>
        <w:t xml:space="preserve">    (a) reflected</w:t>
      </w:r>
      <w:r>
        <w:br/>
      </w:r>
      <w:r>
        <w:t xml:space="preserve">    (b) improved</w:t>
      </w:r>
      <w:r>
        <w:br/>
      </w:r>
      <w:r>
        <w:t xml:space="preserve">    (c) altered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we talked,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elaborated</w:t>
      </w:r>
      <w:r>
        <w:rPr>
          <w:b/>
          <w:bCs/>
        </w:rPr>
        <w:t xml:space="preserve"> </w:t>
      </w:r>
      <w:r>
        <w:rPr>
          <w:b/>
          <w:bCs/>
        </w:rPr>
        <w:t xml:space="preserve">on her idea</w:t>
      </w:r>
      <w:r>
        <w:br/>
      </w:r>
      <w:r>
        <w:t xml:space="preserve">    (a) changed thinking</w:t>
      </w:r>
      <w:r>
        <w:br/>
      </w:r>
      <w:r>
        <w:t xml:space="preserve">    (b) responded to criticism</w:t>
      </w:r>
      <w:r>
        <w:br/>
      </w:r>
      <w:r>
        <w:t xml:space="preserve">    (c) added 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culture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wedding ceremonies.</w:t>
      </w:r>
      <w:r>
        <w:br/>
      </w:r>
      <w:r>
        <w:t xml:space="preserve">    (a) detailed</w:t>
      </w:r>
      <w:r>
        <w:br/>
      </w:r>
      <w:r>
        <w:t xml:space="preserve">    (b) generous</w:t>
      </w:r>
      <w:r>
        <w:br/>
      </w:r>
      <w:r>
        <w:t xml:space="preserve">    (c) exciting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eminent</w:t>
      </w:r>
      <w:r>
        <w:rPr>
          <w:b/>
          <w:bCs/>
        </w:rPr>
        <w:t xml:space="preserve"> </w:t>
      </w:r>
      <w:r>
        <w:rPr>
          <w:b/>
          <w:bCs/>
        </w:rPr>
        <w:t xml:space="preserve">status in the art world, she remained humble and approachable.</w:t>
      </w:r>
      <w:r>
        <w:br/>
      </w:r>
      <w:r>
        <w:t xml:space="preserve">    (a) newly acquired</w:t>
      </w:r>
      <w:r>
        <w:br/>
      </w:r>
      <w:r>
        <w:t xml:space="preserve">    (b) respected and well-known</w:t>
      </w:r>
      <w:r>
        <w:br/>
      </w:r>
      <w:r>
        <w:t xml:space="preserve">    (c) barely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hypothesized</w:t>
      </w:r>
      <w:r>
        <w:rPr>
          <w:b/>
          <w:bCs/>
        </w:rPr>
        <w:t xml:space="preserve"> </w:t>
      </w:r>
      <w:r>
        <w:rPr>
          <w:b/>
          <w:bCs/>
        </w:rPr>
        <w:t xml:space="preserve">the existence of Pluto before its discovery.</w:t>
      </w:r>
      <w:r>
        <w:br/>
      </w:r>
      <w:r>
        <w:t xml:space="preserve">    (a) disbelieved</w:t>
      </w:r>
      <w:r>
        <w:br/>
      </w:r>
      <w:r>
        <w:t xml:space="preserve">    (b) fantasized</w:t>
      </w:r>
      <w:r>
        <w:br/>
      </w:r>
      <w:r>
        <w:t xml:space="preserve">    (c) theorized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hypothesis</w:t>
      </w:r>
      <w:r>
        <w:rPr>
          <w:b/>
          <w:bCs/>
        </w:rPr>
        <w:t xml:space="preserve"> </w:t>
      </w:r>
      <w:r>
        <w:rPr>
          <w:b/>
          <w:bCs/>
        </w:rPr>
        <w:t xml:space="preserve">was that the plants grew faster with classical music playing.</w:t>
      </w:r>
      <w:r>
        <w:br/>
      </w:r>
      <w:r>
        <w:t xml:space="preserve">    (a) well-known principle</w:t>
      </w:r>
      <w:r>
        <w:br/>
      </w:r>
      <w:r>
        <w:t xml:space="preserve">    (b) unproven proposed idea</w:t>
      </w:r>
      <w:r>
        <w:br/>
      </w:r>
      <w:r>
        <w:t xml:space="preserve">    (c) confirmed scientific fact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HPV infection reactivated when her immune system weakened with age.</w:t>
      </w:r>
      <w:r>
        <w:br/>
      </w:r>
      <w:r>
        <w:t xml:space="preserve">    (a) inactive</w:t>
      </w:r>
      <w:r>
        <w:br/>
      </w:r>
      <w:r>
        <w:t xml:space="preserve">    (b) severe</w:t>
      </w:r>
      <w:r>
        <w:br/>
      </w:r>
      <w:r>
        <w:t xml:space="preserve">    (c) common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 </w:t>
      </w:r>
      <w:r>
        <w:rPr>
          <w:b/>
          <w:bCs/>
        </w:rPr>
        <w:t xml:space="preserve">was first noticed by Marie Curie.</w:t>
      </w:r>
      <w:r>
        <w:br/>
      </w:r>
      <w:r>
        <w:t xml:space="preserve">    (a) thing that is hidden</w:t>
      </w:r>
      <w:r>
        <w:br/>
      </w:r>
      <w:r>
        <w:t xml:space="preserve">    (b) thing of interest</w:t>
      </w:r>
      <w:r>
        <w:br/>
      </w:r>
      <w:r>
        <w:t xml:space="preserve">    (c) thing that is growing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operating to repair the muscle wall through which the hernia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protrudes</w:t>
      </w:r>
      <w:r>
        <w:rPr>
          <w:b/>
          <w:bCs/>
        </w:rPr>
        <w:t xml:space="preserve">.</w:t>
      </w:r>
      <w:r>
        <w:br/>
      </w:r>
      <w:r>
        <w:t xml:space="preserve">    (a) sticks out</w:t>
      </w:r>
      <w:r>
        <w:br/>
      </w:r>
      <w:r>
        <w:t xml:space="preserve">    (b) heals over</w:t>
      </w:r>
      <w:r>
        <w:br/>
      </w:r>
      <w:r>
        <w:t xml:space="preserve">    (c) shrinks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writing style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redolent</w:t>
      </w:r>
      <w:r>
        <w:rPr>
          <w:b/>
          <w:bCs/>
        </w:rPr>
        <w:t xml:space="preserve"> </w:t>
      </w:r>
      <w:r>
        <w:rPr>
          <w:b/>
          <w:bCs/>
        </w:rPr>
        <w:t xml:space="preserve">of the great Victorian novelists.</w:t>
      </w:r>
      <w:r>
        <w:br/>
      </w:r>
      <w:r>
        <w:t xml:space="preserve">    (a) critical of</w:t>
      </w:r>
      <w:r>
        <w:br/>
      </w:r>
      <w:r>
        <w:t xml:space="preserve">    (b) reminiscent of</w:t>
      </w:r>
      <w:r>
        <w:br/>
      </w:r>
      <w:r>
        <w:t xml:space="preserve">    (c) ignored 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the U.S.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</w:t>
      </w:r>
      <w:r>
        <w:rPr>
          <w:b/>
          <w:bCs/>
        </w:rPr>
        <w:t xml:space="preserve"> </w:t>
      </w:r>
      <w:r>
        <w:rPr>
          <w:b/>
          <w:bCs/>
        </w:rPr>
        <w:t xml:space="preserve">for the sins of fossil fuels.</w:t>
      </w:r>
      <w:r>
        <w:br/>
      </w:r>
      <w:r>
        <w:t xml:space="preserve">    (a) apologize</w:t>
      </w:r>
      <w:r>
        <w:br/>
      </w:r>
      <w:r>
        <w:t xml:space="preserve">    (b) suffer</w:t>
      </w:r>
      <w:r>
        <w:br/>
      </w:r>
      <w:r>
        <w:t xml:space="preserve">    (c) reimburse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press will continue to investigate unless we produce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scapegoat</w:t>
      </w:r>
      <w:r>
        <w:rPr>
          <w:b/>
          <w:bCs/>
        </w:rPr>
        <w:t xml:space="preserve">.</w:t>
      </w:r>
      <w:r>
        <w:br/>
      </w:r>
      <w:r>
        <w:t xml:space="preserve">    (a) good solution</w:t>
      </w:r>
      <w:r>
        <w:br/>
      </w:r>
      <w:r>
        <w:t xml:space="preserve">    (b) someone to blame</w:t>
      </w:r>
      <w:r>
        <w:br/>
      </w:r>
      <w:r>
        <w:t xml:space="preserve">    (c) good excuse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movie, there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 </w:t>
      </w:r>
      <w:r>
        <w:rPr>
          <w:b/>
          <w:bCs/>
        </w:rPr>
        <w:t xml:space="preserve">plot to kill people and harvest their organs.</w:t>
      </w:r>
      <w:r>
        <w:br/>
      </w:r>
      <w:r>
        <w:t xml:space="preserve">    (a) clever</w:t>
      </w:r>
      <w:r>
        <w:br/>
      </w:r>
      <w:r>
        <w:t xml:space="preserve">    (b) complicated</w:t>
      </w:r>
      <w:r>
        <w:br/>
      </w:r>
      <w:r>
        <w:t xml:space="preserve">    (c) evil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emotionless</w:t>
      </w:r>
      <w:r>
        <w:br/>
      </w:r>
      <w:r>
        <w:t xml:space="preserve">    (b) bitter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testimony</w:t>
      </w:r>
      <w:r>
        <w:rPr>
          <w:b/>
          <w:bCs/>
        </w:rPr>
        <w:t xml:space="preserve">, they will have you solemnly swear to tell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the truth, the whole truth and nothing but the truth</w:t>
      </w:r>
      <w:r>
        <w:rPr>
          <w:b/>
          <w:bCs/>
        </w:rPr>
        <w:t xml:space="preserve">.</w:t>
      </w:r>
      <w:r>
        <w:br/>
      </w:r>
      <w:r>
        <w:t xml:space="preserve">    (a) statements at a trial</w:t>
      </w:r>
      <w:r>
        <w:br/>
      </w:r>
      <w:r>
        <w:t xml:space="preserve">    (b) job interview</w:t>
      </w:r>
      <w:r>
        <w:br/>
      </w:r>
      <w:r>
        <w:t xml:space="preserve">    (c) confession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2026-07-31T16:13:03Z</dcterms:created>
  <dcterms:modified xsi:type="dcterms:W3CDTF">2026-07-31T16:13:03Z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